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drawing>
          <wp:inline xmlns:a="http://schemas.openxmlformats.org/drawingml/2006/main" xmlns:pic="http://schemas.openxmlformats.org/drawingml/2006/picture">
            <wp:extent cx="7772400" cy="10058400"/>
            <wp:docPr id="1" name="Picture 1"/>
            <wp:cNvGraphicFramePr>
              <a:graphicFrameLocks noChangeAspect="1"/>
            </wp:cNvGraphicFramePr>
            <a:graphic>
              <a:graphicData uri="http://schemas.openxmlformats.org/drawingml/2006/picture">
                <pic:pic>
                  <pic:nvPicPr>
                    <pic:cNvPr id="0" name="cover-electric-city.png"/>
                    <pic:cNvPicPr/>
                  </pic:nvPicPr>
                  <pic:blipFill>
                    <a:blip r:embed="rId9"/>
                    <a:stretch>
                      <a:fillRect/>
                    </a:stretch>
                  </pic:blipFill>
                  <pic:spPr>
                    <a:xfrm>
                      <a:off x="0" y="0"/>
                      <a:ext cx="7772400" cy="10058400"/>
                    </a:xfrm>
                    <a:prstGeom prst="rect"/>
                  </pic:spPr>
                </pic:pic>
              </a:graphicData>
            </a:graphic>
          </wp:inline>
        </w:drawing>
      </w:r>
    </w:p>
    <w:p>
      <w:pPr>
        <w:sectPr>
          <w:pgSz w:w="12240" w:h="15840"/>
          <w:pgMar w:top="0" w:right="0" w:bottom="0" w:left="0" w:header="720" w:footer="720" w:gutter="0"/>
          <w:cols w:space="720"/>
          <w:docGrid w:linePitch="360"/>
        </w:sectPr>
      </w:pPr>
    </w:p>
    <w:tbl>
      <w:tblPr>
        <w:tblW w:type="auto" w:w="0"/>
        <w:jc w:val="center"/>
        <w:tblLook w:firstColumn="1" w:firstRow="1" w:lastColumn="0" w:lastRow="0" w:noHBand="0" w:noVBand="1" w:val="04A0"/>
      </w:tblPr>
      <w:tblGrid>
        <w:gridCol w:w="10282"/>
      </w:tblGrid>
      <w:tr>
        <w:tc>
          <w:tcPr>
            <w:tcW w:type="dxa" w:w="10282"/>
            <w:shd w:fill="14243A"/>
            <w:tcMar>
              <w:top w:w="260" w:type="dxa"/>
              <w:start w:w="240" w:type="dxa"/>
              <w:bottom w:w="260" w:type="dxa"/>
              <w:end w:w="240" w:type="dxa"/>
            </w:tcMar>
          </w:tcPr>
          <w:p>
            <w:pPr>
              <w:jc w:val="center"/>
            </w:pPr>
            <w:r>
              <w:rPr>
                <w:rFonts w:ascii="Liberation Sans" w:hAnsi="Liberation Sans" w:eastAsia="Liberation Sans"/>
                <w:b/>
                <w:i w:val="0"/>
                <w:color w:val="FFFFFF"/>
                <w:sz w:val="18"/>
              </w:rPr>
              <w:t>START HERE</w:t>
            </w:r>
          </w:p>
          <w:p>
            <w:pPr>
              <w:jc w:val="center"/>
            </w:pPr>
            <w:r>
              <w:rPr>
                <w:rFonts w:ascii="Liberation Sans" w:hAnsi="Liberation Sans" w:eastAsia="Liberation Sans"/>
                <w:b/>
                <w:i w:val="0"/>
                <w:color w:val="FFFFFF"/>
                <w:sz w:val="50"/>
              </w:rPr>
              <w:t>Read this first</w:t>
            </w:r>
          </w:p>
          <w:p>
            <w:pPr>
              <w:jc w:val="center"/>
            </w:pPr>
            <w:r>
              <w:rPr>
                <w:rFonts w:ascii="Liberation Sans" w:hAnsi="Liberation Sans" w:eastAsia="Liberation Sans"/>
                <w:b w:val="0"/>
                <w:i w:val="0"/>
                <w:color w:val="FFFFFF"/>
                <w:sz w:val="20"/>
              </w:rPr>
              <w:t>Your 10-minute orientation to the whole pack.</w:t>
            </w:r>
          </w:p>
        </w:tc>
      </w:tr>
    </w:tbl>
    <w:p>
      <w:pPr>
        <w:spacing w:before="0" w:after="100" w:line="259" w:lineRule="auto"/>
      </w:pPr>
      <w:r>
        <w:rPr>
          <w:rFonts w:ascii="Liberation Sans" w:hAnsi="Liberation Sans" w:eastAsia="Liberation Sans"/>
          <w:b w:val="0"/>
          <w:i w:val="0"/>
          <w:color w:val="263342"/>
          <w:sz w:val="19"/>
        </w:rPr>
        <w:t>This pack is a complete, ready-to-run plan for a three-night kids camp called Electric City — Powered by Jesus. It was written so a volunteer team can pick it up and lead it, not study it. If you are the camp director, read this page, then follow the numbered path below.</w:t>
      </w:r>
    </w:p>
    <w:p>
      <w:pPr>
        <w:pStyle w:val="Heading2"/>
        <w:keepNext/>
        <w:spacing w:before="100" w:after="80"/>
      </w:pPr>
      <w:r>
        <w:rPr>
          <w:rFonts w:ascii="Liberation Sans" w:hAnsi="Liberation Sans" w:eastAsia="Liberation Sans"/>
          <w:b/>
          <w:i w:val="0"/>
          <w:color w:val="263342"/>
          <w:sz w:val="26"/>
        </w:rPr>
        <w:t>Who this is for</w:t>
      </w:r>
    </w:p>
    <w:p>
      <w:pPr>
        <w:pStyle w:val="ListBullet"/>
        <w:spacing w:before="0" w:after="40" w:line="250" w:lineRule="auto"/>
      </w:pPr>
      <w:r>
        <w:rPr>
          <w:rFonts w:ascii="Liberation Sans" w:hAnsi="Liberation Sans" w:eastAsia="Liberation Sans"/>
          <w:b w:val="0"/>
          <w:i w:val="0"/>
          <w:color w:val="263342"/>
          <w:sz w:val="18"/>
        </w:rPr>
        <w:t>Children’s pastors, camp directors, and volunteer teams at churches of any size — the pack carries a 30–60 kid version and a 300-kid version side by side.</w:t>
      </w:r>
    </w:p>
    <w:p>
      <w:pPr>
        <w:pStyle w:val="ListBullet"/>
        <w:spacing w:before="0" w:after="40" w:line="250" w:lineRule="auto"/>
      </w:pPr>
      <w:r>
        <w:rPr>
          <w:rFonts w:ascii="Liberation Sans" w:hAnsi="Liberation Sans" w:eastAsia="Liberation Sans"/>
          <w:b w:val="0"/>
          <w:i w:val="0"/>
          <w:color w:val="263342"/>
          <w:sz w:val="18"/>
        </w:rPr>
        <w:t>Campers: VPK through 5th grade, in two bands — younger (VPK–2nd) and older (3rd–5th). VPK folds in with kindergarten.</w:t>
      </w:r>
    </w:p>
    <w:p>
      <w:pPr>
        <w:pStyle w:val="ListBullet"/>
        <w:spacing w:before="0" w:after="40" w:line="250" w:lineRule="auto"/>
      </w:pPr>
      <w:r>
        <w:rPr>
          <w:rFonts w:ascii="Liberation Sans" w:hAnsi="Liberation Sans" w:eastAsia="Liberation Sans"/>
          <w:b w:val="0"/>
          <w:i w:val="0"/>
          <w:color w:val="263342"/>
          <w:sz w:val="18"/>
        </w:rPr>
        <w:t>No special training required. If your team can read a bullet list out loud, they can run this camp.</w:t>
      </w:r>
    </w:p>
    <w:p>
      <w:pPr>
        <w:pStyle w:val="Heading2"/>
        <w:keepNext/>
        <w:spacing w:before="100" w:after="80"/>
      </w:pPr>
      <w:r>
        <w:rPr>
          <w:rFonts w:ascii="Liberation Sans" w:hAnsi="Liberation Sans" w:eastAsia="Liberation Sans"/>
          <w:b/>
          <w:i w:val="0"/>
          <w:color w:val="263342"/>
          <w:sz w:val="26"/>
        </w:rPr>
        <w:t>The week at a glance</w:t>
      </w:r>
    </w:p>
    <w:tbl>
      <w:tblPr>
        <w:tblW w:type="auto" w:w="0"/>
        <w:jc w:val="center"/>
        <w:tblLayout w:type="fixed"/>
        <w:tblLook w:firstColumn="1" w:firstRow="1" w:lastColumn="0" w:lastRow="0" w:noHBand="0" w:noVBand="1" w:val="04A0"/>
      </w:tblPr>
      <w:tblGrid>
        <w:gridCol w:w="2448"/>
        <w:gridCol w:w="7848"/>
      </w:tblGrid>
      <w:tr>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Day</w:t>
            </w:r>
          </w:p>
        </w:tc>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Setup Day</w:t>
            </w:r>
          </w:p>
        </w:tc>
        <w:tc>
          <w:tcPr>
            <w:tcW w:type="dxa" w:w="78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Team huddle, room setup, supply checks, rotation rehearsals, safety walkthrough, prayer. One full day and you are ready.</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1 — Night 1: POWER UP</w:t>
            </w:r>
          </w:p>
        </w:tc>
        <w:tc>
          <w:tcPr>
            <w:tcW w:type="dxa" w:w="78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night. Acts 1:8 — Jesus gives power through the Holy Spirit.</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2 — Night 2: LIGHT UP</w:t>
            </w:r>
          </w:p>
        </w:tc>
        <w:tc>
          <w:tcPr>
            <w:tcW w:type="dxa" w:w="78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night. Matthew 5:14–16 — shine like a city on a hill.</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3 — Night 3: PLUG IN</w:t>
            </w:r>
          </w:p>
        </w:tc>
        <w:tc>
          <w:tcPr>
            <w:tcW w:type="dxa" w:w="78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night. John 15:5 — stay connected to Jesus.</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4 — Parent Night</w:t>
            </w:r>
          </w:p>
        </w:tc>
        <w:tc>
          <w:tcPr>
            <w:tcW w:type="dxa" w:w="78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 real service: kids lead worship, the gospel is presented, winners announced, 5th graders celebrated, families tour Electric City. Optional: Family Carnival after the service.</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14243A"/>
              <w:bottom w:val="nil"/>
              <w:right w:val="nil"/>
            </w:tcBorders>
          </w:tcPr>
          <w:p>
            <w:pPr>
              <w:spacing w:after="40"/>
            </w:pPr>
            <w:r>
              <w:rPr>
                <w:rFonts w:ascii="Liberation Sans" w:hAnsi="Liberation Sans" w:eastAsia="Liberation Sans"/>
                <w:b/>
                <w:i w:val="0"/>
                <w:color w:val="14243A"/>
                <w:sz w:val="20"/>
              </w:rPr>
              <w:t>How we run it</w:t>
            </w:r>
          </w:p>
          <w:p>
            <w:pPr>
              <w:spacing w:after="0" w:line="252" w:lineRule="auto"/>
            </w:pPr>
            <w:r>
              <w:rPr>
                <w:rFonts w:ascii="Liberation Sans" w:hAnsi="Liberation Sans" w:eastAsia="Liberation Sans"/>
                <w:b w:val="0"/>
                <w:i w:val="0"/>
                <w:color w:val="263342"/>
                <w:sz w:val="18"/>
              </w:rPr>
              <w:t>At our church, Day 1–3 are Tuesday–Thursday and Day 4 is Friday parent night. This rhythm builds three camp nights toward a family night before the weekend. Other churches may use different weekdays — keep the sequence, rename the calendar days.</w:t>
            </w:r>
          </w:p>
        </w:tc>
      </w:tr>
    </w:tbl>
    <w:p>
      <w:pPr>
        <w:pStyle w:val="Heading2"/>
        <w:keepNext/>
        <w:spacing w:before="100" w:after="80"/>
      </w:pPr>
      <w:r>
        <w:rPr>
          <w:rFonts w:ascii="Liberation Sans" w:hAnsi="Liberation Sans" w:eastAsia="Liberation Sans"/>
          <w:b/>
          <w:i w:val="0"/>
          <w:color w:val="263342"/>
          <w:sz w:val="26"/>
        </w:rPr>
        <w:t>What the camp director reads first</w:t>
      </w:r>
    </w:p>
    <w:p>
      <w:pPr>
        <w:pStyle w:val="ListBullet"/>
        <w:spacing w:before="0" w:after="40" w:line="250" w:lineRule="auto"/>
      </w:pPr>
      <w:r>
        <w:rPr>
          <w:rFonts w:ascii="Liberation Sans" w:hAnsi="Liberation Sans" w:eastAsia="Liberation Sans"/>
          <w:b w:val="0"/>
          <w:i w:val="0"/>
          <w:color w:val="263342"/>
          <w:sz w:val="18"/>
        </w:rPr>
        <w:t>1. This page (Start Here) — 10 minutes.</w:t>
      </w:r>
    </w:p>
    <w:p>
      <w:pPr>
        <w:pStyle w:val="ListBullet"/>
        <w:spacing w:before="0" w:after="40" w:line="250" w:lineRule="auto"/>
      </w:pPr>
      <w:r>
        <w:rPr>
          <w:rFonts w:ascii="Liberation Sans" w:hAnsi="Liberation Sans" w:eastAsia="Liberation Sans"/>
          <w:b w:val="0"/>
          <w:i w:val="0"/>
          <w:color w:val="263342"/>
          <w:sz w:val="18"/>
        </w:rPr>
        <w:t>2. “What makes this camp work” — the approach in 5 minutes, so every later decision has a frame.</w:t>
      </w:r>
    </w:p>
    <w:p>
      <w:pPr>
        <w:pStyle w:val="ListBullet"/>
        <w:spacing w:before="0" w:after="40" w:line="250" w:lineRule="auto"/>
      </w:pPr>
      <w:r>
        <w:rPr>
          <w:rFonts w:ascii="Liberation Sans" w:hAnsi="Liberation Sans" w:eastAsia="Liberation Sans"/>
          <w:b w:val="0"/>
          <w:i w:val="0"/>
          <w:color w:val="263342"/>
          <w:sz w:val="18"/>
        </w:rPr>
        <w:t>3. The run-of-show — the nightly timeline. Tape it to your clipboard.</w:t>
      </w:r>
    </w:p>
    <w:p>
      <w:pPr>
        <w:pStyle w:val="ListBullet"/>
        <w:spacing w:before="0" w:after="40" w:line="250" w:lineRule="auto"/>
      </w:pPr>
      <w:r>
        <w:rPr>
          <w:rFonts w:ascii="Liberation Sans" w:hAnsi="Liberation Sans" w:eastAsia="Liberation Sans"/>
          <w:b w:val="0"/>
          <w:i w:val="0"/>
          <w:color w:val="263342"/>
          <w:sz w:val="18"/>
        </w:rPr>
        <w:t>4. Your size: the small-church version OR the 300-kid playbook — not both.</w:t>
      </w:r>
    </w:p>
    <w:p>
      <w:pPr>
        <w:pStyle w:val="ListBullet"/>
        <w:spacing w:before="0" w:after="40" w:line="250" w:lineRule="auto"/>
      </w:pPr>
      <w:r>
        <w:rPr>
          <w:rFonts w:ascii="Liberation Sans" w:hAnsi="Liberation Sans" w:eastAsia="Liberation Sans"/>
          <w:b w:val="0"/>
          <w:i w:val="0"/>
          <w:color w:val="263342"/>
          <w:sz w:val="18"/>
        </w:rPr>
        <w:t>5. Safety + check-in/pickup — read fully, then complete the worksheets with your team.</w:t>
      </w:r>
    </w:p>
    <w:p>
      <w:pPr>
        <w:pStyle w:val="ListBullet"/>
        <w:spacing w:before="0" w:after="40" w:line="250" w:lineRule="auto"/>
      </w:pPr>
      <w:r>
        <w:rPr>
          <w:rFonts w:ascii="Liberation Sans" w:hAnsi="Liberation Sans" w:eastAsia="Liberation Sans"/>
          <w:b w:val="0"/>
          <w:i w:val="0"/>
          <w:color w:val="263342"/>
          <w:sz w:val="18"/>
        </w:rPr>
        <w:t>6. Setup Day — your one setup day, scripted.</w:t>
      </w:r>
    </w:p>
    <w:p>
      <w:pPr>
        <w:pStyle w:val="Heading2"/>
        <w:keepNext/>
        <w:spacing w:before="100" w:after="80"/>
      </w:pPr>
      <w:r>
        <w:rPr>
          <w:rFonts w:ascii="Liberation Sans" w:hAnsi="Liberation Sans" w:eastAsia="Liberation Sans"/>
          <w:b/>
          <w:i w:val="0"/>
          <w:color w:val="263342"/>
          <w:sz w:val="26"/>
        </w:rPr>
        <w:t>People, space, and money — at a glance</w:t>
      </w:r>
    </w:p>
    <w:tbl>
      <w:tblPr>
        <w:tblW w:type="auto" w:w="0"/>
        <w:jc w:val="center"/>
        <w:tblLayout w:type="fixed"/>
        <w:tblLook w:firstColumn="1" w:firstRow="1" w:lastColumn="0" w:lastRow="0" w:noHBand="0" w:noVBand="1" w:val="04A0"/>
      </w:tblPr>
      <w:tblGrid>
        <w:gridCol w:w="2160"/>
        <w:gridCol w:w="4032"/>
        <w:gridCol w:w="4104"/>
      </w:tblGrid>
      <w:tr>
        <w:tc>
          <w:tcPr>
            <w:tcW w:type="dxa" w:w="3427"/>
            <w:shd w:fill="086862"/>
            <w:tcMar>
              <w:top w:w="80" w:type="dxa"/>
              <w:start w:w="100" w:type="dxa"/>
              <w:bottom w:w="80" w:type="dxa"/>
              <w:end w:w="100" w:type="dxa"/>
            </w:tcMar>
          </w:tcPr>
          <w:p>
            <w:r>
              <w:rPr>
                <w:rFonts w:ascii="Liberation Sans" w:hAnsi="Liberation Sans" w:eastAsia="Liberation Sans"/>
                <w:b/>
                <w:i w:val="0"/>
                <w:color w:val="FFFFFF"/>
                <w:sz w:val="17"/>
              </w:rPr>
              <w:t>You need</w:t>
            </w:r>
          </w:p>
        </w:tc>
        <w:tc>
          <w:tcPr>
            <w:tcW w:type="dxa" w:w="3427"/>
            <w:shd w:fill="086862"/>
            <w:tcMar>
              <w:top w:w="80" w:type="dxa"/>
              <w:start w:w="100" w:type="dxa"/>
              <w:bottom w:w="80" w:type="dxa"/>
              <w:end w:w="100" w:type="dxa"/>
            </w:tcMar>
          </w:tcPr>
          <w:p>
            <w:r>
              <w:rPr>
                <w:rFonts w:ascii="Liberation Sans" w:hAnsi="Liberation Sans" w:eastAsia="Liberation Sans"/>
                <w:b/>
                <w:i w:val="0"/>
                <w:color w:val="FFFFFF"/>
                <w:sz w:val="17"/>
              </w:rPr>
              <w:t>Small (30–60 kids)</w:t>
            </w:r>
          </w:p>
        </w:tc>
        <w:tc>
          <w:tcPr>
            <w:tcW w:type="dxa" w:w="3427"/>
            <w:shd w:fill="086862"/>
            <w:tcMar>
              <w:top w:w="80" w:type="dxa"/>
              <w:start w:w="100" w:type="dxa"/>
              <w:bottom w:w="80" w:type="dxa"/>
              <w:end w:w="100" w:type="dxa"/>
            </w:tcMar>
          </w:tcPr>
          <w:p>
            <w:r>
              <w:rPr>
                <w:rFonts w:ascii="Liberation Sans" w:hAnsi="Liberation Sans" w:eastAsia="Liberation Sans"/>
                <w:b/>
                <w:i w:val="0"/>
                <w:color w:val="FFFFFF"/>
                <w:sz w:val="17"/>
              </w:rPr>
              <w:t>Big (~300 kids)</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Volunteers</w:t>
            </w:r>
          </w:p>
        </w:tc>
        <w:tc>
          <w:tcPr>
            <w:tcW w:type="dxa" w:w="40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~25–35</w:t>
            </w:r>
          </w:p>
        </w:tc>
        <w:tc>
          <w:tcPr>
            <w:tcW w:type="dxa" w:w="41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~120</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Rooms</w:t>
            </w:r>
          </w:p>
        </w:tc>
        <w:tc>
          <w:tcPr>
            <w:tcW w:type="dxa" w:w="40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 rotation rooms + 1–2 homeroom spaces</w:t>
            </w:r>
          </w:p>
        </w:tc>
        <w:tc>
          <w:tcPr>
            <w:tcW w:type="dxa" w:w="41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12 homerooms + 12 rotation rooms</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Nights</w:t>
            </w:r>
          </w:p>
        </w:tc>
        <w:tc>
          <w:tcPr>
            <w:tcW w:type="dxa" w:w="40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Days 1–3 6:00–9:00, Day 4 parent night</w:t>
            </w:r>
          </w:p>
        </w:tc>
        <w:tc>
          <w:tcPr>
            <w:tcW w:type="dxa" w:w="41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Days 1–3 5:15–9:00 (dinner), Day 4 parent night</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Budget</w:t>
            </w:r>
          </w:p>
        </w:tc>
        <w:tc>
          <w:tcPr>
            <w:tcW w:type="dxa" w:w="40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~$4–$7 per child before shirts</w:t>
            </w:r>
          </w:p>
        </w:tc>
        <w:tc>
          <w:tcPr>
            <w:tcW w:type="dxa" w:w="41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~$10–$15 per child with dinner</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Prep</w:t>
            </w:r>
          </w:p>
        </w:tc>
        <w:tc>
          <w:tcPr>
            <w:tcW w:type="dxa" w:w="40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One Setup Day</w:t>
            </w:r>
          </w:p>
        </w:tc>
        <w:tc>
          <w:tcPr>
            <w:tcW w:type="dxa" w:w="41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One Setup Day + zone teams</w:t>
            </w:r>
          </w:p>
        </w:tc>
      </w:tr>
    </w:tbl>
    <w:p>
      <w:pPr>
        <w:pStyle w:val="Heading2"/>
        <w:keepNext/>
        <w:spacing w:before="100" w:after="80"/>
      </w:pPr>
      <w:r>
        <w:rPr>
          <w:rFonts w:ascii="Liberation Sans" w:hAnsi="Liberation Sans" w:eastAsia="Liberation Sans"/>
          <w:b/>
          <w:i w:val="0"/>
          <w:color w:val="263342"/>
          <w:sz w:val="26"/>
        </w:rPr>
        <w:t>Your path through this document</w:t>
      </w:r>
    </w:p>
    <w:p>
      <w:pPr>
        <w:pStyle w:val="ListBullet"/>
        <w:spacing w:before="0" w:after="40" w:line="250" w:lineRule="auto"/>
      </w:pPr>
      <w:r>
        <w:rPr>
          <w:rFonts w:ascii="Liberation Sans" w:hAnsi="Liberation Sans" w:eastAsia="Liberation Sans"/>
          <w:b w:val="0"/>
          <w:i w:val="0"/>
          <w:color w:val="263342"/>
          <w:sz w:val="18"/>
        </w:rPr>
        <w:t>THEME + MUSIC — what the week is about and the songs that carry it.</w:t>
      </w:r>
    </w:p>
    <w:p>
      <w:pPr>
        <w:pStyle w:val="ListBullet"/>
        <w:spacing w:before="0" w:after="40" w:line="250" w:lineRule="auto"/>
      </w:pPr>
      <w:r>
        <w:rPr>
          <w:rFonts w:ascii="Liberation Sans" w:hAnsi="Liberation Sans" w:eastAsia="Liberation Sans"/>
          <w:b w:val="0"/>
          <w:i w:val="0"/>
          <w:color w:val="263342"/>
          <w:sz w:val="18"/>
        </w:rPr>
        <w:t>BEFORE CAMP — countdown, budget, pricing your camp, parent communication.</w:t>
      </w:r>
    </w:p>
    <w:p>
      <w:pPr>
        <w:pStyle w:val="ListBullet"/>
        <w:spacing w:before="0" w:after="40" w:line="250" w:lineRule="auto"/>
      </w:pPr>
      <w:r>
        <w:rPr>
          <w:rFonts w:ascii="Liberation Sans" w:hAnsi="Liberation Sans" w:eastAsia="Liberation Sans"/>
          <w:b w:val="0"/>
          <w:i w:val="0"/>
          <w:color w:val="263342"/>
          <w:sz w:val="18"/>
        </w:rPr>
        <w:t>OPERATIONS — Setup Day, run-of-show, your size playbook, dinner, check-in/pickup, safety.</w:t>
      </w:r>
    </w:p>
    <w:p>
      <w:pPr>
        <w:pStyle w:val="ListBullet"/>
        <w:spacing w:before="0" w:after="40" w:line="250" w:lineRule="auto"/>
      </w:pPr>
      <w:r>
        <w:rPr>
          <w:rFonts w:ascii="Liberation Sans" w:hAnsi="Liberation Sans" w:eastAsia="Liberation Sans"/>
          <w:b w:val="0"/>
          <w:i w:val="0"/>
          <w:color w:val="263342"/>
          <w:sz w:val="18"/>
        </w:rPr>
        <w:t>PROGRAM — main sessions, rotations with minute-by-minute run sheets, printables, points.</w:t>
      </w:r>
    </w:p>
    <w:p>
      <w:pPr>
        <w:pStyle w:val="ListBullet"/>
        <w:spacing w:before="0" w:after="40" w:line="250" w:lineRule="auto"/>
      </w:pPr>
      <w:r>
        <w:rPr>
          <w:rFonts w:ascii="Liberation Sans" w:hAnsi="Liberation Sans" w:eastAsia="Liberation Sans"/>
          <w:b w:val="0"/>
          <w:i w:val="0"/>
          <w:color w:val="263342"/>
          <w:sz w:val="18"/>
        </w:rPr>
        <w:t>DAY 4 — parent night, gospel follow-up, handoff, 5th-grade moment, optional carnival.</w:t>
      </w:r>
    </w:p>
    <w:p>
      <w:pPr>
        <w:pStyle w:val="ListBullet"/>
        <w:spacing w:before="0" w:after="40" w:line="250" w:lineRule="auto"/>
      </w:pPr>
      <w:r>
        <w:rPr>
          <w:rFonts w:ascii="Liberation Sans" w:hAnsi="Liberation Sans" w:eastAsia="Liberation Sans"/>
          <w:b w:val="0"/>
          <w:i w:val="0"/>
          <w:color w:val="263342"/>
          <w:sz w:val="18"/>
        </w:rPr>
        <w:t>TEAM + PROMO — volunteer forms, role cards, flyers, social posts, shirts, follow-up.</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One rule for the whole pack</w:t>
            </w:r>
          </w:p>
          <w:p>
            <w:pPr>
              <w:spacing w:after="0" w:line="252" w:lineRule="auto"/>
            </w:pPr>
            <w:r>
              <w:rPr>
                <w:rFonts w:ascii="Liberation Sans" w:hAnsi="Liberation Sans" w:eastAsia="Liberation Sans"/>
                <w:b w:val="0"/>
                <w:i w:val="0"/>
                <w:color w:val="263342"/>
                <w:sz w:val="18"/>
              </w:rPr>
              <w:t>[BRACKETS] mean “fill in your church’s info.” Everything else is ready to run as written — or bend it. The pack is yours.</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Welcome to Electric City</w:t>
      </w:r>
    </w:p>
    <w:p>
      <w:pPr>
        <w:spacing w:before="0" w:after="100" w:line="259" w:lineRule="auto"/>
      </w:pPr>
      <w:r>
        <w:rPr>
          <w:rFonts w:ascii="Liberation Sans" w:hAnsi="Liberation Sans" w:eastAsia="Liberation Sans"/>
          <w:b w:val="0"/>
          <w:i w:val="0"/>
          <w:color w:val="263342"/>
          <w:sz w:val="19"/>
        </w:rPr>
        <w:t>Dear leader,</w:t>
      </w:r>
    </w:p>
    <w:p>
      <w:pPr>
        <w:spacing w:before="0" w:after="100" w:line="259" w:lineRule="auto"/>
      </w:pPr>
      <w:r>
        <w:rPr>
          <w:rFonts w:ascii="Liberation Sans" w:hAnsi="Liberation Sans" w:eastAsia="Liberation Sans"/>
          <w:b w:val="0"/>
          <w:i w:val="0"/>
          <w:color w:val="263342"/>
          <w:sz w:val="19"/>
        </w:rPr>
        <w:t>Electric City is a three-night kids camp built on one big idea: a city runs on power, and our lives run on Jesus. Over three nights, your kids will not just hear about God’s power, light, and presence — they will build a glowing city with their own hands, sing it loud in main session, and then show the whole thing to their parents on Parent Night (Day 4).</w:t>
      </w:r>
    </w:p>
    <w:p>
      <w:pPr>
        <w:spacing w:before="0" w:after="100" w:line="259" w:lineRule="auto"/>
      </w:pPr>
      <w:r>
        <w:rPr>
          <w:rFonts w:ascii="Liberation Sans" w:hAnsi="Liberation Sans" w:eastAsia="Liberation Sans"/>
          <w:b w:val="0"/>
          <w:i w:val="0"/>
          <w:color w:val="263342"/>
          <w:sz w:val="19"/>
        </w:rPr>
        <w:t>This pack is everything you need: the theme, the nightly plans, the Bible stories, the crafts, the games, the snacks, the points system, the volunteer roles, and the parent-night service order. It was written to be led from, not studied. Bullet points, supply lists, and scripts you can read out loud.</w:t>
      </w:r>
    </w:p>
    <w:p>
      <w:pPr>
        <w:pStyle w:val="Heading2"/>
        <w:keepNext/>
        <w:spacing w:before="100" w:after="80"/>
      </w:pPr>
      <w:r>
        <w:rPr>
          <w:rFonts w:ascii="Liberation Sans" w:hAnsi="Liberation Sans" w:eastAsia="Liberation Sans"/>
          <w:b/>
          <w:i w:val="0"/>
          <w:color w:val="263342"/>
          <w:sz w:val="26"/>
        </w:rPr>
        <w:t>How to use this guide</w:t>
      </w:r>
    </w:p>
    <w:p>
      <w:pPr>
        <w:pStyle w:val="ListBullet"/>
        <w:spacing w:before="0" w:after="40" w:line="250" w:lineRule="auto"/>
      </w:pPr>
      <w:r>
        <w:rPr>
          <w:rFonts w:ascii="Liberation Sans" w:hAnsi="Liberation Sans" w:eastAsia="Liberation Sans"/>
          <w:b w:val="0"/>
          <w:i w:val="0"/>
          <w:color w:val="263342"/>
          <w:sz w:val="18"/>
        </w:rPr>
        <w:t>Start with Setup Day: the setup guide gets your team, rooms, and supplies ready in one day.</w:t>
      </w:r>
    </w:p>
    <w:p>
      <w:pPr>
        <w:pStyle w:val="ListBullet"/>
        <w:spacing w:before="0" w:after="40" w:line="250" w:lineRule="auto"/>
      </w:pPr>
      <w:r>
        <w:rPr>
          <w:rFonts w:ascii="Liberation Sans" w:hAnsi="Liberation Sans" w:eastAsia="Liberation Sans"/>
          <w:b w:val="0"/>
          <w:i w:val="0"/>
          <w:color w:val="263342"/>
          <w:sz w:val="18"/>
        </w:rPr>
        <w:t>Each night follows the same rhythm: homerooms → main session → three rotations → homerooms. The timing is a backbone, not a cage — bend it to fit your building.</w:t>
      </w:r>
    </w:p>
    <w:p>
      <w:pPr>
        <w:pStyle w:val="ListBullet"/>
        <w:spacing w:before="0" w:after="40" w:line="250" w:lineRule="auto"/>
      </w:pPr>
      <w:r>
        <w:rPr>
          <w:rFonts w:ascii="Liberation Sans" w:hAnsi="Liberation Sans" w:eastAsia="Liberation Sans"/>
          <w:b w:val="0"/>
          <w:i w:val="0"/>
          <w:color w:val="263342"/>
          <w:sz w:val="18"/>
        </w:rPr>
        <w:t>Run the three core rotations (Arts &amp; Crafts, Bible Story, Power Lab). If your church would rather not do the electricity theme in a rotation, swap in the Sports or Snack alternate from the back of the pack — still three rotations total.</w:t>
      </w:r>
    </w:p>
    <w:p>
      <w:pPr>
        <w:pStyle w:val="ListBullet"/>
        <w:spacing w:before="0" w:after="40" w:line="250" w:lineRule="auto"/>
      </w:pPr>
      <w:r>
        <w:rPr>
          <w:rFonts w:ascii="Liberation Sans" w:hAnsi="Liberation Sans" w:eastAsia="Liberation Sans"/>
          <w:b w:val="0"/>
          <w:i w:val="0"/>
          <w:color w:val="263342"/>
          <w:sz w:val="18"/>
        </w:rPr>
        <w:t>Keep competition inside the age bands: younger (VPK–2nd) and older (3rd–5th). Younger kids never compete against older kids.</w:t>
      </w:r>
    </w:p>
    <w:p>
      <w:pPr>
        <w:pStyle w:val="ListBullet"/>
        <w:spacing w:before="0" w:after="40" w:line="250" w:lineRule="auto"/>
      </w:pPr>
      <w:r>
        <w:rPr>
          <w:rFonts w:ascii="Liberation Sans" w:hAnsi="Liberation Sans" w:eastAsia="Liberation Sans"/>
          <w:b w:val="0"/>
          <w:i w:val="0"/>
          <w:color w:val="263342"/>
          <w:sz w:val="18"/>
        </w:rPr>
        <w:t>End the week with Parent Night (Day 4): a real service where kids lead worship, the winners are announced, and families tour the Electric City the kids built.</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The pack is free — camp pricing is your call</w:t>
            </w:r>
          </w:p>
          <w:p>
            <w:pPr>
              <w:spacing w:after="0" w:line="252" w:lineRule="auto"/>
            </w:pPr>
            <w:r>
              <w:rPr>
                <w:rFonts w:ascii="Liberation Sans" w:hAnsi="Liberation Sans" w:eastAsia="Liberation Sans"/>
                <w:b w:val="0"/>
                <w:i w:val="0"/>
                <w:color w:val="263342"/>
                <w:sz w:val="18"/>
              </w:rPr>
              <w:t>This leader pack — like every KidMin Records resource — is completely free and open. Print it, copy it, share it with the church down the street. No signup, no gates, no charge. What your church charges families for camp itself is entirely your decision — see “Pricing your camp.” If it helps one more kid meet Jesus, it did its job.</w:t>
            </w:r>
          </w:p>
        </w:tc>
      </w:tr>
    </w:tbl>
    <w:p>
      <w:pPr>
        <w:pStyle w:val="Heading2"/>
        <w:keepNext/>
        <w:spacing w:before="100" w:after="80"/>
      </w:pPr>
      <w:r>
        <w:rPr>
          <w:rFonts w:ascii="Liberation Sans" w:hAnsi="Liberation Sans" w:eastAsia="Liberation Sans"/>
          <w:b/>
          <w:i w:val="0"/>
          <w:color w:val="263342"/>
          <w:sz w:val="26"/>
        </w:rPr>
        <w:t>What’s inside</w:t>
      </w:r>
    </w:p>
    <w:p>
      <w:pPr>
        <w:pStyle w:val="ListBullet"/>
        <w:spacing w:before="0" w:after="40" w:line="250" w:lineRule="auto"/>
      </w:pPr>
      <w:r>
        <w:rPr>
          <w:rFonts w:ascii="Liberation Sans" w:hAnsi="Liberation Sans" w:eastAsia="Liberation Sans"/>
          <w:b w:val="0"/>
          <w:i w:val="0"/>
          <w:color w:val="263342"/>
          <w:sz w:val="18"/>
        </w:rPr>
        <w:t>Theme overview, scripture spine, and music map (from the GO OUTSIDE album)</w:t>
      </w:r>
    </w:p>
    <w:p>
      <w:pPr>
        <w:pStyle w:val="ListBullet"/>
        <w:spacing w:before="0" w:after="40" w:line="250" w:lineRule="auto"/>
      </w:pPr>
      <w:r>
        <w:rPr>
          <w:rFonts w:ascii="Liberation Sans" w:hAnsi="Liberation Sans" w:eastAsia="Liberation Sans"/>
          <w:b w:val="0"/>
          <w:i w:val="0"/>
          <w:color w:val="263342"/>
          <w:sz w:val="18"/>
        </w:rPr>
        <w:t>Setup Day guide: roles, rooms, supplies, rehearsal</w:t>
      </w:r>
    </w:p>
    <w:p>
      <w:pPr>
        <w:pStyle w:val="ListBullet"/>
        <w:spacing w:before="0" w:after="40" w:line="250" w:lineRule="auto"/>
      </w:pPr>
      <w:r>
        <w:rPr>
          <w:rFonts w:ascii="Liberation Sans" w:hAnsi="Liberation Sans" w:eastAsia="Liberation Sans"/>
          <w:b w:val="0"/>
          <w:i w:val="0"/>
          <w:color w:val="263342"/>
          <w:sz w:val="18"/>
        </w:rPr>
        <w:t>Nightly run-of-show for Days 1, 2, 3, and Parent Night (Day 4)</w:t>
      </w:r>
    </w:p>
    <w:p>
      <w:pPr>
        <w:pStyle w:val="ListBullet"/>
        <w:spacing w:before="0" w:after="40" w:line="250" w:lineRule="auto"/>
      </w:pPr>
      <w:r>
        <w:rPr>
          <w:rFonts w:ascii="Liberation Sans" w:hAnsi="Liberation Sans" w:eastAsia="Liberation Sans"/>
          <w:b w:val="0"/>
          <w:i w:val="0"/>
          <w:color w:val="263342"/>
          <w:sz w:val="18"/>
        </w:rPr>
        <w:t>The 300-kid playbook: staffing, rooms, rotation waves, and scaled supplies</w:t>
      </w:r>
    </w:p>
    <w:p>
      <w:pPr>
        <w:pStyle w:val="ListBullet"/>
        <w:spacing w:before="0" w:after="40" w:line="250" w:lineRule="auto"/>
      </w:pPr>
      <w:r>
        <w:rPr>
          <w:rFonts w:ascii="Liberation Sans" w:hAnsi="Liberation Sans" w:eastAsia="Liberation Sans"/>
          <w:b w:val="0"/>
          <w:i w:val="0"/>
          <w:color w:val="263342"/>
          <w:sz w:val="18"/>
        </w:rPr>
        <w:t>Dinner-before-rotations plan: timing, serving flow, allergies, cleanup</w:t>
      </w:r>
    </w:p>
    <w:p>
      <w:pPr>
        <w:pStyle w:val="ListBullet"/>
        <w:spacing w:before="0" w:after="40" w:line="250" w:lineRule="auto"/>
      </w:pPr>
      <w:r>
        <w:rPr>
          <w:rFonts w:ascii="Liberation Sans" w:hAnsi="Liberation Sans" w:eastAsia="Liberation Sans"/>
          <w:b w:val="0"/>
          <w:i w:val="0"/>
          <w:color w:val="263342"/>
          <w:sz w:val="18"/>
        </w:rPr>
        <w:t>Check-in &amp; pickup operations: barcodes on lanyards, matching tags, runners, parking, authorized pickup</w:t>
      </w:r>
    </w:p>
    <w:p>
      <w:pPr>
        <w:pStyle w:val="ListBullet"/>
        <w:spacing w:before="0" w:after="40" w:line="250" w:lineRule="auto"/>
      </w:pPr>
      <w:r>
        <w:rPr>
          <w:rFonts w:ascii="Liberation Sans" w:hAnsi="Liberation Sans" w:eastAsia="Liberation Sans"/>
          <w:b w:val="0"/>
          <w:i w:val="0"/>
          <w:color w:val="263342"/>
          <w:sz w:val="18"/>
        </w:rPr>
        <w:t>Parent communication: Zoom, Church Center, reminders, the one-page parent guide</w:t>
      </w:r>
    </w:p>
    <w:p>
      <w:pPr>
        <w:pStyle w:val="ListBullet"/>
        <w:spacing w:before="0" w:after="40" w:line="250" w:lineRule="auto"/>
      </w:pPr>
      <w:r>
        <w:rPr>
          <w:rFonts w:ascii="Liberation Sans" w:hAnsi="Liberation Sans" w:eastAsia="Liberation Sans"/>
          <w:b w:val="0"/>
          <w:i w:val="0"/>
          <w:color w:val="263342"/>
          <w:sz w:val="18"/>
        </w:rPr>
        <w:t>Safety &amp; team coordination: security posts, color-coded safety system, WhatsApp, escalation</w:t>
      </w:r>
    </w:p>
    <w:p>
      <w:pPr>
        <w:pStyle w:val="ListBullet"/>
        <w:spacing w:before="0" w:after="40" w:line="250" w:lineRule="auto"/>
      </w:pPr>
      <w:r>
        <w:rPr>
          <w:rFonts w:ascii="Liberation Sans" w:hAnsi="Liberation Sans" w:eastAsia="Liberation Sans"/>
          <w:b w:val="0"/>
          <w:i w:val="0"/>
          <w:color w:val="263342"/>
          <w:sz w:val="18"/>
        </w:rPr>
        <w:t>Main session plans with worship flow and teaching scripts</w:t>
      </w:r>
    </w:p>
    <w:p>
      <w:pPr>
        <w:pStyle w:val="ListBullet"/>
        <w:spacing w:before="0" w:after="40" w:line="250" w:lineRule="auto"/>
      </w:pPr>
      <w:r>
        <w:rPr>
          <w:rFonts w:ascii="Liberation Sans" w:hAnsi="Liberation Sans" w:eastAsia="Liberation Sans"/>
          <w:b w:val="0"/>
          <w:i w:val="0"/>
          <w:color w:val="263342"/>
          <w:sz w:val="18"/>
        </w:rPr>
        <w:t>Three core rotations × three nights, fully planned</w:t>
      </w:r>
    </w:p>
    <w:p>
      <w:pPr>
        <w:pStyle w:val="ListBullet"/>
        <w:spacing w:before="0" w:after="40" w:line="250" w:lineRule="auto"/>
      </w:pPr>
      <w:r>
        <w:rPr>
          <w:rFonts w:ascii="Liberation Sans" w:hAnsi="Liberation Sans" w:eastAsia="Liberation Sans"/>
          <w:b w:val="0"/>
          <w:i w:val="0"/>
          <w:color w:val="263342"/>
          <w:sz w:val="18"/>
        </w:rPr>
        <w:t>Two alternate rotations (Sports, Snack) you can swap in</w:t>
      </w:r>
    </w:p>
    <w:p>
      <w:pPr>
        <w:pStyle w:val="ListBullet"/>
        <w:spacing w:before="0" w:after="40" w:line="250" w:lineRule="auto"/>
      </w:pPr>
      <w:r>
        <w:rPr>
          <w:rFonts w:ascii="Liberation Sans" w:hAnsi="Liberation Sans" w:eastAsia="Liberation Sans"/>
          <w:b w:val="0"/>
          <w:i w:val="0"/>
          <w:color w:val="263342"/>
          <w:sz w:val="18"/>
        </w:rPr>
        <w:t>Points system with a scorekeeping template</w:t>
      </w:r>
    </w:p>
    <w:p>
      <w:pPr>
        <w:pStyle w:val="ListBullet"/>
        <w:spacing w:before="0" w:after="40" w:line="250" w:lineRule="auto"/>
      </w:pPr>
      <w:r>
        <w:rPr>
          <w:rFonts w:ascii="Liberation Sans" w:hAnsi="Liberation Sans" w:eastAsia="Liberation Sans"/>
          <w:b w:val="0"/>
          <w:i w:val="0"/>
          <w:color w:val="263342"/>
          <w:sz w:val="18"/>
        </w:rPr>
        <w:t>5th-grade transition: Plug Into What’s Next</w:t>
      </w:r>
    </w:p>
    <w:p>
      <w:pPr>
        <w:pStyle w:val="ListBullet"/>
        <w:spacing w:before="0" w:after="40" w:line="250" w:lineRule="auto"/>
      </w:pPr>
      <w:r>
        <w:rPr>
          <w:rFonts w:ascii="Liberation Sans" w:hAnsi="Liberation Sans" w:eastAsia="Liberation Sans"/>
          <w:b w:val="0"/>
          <w:i w:val="0"/>
          <w:color w:val="263342"/>
          <w:sz w:val="18"/>
        </w:rPr>
        <w:t>Volunteer role cards and digital parent follow-ups</w:t>
      </w:r>
    </w:p>
    <w:p>
      <w:r>
        <w:br w:type="page"/>
      </w:r>
    </w:p>
    <w:tbl>
      <w:tblPr>
        <w:tblW w:type="auto" w:w="0"/>
        <w:jc w:val="center"/>
        <w:tblLook w:firstColumn="1" w:firstRow="1" w:lastColumn="0" w:lastRow="0" w:noHBand="0" w:noVBand="1" w:val="04A0"/>
      </w:tblPr>
      <w:tblGrid>
        <w:gridCol w:w="10282"/>
      </w:tblGrid>
      <w:tr>
        <w:tc>
          <w:tcPr>
            <w:tcW w:type="dxa" w:w="10282"/>
            <w:shd w:fill="086862"/>
            <w:tcMar>
              <w:top w:w="260" w:type="dxa"/>
              <w:start w:w="240" w:type="dxa"/>
              <w:bottom w:w="260" w:type="dxa"/>
              <w:end w:w="240" w:type="dxa"/>
            </w:tcMar>
          </w:tcPr>
          <w:p>
            <w:pPr>
              <w:jc w:val="center"/>
            </w:pPr>
            <w:r>
              <w:rPr>
                <w:rFonts w:ascii="Liberation Sans" w:hAnsi="Liberation Sans" w:eastAsia="Liberation Sans"/>
                <w:b/>
                <w:i w:val="0"/>
                <w:color w:val="FFFFFF"/>
                <w:sz w:val="18"/>
              </w:rPr>
              <w:t>THE THEME</w:t>
            </w:r>
          </w:p>
          <w:p>
            <w:pPr>
              <w:jc w:val="center"/>
            </w:pPr>
            <w:r>
              <w:rPr>
                <w:rFonts w:ascii="Liberation Sans" w:hAnsi="Liberation Sans" w:eastAsia="Liberation Sans"/>
                <w:b/>
                <w:i w:val="0"/>
                <w:color w:val="FFFFFF"/>
                <w:sz w:val="50"/>
              </w:rPr>
              <w:t>Welcome to Electric City</w:t>
            </w:r>
          </w:p>
          <w:p>
            <w:pPr>
              <w:jc w:val="center"/>
            </w:pPr>
            <w:r>
              <w:rPr>
                <w:rFonts w:ascii="Liberation Sans" w:hAnsi="Liberation Sans" w:eastAsia="Liberation Sans"/>
                <w:b w:val="0"/>
                <w:i w:val="0"/>
                <w:color w:val="FFFFFF"/>
                <w:sz w:val="20"/>
              </w:rPr>
              <w:t>A city powered by Jesus — built by kids, night by night.</w:t>
            </w:r>
          </w:p>
        </w:tc>
      </w:tr>
    </w:tbl>
    <w:p>
      <w:pPr>
        <w:spacing w:before="0" w:after="100" w:line="259" w:lineRule="auto"/>
      </w:pPr>
      <w:r>
        <w:rPr>
          <w:rFonts w:ascii="Liberation Sans" w:hAnsi="Liberation Sans" w:eastAsia="Liberation Sans"/>
          <w:b w:val="0"/>
          <w:i w:val="0"/>
          <w:color w:val="263342"/>
          <w:sz w:val="19"/>
        </w:rPr>
        <w:t>Every city runs on power. Lights, homes, hospitals, whole neighborhoods — nothing works unless it is plugged in. That is the picture we give kids all week: Jesus is the power source, and when we stay connected to Him, our lives light up.</w:t>
      </w:r>
    </w:p>
    <w:p>
      <w:pPr>
        <w:spacing w:before="0" w:after="100" w:line="259" w:lineRule="auto"/>
      </w:pPr>
      <w:r>
        <w:rPr>
          <w:rFonts w:ascii="Liberation Sans" w:hAnsi="Liberation Sans" w:eastAsia="Liberation Sans"/>
          <w:b w:val="0"/>
          <w:i w:val="0"/>
          <w:color w:val="263342"/>
          <w:sz w:val="19"/>
        </w:rPr>
        <w:t>Each night has one word, one verse, and one Remember This. The craft rotation builds one district of the model city per night, so by Day 4 the kids have a whole glowing Electric City to show their parents.</w:t>
      </w:r>
    </w:p>
    <w:p>
      <w:pPr>
        <w:pStyle w:val="Heading2"/>
        <w:keepNext/>
        <w:spacing w:before="100" w:after="80"/>
      </w:pPr>
      <w:r>
        <w:rPr>
          <w:rFonts w:ascii="Liberation Sans" w:hAnsi="Liberation Sans" w:eastAsia="Liberation Sans"/>
          <w:b/>
          <w:i w:val="0"/>
          <w:color w:val="263342"/>
          <w:sz w:val="26"/>
        </w:rPr>
        <w:t>The scripture spine (NIV)</w:t>
      </w:r>
    </w:p>
    <w:tbl>
      <w:tblPr>
        <w:tblW w:type="auto" w:w="0"/>
        <w:jc w:val="center"/>
        <w:tblLayout w:type="fixed"/>
        <w:tblLook w:firstColumn="1" w:firstRow="1" w:lastColumn="0" w:lastRow="0" w:noHBand="0" w:noVBand="1" w:val="04A0"/>
      </w:tblPr>
      <w:tblGrid>
        <w:gridCol w:w="2160"/>
        <w:gridCol w:w="8136"/>
      </w:tblGrid>
      <w:tr>
        <w:tc>
          <w:tcPr>
            <w:tcW w:type="dxa" w:w="2160"/>
            <w:shd w:fill="086862"/>
            <w:tcMar>
              <w:top w:w="90" w:type="dxa"/>
              <w:start w:w="110" w:type="dxa"/>
              <w:bottom w:w="90" w:type="dxa"/>
              <w:end w:w="110" w:type="dxa"/>
            </w:tcMar>
          </w:tcPr>
          <w:p>
            <w:r>
              <w:rPr>
                <w:rFonts w:ascii="Liberation Sans" w:hAnsi="Liberation Sans" w:eastAsia="Liberation Sans"/>
                <w:b/>
                <w:i w:val="0"/>
                <w:color w:val="FFFFFF"/>
                <w:sz w:val="16"/>
              </w:rPr>
              <w:t>DAY 1</w:t>
              <w:br/>
              <w:t>POWER UP</w:t>
            </w:r>
          </w:p>
        </w:tc>
        <w:tc>
          <w:tcPr>
            <w:tcW w:type="dxa" w:w="8136"/>
            <w:shd w:fill="F4F7F9"/>
            <w:tcMar>
              <w:top w:w="90" w:type="dxa"/>
              <w:start w:w="110" w:type="dxa"/>
              <w:bottom w:w="90" w:type="dxa"/>
              <w:end w:w="110" w:type="dxa"/>
            </w:tcMar>
          </w:tcPr>
          <w:p>
            <w:r>
              <w:rPr>
                <w:rFonts w:ascii="Liberation Sans" w:hAnsi="Liberation Sans" w:eastAsia="Liberation Sans"/>
                <w:b w:val="0"/>
                <w:i w:val="0"/>
                <w:color w:val="263342"/>
                <w:sz w:val="18"/>
              </w:rPr>
              <w:t>Acts 1:8 — “But you will receive power when the Holy Spirit comes on you; and you will be my witnesses in Jerusalem, and in all Judea and Samaria, and to the ends of the earth.”</w:t>
              <w:br/>
              <w:t>Remember This: Jesus gives me power through the Holy Spirit.</w:t>
            </w:r>
          </w:p>
        </w:tc>
      </w:tr>
      <w:tr>
        <w:tc>
          <w:tcPr>
            <w:tcW w:type="dxa" w:w="2160"/>
            <w:shd w:fill="086862"/>
            <w:tcMar>
              <w:top w:w="90" w:type="dxa"/>
              <w:start w:w="110" w:type="dxa"/>
              <w:bottom w:w="90" w:type="dxa"/>
              <w:end w:w="110" w:type="dxa"/>
            </w:tcMar>
          </w:tcPr>
          <w:p>
            <w:r>
              <w:rPr>
                <w:rFonts w:ascii="Liberation Sans" w:hAnsi="Liberation Sans" w:eastAsia="Liberation Sans"/>
                <w:b/>
                <w:i w:val="0"/>
                <w:color w:val="FFFFFF"/>
                <w:sz w:val="16"/>
              </w:rPr>
              <w:t>DAY 2</w:t>
              <w:br/>
              <w:t>LIGHT UP</w:t>
            </w:r>
          </w:p>
        </w:tc>
        <w:tc>
          <w:tcPr>
            <w:tcW w:type="dxa" w:w="8136"/>
            <w:shd w:fill="F4F7F9"/>
            <w:tcMar>
              <w:top w:w="90" w:type="dxa"/>
              <w:start w:w="110" w:type="dxa"/>
              <w:bottom w:w="90" w:type="dxa"/>
              <w:end w:w="110" w:type="dxa"/>
            </w:tcMar>
          </w:tcPr>
          <w:p>
            <w:r>
              <w:rPr>
                <w:rFonts w:ascii="Liberation Sans" w:hAnsi="Liberation Sans" w:eastAsia="Liberation Sans"/>
                <w:b w:val="0"/>
                <w:i w:val="0"/>
                <w:color w:val="263342"/>
                <w:sz w:val="18"/>
              </w:rPr>
              <w:t>Matthew 5:14–16 — “You are the light of the world. A town built on a hill cannot be hidden. Neither do people light a lamp and put it under a bowl. Instead they put it on its stand, and it gives light to everyone in the house. In the same way, let your light shine before others, that they may see your good deeds and glorify your Father in heaven.”</w:t>
              <w:br/>
              <w:t>Remember This: I shine for Jesus like a city on a hill.</w:t>
            </w:r>
          </w:p>
        </w:tc>
      </w:tr>
      <w:tr>
        <w:tc>
          <w:tcPr>
            <w:tcW w:type="dxa" w:w="2160"/>
            <w:shd w:fill="086862"/>
            <w:tcMar>
              <w:top w:w="90" w:type="dxa"/>
              <w:start w:w="110" w:type="dxa"/>
              <w:bottom w:w="90" w:type="dxa"/>
              <w:end w:w="110" w:type="dxa"/>
            </w:tcMar>
          </w:tcPr>
          <w:p>
            <w:r>
              <w:rPr>
                <w:rFonts w:ascii="Liberation Sans" w:hAnsi="Liberation Sans" w:eastAsia="Liberation Sans"/>
                <w:b/>
                <w:i w:val="0"/>
                <w:color w:val="FFFFFF"/>
                <w:sz w:val="16"/>
              </w:rPr>
              <w:t>DAY 3</w:t>
              <w:br/>
              <w:t>PLUG IN</w:t>
            </w:r>
          </w:p>
        </w:tc>
        <w:tc>
          <w:tcPr>
            <w:tcW w:type="dxa" w:w="8136"/>
            <w:shd w:fill="F4F7F9"/>
            <w:tcMar>
              <w:top w:w="90" w:type="dxa"/>
              <w:start w:w="110" w:type="dxa"/>
              <w:bottom w:w="90" w:type="dxa"/>
              <w:end w:w="110" w:type="dxa"/>
            </w:tcMar>
          </w:tcPr>
          <w:p>
            <w:r>
              <w:rPr>
                <w:rFonts w:ascii="Liberation Sans" w:hAnsi="Liberation Sans" w:eastAsia="Liberation Sans"/>
                <w:b w:val="0"/>
                <w:i w:val="0"/>
                <w:color w:val="263342"/>
                <w:sz w:val="18"/>
              </w:rPr>
              <w:t>John 15:5 — “I am the vine; you are the branches. If you remain in me and I in you, you will bear much fruit; apart from me you can do nothing.”</w:t>
              <w:br/>
              <w:t>Remember This: I stay connected to Jesus.</w:t>
            </w:r>
          </w:p>
        </w:tc>
      </w:tr>
      <w:tr>
        <w:tc>
          <w:tcPr>
            <w:tcW w:type="dxa" w:w="2160"/>
            <w:shd w:fill="086862"/>
            <w:tcMar>
              <w:top w:w="90" w:type="dxa"/>
              <w:start w:w="110" w:type="dxa"/>
              <w:bottom w:w="90" w:type="dxa"/>
              <w:end w:w="110" w:type="dxa"/>
            </w:tcMar>
          </w:tcPr>
          <w:p>
            <w:r>
              <w:rPr>
                <w:rFonts w:ascii="Liberation Sans" w:hAnsi="Liberation Sans" w:eastAsia="Liberation Sans"/>
                <w:b/>
                <w:i w:val="0"/>
                <w:color w:val="FFFFFF"/>
                <w:sz w:val="16"/>
              </w:rPr>
              <w:t>DAY 4</w:t>
              <w:br/>
              <w:t>THE CITY SHINES</w:t>
            </w:r>
          </w:p>
        </w:tc>
        <w:tc>
          <w:tcPr>
            <w:tcW w:type="dxa" w:w="8136"/>
            <w:shd w:fill="F4F7F9"/>
            <w:tcMar>
              <w:top w:w="90" w:type="dxa"/>
              <w:start w:w="110" w:type="dxa"/>
              <w:bottom w:w="90" w:type="dxa"/>
              <w:end w:w="110" w:type="dxa"/>
            </w:tcMar>
          </w:tcPr>
          <w:p>
            <w:r>
              <w:rPr>
                <w:rFonts w:ascii="Liberation Sans" w:hAnsi="Liberation Sans" w:eastAsia="Liberation Sans"/>
                <w:b w:val="0"/>
                <w:i w:val="0"/>
                <w:color w:val="263342"/>
                <w:sz w:val="18"/>
              </w:rPr>
              <w:t>Parent Night — families gather, kids lead worship, the gospel is presented, winners are announced, and everyone tours Electric City.</w:t>
              <w:br/>
              <w:t>Remember This: Powered by Jesus.</w:t>
            </w:r>
          </w:p>
        </w:tc>
      </w:tr>
    </w:tbl>
    <w:p>
      <w:pPr>
        <w:pStyle w:val="Heading2"/>
        <w:keepNext/>
        <w:spacing w:before="100" w:after="80"/>
      </w:pPr>
      <w:r>
        <w:rPr>
          <w:rFonts w:ascii="Liberation Sans" w:hAnsi="Liberation Sans" w:eastAsia="Liberation Sans"/>
          <w:b/>
          <w:i w:val="0"/>
          <w:color w:val="263342"/>
          <w:sz w:val="26"/>
        </w:rPr>
        <w:t>The music map — from the album GO OUTSIDE</w:t>
      </w:r>
    </w:p>
    <w:p>
      <w:pPr>
        <w:spacing w:before="0" w:after="100" w:line="259" w:lineRule="auto"/>
      </w:pPr>
      <w:r>
        <w:rPr>
          <w:rFonts w:ascii="Liberation Sans" w:hAnsi="Liberation Sans" w:eastAsia="Liberation Sans"/>
          <w:b w:val="0"/>
          <w:i w:val="0"/>
          <w:color w:val="263342"/>
          <w:sz w:val="19"/>
        </w:rPr>
        <w:t>Every song below is from GO OUTSIDE by The KidMin Sound Group — the summer album this camp is built on. Music is not background here — it carries the theme, moves the transitions, and sends families out singing.</w:t>
      </w:r>
    </w:p>
    <w:tbl>
      <w:tblPr>
        <w:tblW w:type="auto" w:w="0"/>
        <w:jc w:val="center"/>
        <w:tblLayout w:type="fixed"/>
        <w:tblLook w:firstColumn="1" w:firstRow="1" w:lastColumn="0" w:lastRow="0" w:noHBand="0" w:noVBand="1" w:val="04A0"/>
      </w:tblPr>
      <w:tblGrid>
        <w:gridCol w:w="2304"/>
        <w:gridCol w:w="2736"/>
        <w:gridCol w:w="5256"/>
      </w:tblGrid>
      <w:tr>
        <w:tc>
          <w:tcPr>
            <w:tcW w:type="dxa" w:w="3427"/>
            <w:shd w:fill="086862"/>
            <w:tcMar>
              <w:top w:w="80" w:type="dxa"/>
              <w:start w:w="100" w:type="dxa"/>
              <w:bottom w:w="80" w:type="dxa"/>
              <w:end w:w="100" w:type="dxa"/>
            </w:tcMar>
          </w:tcPr>
          <w:p>
            <w:r>
              <w:rPr>
                <w:rFonts w:ascii="Liberation Sans" w:hAnsi="Liberation Sans" w:eastAsia="Liberation Sans"/>
                <w:b/>
                <w:i w:val="0"/>
                <w:color w:val="FFFFFF"/>
                <w:sz w:val="17"/>
              </w:rPr>
              <w:t>Song</w:t>
            </w:r>
          </w:p>
        </w:tc>
        <w:tc>
          <w:tcPr>
            <w:tcW w:type="dxa" w:w="3427"/>
            <w:shd w:fill="086862"/>
            <w:tcMar>
              <w:top w:w="80" w:type="dxa"/>
              <w:start w:w="100" w:type="dxa"/>
              <w:bottom w:w="80" w:type="dxa"/>
              <w:end w:w="100" w:type="dxa"/>
            </w:tcMar>
          </w:tcPr>
          <w:p>
            <w:r>
              <w:rPr>
                <w:rFonts w:ascii="Liberation Sans" w:hAnsi="Liberation Sans" w:eastAsia="Liberation Sans"/>
                <w:b/>
                <w:i w:val="0"/>
                <w:color w:val="FFFFFF"/>
                <w:sz w:val="17"/>
              </w:rPr>
              <w:t>Where it lives</w:t>
            </w:r>
          </w:p>
        </w:tc>
        <w:tc>
          <w:tcPr>
            <w:tcW w:type="dxa" w:w="3427"/>
            <w:shd w:fill="086862"/>
            <w:tcMar>
              <w:top w:w="80" w:type="dxa"/>
              <w:start w:w="100" w:type="dxa"/>
              <w:bottom w:w="80" w:type="dxa"/>
              <w:end w:w="100" w:type="dxa"/>
            </w:tcMar>
          </w:tcPr>
          <w:p>
            <w:r>
              <w:rPr>
                <w:rFonts w:ascii="Liberation Sans" w:hAnsi="Liberation Sans" w:eastAsia="Liberation Sans"/>
                <w:b/>
                <w:i w:val="0"/>
                <w:color w:val="FFFFFF"/>
                <w:sz w:val="17"/>
              </w:rPr>
              <w:t>How to use it</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Go Outside</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High-energy opener — doors open, every night</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Full energy as kids arrive. Teach one motion per night so it builds; by Day 3 the kids own it.</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Church In The Summer</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Main session worship</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 worship anchor all three nights. Slow it down on Day 3 for the response moment.</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Unplug It</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Transition cue — the “power down” signal</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When it plays, rotations stop: leaders call “Power down! Line up!” Kids move on the music.</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Read A Little</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Bible Story rotation</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Play under the story intro; use it as verse-memory march music between rooms.</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Sunscreen &amp; Scripture</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Bible Story / verse review</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High-energy verse review with motions. Younger band: just the chorus motions.</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Walk That Dog</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Sports alternate + arrival fun</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Game energy for outdoor play and pre-session hype.</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Summer Kindness</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Kindness challenges + follow-up spirit</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Tie it to bring-a-friend points and the visitor follow-up: kindness is the mission after camp.</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Vacation Vibes</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 snack background</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Chill serving-time music. Keep it low enough for conversation.</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Best Summer Ever</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4 winners celebration</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Play it under the awards ceremony — pure joy, full volume.</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See You Sunday</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4 closer + Sunday invite</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Kids sing it over the families at the end of the service. The last line doubles as the visitor follow-up: see you Sunday.</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Electric City — the theme song</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anthem — every night</w:t>
            </w:r>
          </w:p>
        </w:tc>
        <w:tc>
          <w:tcPr>
            <w:tcW w:type="dxa" w:w="52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“Electric City (Original Mix)” by The KidMin Sound Group, releasing January 8. Teach it first, sing it every night — the camp is named for this song. Until release day, the sneak-peek clip on the resources page holds the slot.</w:t>
            </w:r>
          </w:p>
        </w:tc>
      </w:tr>
    </w:tbl>
    <w:p>
      <w:pPr>
        <w:pStyle w:val="Heading2"/>
        <w:keepNext/>
        <w:spacing w:before="100" w:after="80"/>
      </w:pPr>
      <w:r>
        <w:rPr>
          <w:rFonts w:ascii="Liberation Sans" w:hAnsi="Liberation Sans" w:eastAsia="Liberation Sans"/>
          <w:b/>
          <w:i w:val="0"/>
          <w:color w:val="263342"/>
          <w:sz w:val="26"/>
        </w:rPr>
        <w:t>Age bands</w:t>
      </w:r>
    </w:p>
    <w:p>
      <w:pPr>
        <w:spacing w:before="0" w:after="100" w:line="259" w:lineRule="auto"/>
      </w:pPr>
      <w:r>
        <w:rPr>
          <w:rFonts w:ascii="Liberation Sans" w:hAnsi="Liberation Sans" w:eastAsia="Liberation Sans"/>
          <w:b w:val="0"/>
          <w:i w:val="0"/>
          <w:color w:val="263342"/>
          <w:sz w:val="19"/>
        </w:rPr>
        <w:t>Camp runs in two bands. Teams, points, and winners stay inside each band — younger kids never compete against older kids.</w:t>
      </w:r>
    </w:p>
    <w:tbl>
      <w:tblPr>
        <w:tblW w:type="auto" w:w="0"/>
        <w:jc w:val="center"/>
        <w:tblLayout w:type="fixed"/>
        <w:tblLook w:firstColumn="1" w:firstRow="1" w:lastColumn="0" w:lastRow="0" w:noHBand="0" w:noVBand="1" w:val="04A0"/>
      </w:tblPr>
      <w:tblGrid>
        <w:gridCol w:w="2160"/>
        <w:gridCol w:w="8136"/>
      </w:tblGrid>
      <w:tr>
        <w:tc>
          <w:tcPr>
            <w:tcW w:type="dxa" w:w="2160"/>
            <w:shd w:fill="E26A2C"/>
            <w:tcMar>
              <w:top w:w="90" w:type="dxa"/>
              <w:start w:w="110" w:type="dxa"/>
              <w:bottom w:w="90" w:type="dxa"/>
              <w:end w:w="110" w:type="dxa"/>
            </w:tcMar>
          </w:tcPr>
          <w:p>
            <w:r>
              <w:rPr>
                <w:rFonts w:ascii="Liberation Sans" w:hAnsi="Liberation Sans" w:eastAsia="Liberation Sans"/>
                <w:b/>
                <w:i w:val="0"/>
                <w:color w:val="FFFFFF"/>
                <w:sz w:val="16"/>
              </w:rPr>
              <w:t>YOUNGER</w:t>
              <w:br/>
              <w:t>VPK–2ND</w:t>
            </w:r>
          </w:p>
        </w:tc>
        <w:tc>
          <w:tcPr>
            <w:tcW w:type="dxa" w:w="8136"/>
            <w:shd w:fill="F4F7F9"/>
            <w:tcMar>
              <w:top w:w="90" w:type="dxa"/>
              <w:start w:w="110" w:type="dxa"/>
              <w:bottom w:w="90" w:type="dxa"/>
              <w:end w:w="110" w:type="dxa"/>
            </w:tcMar>
          </w:tcPr>
          <w:p>
            <w:r>
              <w:rPr>
                <w:rFonts w:ascii="Liberation Sans" w:hAnsi="Liberation Sans" w:eastAsia="Liberation Sans"/>
                <w:b w:val="0"/>
                <w:i w:val="0"/>
                <w:color w:val="263342"/>
                <w:sz w:val="18"/>
              </w:rPr>
              <w:t>VPK folds in with kindergarten. Shorter verse phrases, no reading required, no elimination games, seated options always offered. Preschool simplifications are marked in every rotation.</w:t>
            </w:r>
          </w:p>
        </w:tc>
      </w:tr>
      <w:tr>
        <w:tc>
          <w:tcPr>
            <w:tcW w:type="dxa" w:w="2160"/>
            <w:shd w:fill="E26A2C"/>
            <w:tcMar>
              <w:top w:w="90" w:type="dxa"/>
              <w:start w:w="110" w:type="dxa"/>
              <w:bottom w:w="90" w:type="dxa"/>
              <w:end w:w="110" w:type="dxa"/>
            </w:tcMar>
          </w:tcPr>
          <w:p>
            <w:r>
              <w:rPr>
                <w:rFonts w:ascii="Liberation Sans" w:hAnsi="Liberation Sans" w:eastAsia="Liberation Sans"/>
                <w:b/>
                <w:i w:val="0"/>
                <w:color w:val="FFFFFF"/>
                <w:sz w:val="16"/>
              </w:rPr>
              <w:t>OLDER</w:t>
              <w:br/>
              <w:t>3RD–5TH</w:t>
            </w:r>
          </w:p>
        </w:tc>
        <w:tc>
          <w:tcPr>
            <w:tcW w:type="dxa" w:w="8136"/>
            <w:shd w:fill="F4F7F9"/>
            <w:tcMar>
              <w:top w:w="90" w:type="dxa"/>
              <w:start w:w="110" w:type="dxa"/>
              <w:bottom w:w="90" w:type="dxa"/>
              <w:end w:w="110" w:type="dxa"/>
            </w:tcMar>
          </w:tcPr>
          <w:p>
            <w:r>
              <w:rPr>
                <w:rFonts w:ascii="Liberation Sans" w:hAnsi="Liberation Sans" w:eastAsia="Liberation Sans"/>
                <w:b w:val="0"/>
                <w:i w:val="0"/>
                <w:color w:val="263342"/>
                <w:sz w:val="18"/>
              </w:rPr>
              <w:t>Full verse memory, team strategy games, deeper debrief questions. They can handle — and love — a real challenge.</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A note on winning</w:t>
            </w:r>
          </w:p>
          <w:p>
            <w:pPr>
              <w:spacing w:after="0" w:line="252" w:lineRule="auto"/>
            </w:pPr>
            <w:r>
              <w:rPr>
                <w:rFonts w:ascii="Liberation Sans" w:hAnsi="Liberation Sans" w:eastAsia="Liberation Sans"/>
                <w:b w:val="0"/>
                <w:i w:val="0"/>
                <w:color w:val="263342"/>
                <w:sz w:val="18"/>
              </w:rPr>
              <w:t>Points are fuel for joy, not a weapon. Celebrate effort out loud, announce winners with kindness, and make sure every child leaves on Day 4 knowing they belong in Electric City whether or not their team took the trophy.</w:t>
            </w:r>
          </w:p>
        </w:tc>
      </w:tr>
    </w:tbl>
    <w:p>
      <w:r>
        <w:br w:type="page"/>
      </w:r>
    </w:p>
    <w:tbl>
      <w:tblPr>
        <w:tblW w:type="auto" w:w="0"/>
        <w:jc w:val="center"/>
        <w:tblLook w:firstColumn="1" w:firstRow="1" w:lastColumn="0" w:lastRow="0" w:noHBand="0" w:noVBand="1" w:val="04A0"/>
      </w:tblPr>
      <w:tblGrid>
        <w:gridCol w:w="10282"/>
      </w:tblGrid>
      <w:tr>
        <w:tc>
          <w:tcPr>
            <w:tcW w:type="dxa" w:w="10282"/>
            <w:shd w:fill="086862"/>
            <w:tcMar>
              <w:top w:w="260" w:type="dxa"/>
              <w:start w:w="240" w:type="dxa"/>
              <w:bottom w:w="260" w:type="dxa"/>
              <w:end w:w="240" w:type="dxa"/>
            </w:tcMar>
          </w:tcPr>
          <w:p>
            <w:pPr>
              <w:jc w:val="center"/>
            </w:pPr>
            <w:r>
              <w:rPr>
                <w:rFonts w:ascii="Liberation Sans" w:hAnsi="Liberation Sans" w:eastAsia="Liberation Sans"/>
                <w:b/>
                <w:i w:val="0"/>
                <w:color w:val="FFFFFF"/>
                <w:sz w:val="18"/>
              </w:rPr>
              <w:t>THE APPROACH</w:t>
            </w:r>
          </w:p>
          <w:p>
            <w:pPr>
              <w:jc w:val="center"/>
            </w:pPr>
            <w:r>
              <w:rPr>
                <w:rFonts w:ascii="Liberation Sans" w:hAnsi="Liberation Sans" w:eastAsia="Liberation Sans"/>
                <w:b/>
                <w:i w:val="0"/>
                <w:color w:val="FFFFFF"/>
                <w:sz w:val="50"/>
              </w:rPr>
              <w:t>What makes this camp work</w:t>
            </w:r>
          </w:p>
          <w:p>
            <w:pPr>
              <w:jc w:val="center"/>
            </w:pPr>
            <w:r>
              <w:rPr>
                <w:rFonts w:ascii="Liberation Sans" w:hAnsi="Liberation Sans" w:eastAsia="Liberation Sans"/>
                <w:b w:val="0"/>
                <w:i w:val="0"/>
                <w:color w:val="FFFFFF"/>
                <w:sz w:val="20"/>
              </w:rPr>
              <w:t>The non-negotiables — and everything you can freely change.</w:t>
            </w:r>
          </w:p>
        </w:tc>
      </w:tr>
    </w:tbl>
    <w:p>
      <w:pPr>
        <w:spacing w:before="0" w:after="100" w:line="259" w:lineRule="auto"/>
      </w:pPr>
      <w:r>
        <w:rPr>
          <w:rFonts w:ascii="Liberation Sans" w:hAnsi="Liberation Sans" w:eastAsia="Liberation Sans"/>
          <w:b w:val="0"/>
          <w:i w:val="0"/>
          <w:color w:val="263342"/>
          <w:sz w:val="19"/>
        </w:rPr>
        <w:t>Before you change anything, know what you are changing. Six things make Electric City work. Everything else is a choice you are free to make differently.</w:t>
      </w:r>
    </w:p>
    <w:p>
      <w:pPr>
        <w:pStyle w:val="Heading2"/>
        <w:keepNext/>
        <w:spacing w:before="100" w:after="80"/>
      </w:pPr>
      <w:r>
        <w:rPr>
          <w:rFonts w:ascii="Liberation Sans" w:hAnsi="Liberation Sans" w:eastAsia="Liberation Sans"/>
          <w:b/>
          <w:i w:val="0"/>
          <w:color w:val="263342"/>
          <w:sz w:val="26"/>
        </w:rPr>
        <w:t>The six essentials — keep these</w:t>
      </w:r>
    </w:p>
    <w:tbl>
      <w:tblPr>
        <w:tblW w:type="auto" w:w="0"/>
        <w:jc w:val="center"/>
        <w:tblLayout w:type="fixed"/>
        <w:tblLook w:firstColumn="1" w:firstRow="1" w:lastColumn="0" w:lastRow="0" w:noHBand="0" w:noVBand="1" w:val="04A0"/>
      </w:tblPr>
      <w:tblGrid>
        <w:gridCol w:w="2736"/>
        <w:gridCol w:w="7560"/>
      </w:tblGrid>
      <w:tr>
        <w:tc>
          <w:tcPr>
            <w:tcW w:type="dxa" w:w="5141"/>
            <w:shd w:fill="086862"/>
            <w:tcMar>
              <w:top w:w="80" w:type="dxa"/>
              <w:start w:w="100" w:type="dxa"/>
              <w:bottom w:w="80" w:type="dxa"/>
              <w:end w:w="100" w:type="dxa"/>
            </w:tcMar>
          </w:tcPr>
          <w:p>
            <w:r>
              <w:rPr>
                <w:rFonts w:ascii="Liberation Sans" w:hAnsi="Liberation Sans" w:eastAsia="Liberation Sans"/>
                <w:b/>
                <w:i w:val="0"/>
                <w:color w:val="FFFFFF"/>
                <w:sz w:val="17"/>
              </w:rPr>
              <w:t>Essential</w:t>
            </w:r>
          </w:p>
        </w:tc>
        <w:tc>
          <w:tcPr>
            <w:tcW w:type="dxa" w:w="5141"/>
            <w:shd w:fill="086862"/>
            <w:tcMar>
              <w:top w:w="80" w:type="dxa"/>
              <w:start w:w="100" w:type="dxa"/>
              <w:bottom w:w="80" w:type="dxa"/>
              <w:end w:w="100" w:type="dxa"/>
            </w:tcMar>
          </w:tcPr>
          <w:p>
            <w:r>
              <w:rPr>
                <w:rFonts w:ascii="Liberation Sans" w:hAnsi="Liberation Sans" w:eastAsia="Liberation Sans"/>
                <w:b/>
                <w:i w:val="0"/>
                <w:color w:val="FFFFFF"/>
                <w:sz w:val="17"/>
              </w:rPr>
              <w:t>Why it matters</w:t>
            </w:r>
          </w:p>
        </w:tc>
      </w:tr>
      <w:tr>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 relationships</w:t>
            </w:r>
          </w:p>
        </w:tc>
        <w:tc>
          <w:tcPr>
            <w:tcW w:type="dxa" w:w="75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Every child belongs to one small team with the same two leaders all week. Kids don’t remember programs; they remember people who knew their name.</w:t>
            </w:r>
          </w:p>
        </w:tc>
      </w:tr>
      <w:tr>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One shared main session</w:t>
            </w:r>
          </w:p>
        </w:tc>
        <w:tc>
          <w:tcPr>
            <w:tcW w:type="dxa" w:w="75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Everybody together, every night, high energy. It sets the temperature and teaches the night’s truth before rotations break it open.</w:t>
            </w:r>
          </w:p>
        </w:tc>
      </w:tr>
      <w:tr>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Three 25-minute rotations</w:t>
            </w:r>
          </w:p>
        </w:tc>
        <w:tc>
          <w:tcPr>
            <w:tcW w:type="dxa" w:w="75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Craft, story, science — short enough for VPK attention spans, deep enough for 5th graders. The rhythm is the program.</w:t>
            </w:r>
          </w:p>
        </w:tc>
      </w:tr>
      <w:tr>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Age bands kept separate</w:t>
            </w:r>
          </w:p>
        </w:tc>
        <w:tc>
          <w:tcPr>
            <w:tcW w:type="dxa" w:w="75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Younger (VPK–2nd) and older (3rd–5th) never compete against each other. Points, games, and winners stay inside each band — so the youngest team can genuinely win.</w:t>
            </w:r>
          </w:p>
        </w:tc>
      </w:tr>
      <w:tr>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 Electric City build</w:t>
            </w:r>
          </w:p>
        </w:tc>
        <w:tc>
          <w:tcPr>
            <w:tcW w:type="dxa" w:w="75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One growing model city, built night by night, displayed Day 4. It turns abstract truth (“power,” “light”) into something kids can point at.</w:t>
            </w:r>
          </w:p>
        </w:tc>
      </w:tr>
      <w:tr>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4 parent night</w:t>
            </w:r>
          </w:p>
        </w:tc>
        <w:tc>
          <w:tcPr>
            <w:tcW w:type="dxa" w:w="75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 week ends with families in the room — worship, gospel, awards, the city tour. Camp is the front door; parent night is the invitation to walk through it.</w:t>
            </w:r>
          </w:p>
        </w:tc>
      </w:tr>
    </w:tbl>
    <w:p>
      <w:pPr>
        <w:pStyle w:val="Heading2"/>
        <w:keepNext/>
        <w:spacing w:before="100" w:after="80"/>
      </w:pPr>
      <w:r>
        <w:rPr>
          <w:rFonts w:ascii="Liberation Sans" w:hAnsi="Liberation Sans" w:eastAsia="Liberation Sans"/>
          <w:b/>
          <w:i w:val="0"/>
          <w:color w:val="263342"/>
          <w:sz w:val="26"/>
        </w:rPr>
        <w:t>Freely changeable — make it yours</w:t>
      </w:r>
    </w:p>
    <w:p>
      <w:pPr>
        <w:spacing w:before="0" w:after="100" w:line="259" w:lineRule="auto"/>
      </w:pPr>
      <w:r>
        <w:rPr>
          <w:rFonts w:ascii="Liberation Sans" w:hAnsi="Liberation Sans" w:eastAsia="Liberation Sans"/>
          <w:b w:val="0"/>
          <w:i/>
          <w:color w:val="526274"/>
          <w:sz w:val="18"/>
        </w:rPr>
        <w:t>None of these change the camp. Swap them with confidence:</w:t>
      </w:r>
    </w:p>
    <w:p>
      <w:pPr>
        <w:pStyle w:val="ListBullet"/>
        <w:spacing w:before="0" w:after="40" w:line="250" w:lineRule="auto"/>
      </w:pPr>
      <w:r>
        <w:rPr>
          <w:rFonts w:ascii="Liberation Sans" w:hAnsi="Liberation Sans" w:eastAsia="Liberation Sans"/>
          <w:b w:val="0"/>
          <w:i w:val="0"/>
          <w:color w:val="263342"/>
          <w:sz w:val="18"/>
        </w:rPr>
        <w:t>DINNER: serve it, skip it, or do snacks-only. The schedule works either way — dinner is an operation, not the theme.</w:t>
      </w:r>
    </w:p>
    <w:p>
      <w:pPr>
        <w:pStyle w:val="ListBullet"/>
        <w:spacing w:before="0" w:after="40" w:line="250" w:lineRule="auto"/>
      </w:pPr>
      <w:r>
        <w:rPr>
          <w:rFonts w:ascii="Liberation Sans" w:hAnsi="Liberation Sans" w:eastAsia="Liberation Sans"/>
          <w:b w:val="0"/>
          <w:i w:val="0"/>
          <w:color w:val="263342"/>
          <w:sz w:val="18"/>
        </w:rPr>
        <w:t>TECHNOLOGY — explicitly swappable, never required: iPad check-in, barcode lanyards, pickup scanning, WhatsApp groups, Church Center messaging. Paper tags, printed rosters, and a phone tree run the same camp safely. Use the tech you actually own.</w:t>
      </w:r>
    </w:p>
    <w:p>
      <w:pPr>
        <w:pStyle w:val="ListBullet"/>
        <w:spacing w:before="0" w:after="40" w:line="250" w:lineRule="auto"/>
      </w:pPr>
      <w:r>
        <w:rPr>
          <w:rFonts w:ascii="Liberation Sans" w:hAnsi="Liberation Sans" w:eastAsia="Liberation Sans"/>
          <w:b w:val="0"/>
          <w:i w:val="0"/>
          <w:color w:val="263342"/>
          <w:sz w:val="18"/>
        </w:rPr>
        <w:t>ROOM ARRANGEMENTS: classrooms, gym, fellowship hall, outdoors — the rotations fit any three spaces plus homeroom corners.</w:t>
      </w:r>
    </w:p>
    <w:p>
      <w:pPr>
        <w:pStyle w:val="ListBullet"/>
        <w:spacing w:before="0" w:after="40" w:line="250" w:lineRule="auto"/>
      </w:pPr>
      <w:r>
        <w:rPr>
          <w:rFonts w:ascii="Liberation Sans" w:hAnsi="Liberation Sans" w:eastAsia="Liberation Sans"/>
          <w:b w:val="0"/>
          <w:i w:val="0"/>
          <w:color w:val="263342"/>
          <w:sz w:val="18"/>
        </w:rPr>
        <w:t>MUSIC SELECTIONS: the GO OUTSIDE map is the default, but any high-energy kids’ worship set carries the nights. Keep the theme words (power up, light up, plug in) in your transitions either way.</w:t>
      </w:r>
    </w:p>
    <w:p>
      <w:pPr>
        <w:pStyle w:val="ListBullet"/>
        <w:spacing w:before="0" w:after="40" w:line="250" w:lineRule="auto"/>
      </w:pPr>
      <w:r>
        <w:rPr>
          <w:rFonts w:ascii="Liberation Sans" w:hAnsi="Liberation Sans" w:eastAsia="Liberation Sans"/>
          <w:b w:val="0"/>
          <w:i w:val="0"/>
          <w:color w:val="263342"/>
          <w:sz w:val="18"/>
        </w:rPr>
        <w:t>SCALE: 30 kids or 300 — the small-church version and the 300-kid playbook are the same camp at different sizes.</w:t>
      </w:r>
    </w:p>
    <w:p>
      <w:pPr>
        <w:pStyle w:val="ListBullet"/>
        <w:spacing w:before="0" w:after="40" w:line="250" w:lineRule="auto"/>
      </w:pPr>
      <w:r>
        <w:rPr>
          <w:rFonts w:ascii="Liberation Sans" w:hAnsi="Liberation Sans" w:eastAsia="Liberation Sans"/>
          <w:b w:val="0"/>
          <w:i w:val="0"/>
          <w:color w:val="263342"/>
          <w:sz w:val="18"/>
        </w:rPr>
        <w:t>SCHEDULE TWEAKS: shift times to fit your building and families. Keep the order (homerooms → main session → rotations → homerooms → staggered dismissal); move the clock hands freely.</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The honest line</w:t>
            </w:r>
          </w:p>
          <w:p>
            <w:pPr>
              <w:spacing w:after="0" w:line="252" w:lineRule="auto"/>
            </w:pPr>
            <w:r>
              <w:rPr>
                <w:rFonts w:ascii="Liberation Sans" w:hAnsi="Liberation Sans" w:eastAsia="Liberation Sans"/>
                <w:b w:val="0"/>
                <w:i w:val="0"/>
                <w:color w:val="263342"/>
                <w:sz w:val="18"/>
              </w:rPr>
              <w:t>If you change one of the six essentials, you are running a different camp — and that is fine. Just name it, so your team knows what they are building. Everything else: bend it joyfully.</w:t>
            </w:r>
          </w:p>
        </w:tc>
      </w:tr>
    </w:tbl>
    <w:p>
      <w:r>
        <w:br w:type="page"/>
      </w:r>
    </w:p>
    <w:tbl>
      <w:tblPr>
        <w:tblW w:type="auto" w:w="0"/>
        <w:jc w:val="center"/>
        <w:tblLook w:firstColumn="1" w:firstRow="1" w:lastColumn="0" w:lastRow="0" w:noHBand="0" w:noVBand="1" w:val="04A0"/>
      </w:tblPr>
      <w:tblGrid>
        <w:gridCol w:w="10282"/>
      </w:tblGrid>
      <w:tr>
        <w:tc>
          <w:tcPr>
            <w:tcW w:type="dxa" w:w="10282"/>
            <w:shd w:fill="14243A"/>
            <w:tcMar>
              <w:top w:w="260" w:type="dxa"/>
              <w:start w:w="240" w:type="dxa"/>
              <w:bottom w:w="260" w:type="dxa"/>
              <w:end w:w="240" w:type="dxa"/>
            </w:tcMar>
          </w:tcPr>
          <w:p>
            <w:pPr>
              <w:jc w:val="center"/>
            </w:pPr>
            <w:r>
              <w:rPr>
                <w:rFonts w:ascii="Liberation Sans" w:hAnsi="Liberation Sans" w:eastAsia="Liberation Sans"/>
                <w:b/>
                <w:i w:val="0"/>
                <w:color w:val="FFFFFF"/>
                <w:sz w:val="18"/>
              </w:rPr>
              <w:t>BEFORE CAMP</w:t>
            </w:r>
          </w:p>
          <w:p>
            <w:pPr>
              <w:jc w:val="center"/>
            </w:pPr>
            <w:r>
              <w:rPr>
                <w:rFonts w:ascii="Liberation Sans" w:hAnsi="Liberation Sans" w:eastAsia="Liberation Sans"/>
                <w:b/>
                <w:i w:val="0"/>
                <w:color w:val="FFFFFF"/>
                <w:sz w:val="50"/>
              </w:rPr>
              <w:t>The 8-week countdown</w:t>
            </w:r>
          </w:p>
          <w:p>
            <w:pPr>
              <w:jc w:val="center"/>
            </w:pPr>
            <w:r>
              <w:rPr>
                <w:rFonts w:ascii="Liberation Sans" w:hAnsi="Liberation Sans" w:eastAsia="Liberation Sans"/>
                <w:b w:val="0"/>
                <w:i w:val="0"/>
                <w:color w:val="FFFFFF"/>
                <w:sz w:val="20"/>
              </w:rPr>
              <w:t>The single most stress-reducing page in this pack.</w:t>
            </w:r>
          </w:p>
        </w:tc>
      </w:tr>
    </w:tbl>
    <w:p>
      <w:pPr>
        <w:spacing w:before="0" w:after="100" w:line="259" w:lineRule="auto"/>
      </w:pPr>
      <w:r>
        <w:rPr>
          <w:rFonts w:ascii="Liberation Sans" w:hAnsi="Liberation Sans" w:eastAsia="Liberation Sans"/>
          <w:b w:val="0"/>
          <w:i/>
          <w:color w:val="526274"/>
          <w:sz w:val="18"/>
        </w:rPr>
        <w:t>Start eight weeks out. Do one column per week. If you are starting late, compress — but do not skip the starred (*) rows.</w:t>
      </w:r>
    </w:p>
    <w:tbl>
      <w:tblPr>
        <w:tblW w:type="auto" w:w="0"/>
        <w:jc w:val="center"/>
        <w:tblLayout w:type="fixed"/>
        <w:tblLook w:firstColumn="1" w:firstRow="1" w:lastColumn="0" w:lastRow="0" w:noHBand="0" w:noVBand="1" w:val="04A0"/>
      </w:tblPr>
      <w:tblGrid>
        <w:gridCol w:w="1944"/>
        <w:gridCol w:w="8352"/>
      </w:tblGrid>
      <w:tr>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When</w:t>
            </w:r>
          </w:p>
        </w:tc>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Do this</w:t>
            </w:r>
          </w:p>
        </w:tc>
      </w:tr>
      <w:tr>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 weeks out</w:t>
            </w:r>
          </w:p>
        </w:tc>
        <w:tc>
          <w:tcPr>
            <w:tcW w:type="dxa" w:w="83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Pick your dates (Days 1–3 + Day 4 parent night). Reserve every room. Recruit your camp director and 3 rotation leads. *Order team-color shirts/bandanas.</w:t>
            </w:r>
          </w:p>
        </w:tc>
      </w:tr>
      <w:tr>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 weeks out</w:t>
            </w:r>
          </w:p>
        </w:tc>
        <w:tc>
          <w:tcPr>
            <w:tcW w:type="dxa" w:w="83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Open registration (goal: close it 1 week before camp). Print promo flyer + invite cards. Announce on social (announcement post). *Start volunteer sign-ups.</w:t>
            </w:r>
          </w:p>
        </w:tc>
      </w:tr>
      <w:tr>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 weeks out</w:t>
            </w:r>
          </w:p>
        </w:tc>
        <w:tc>
          <w:tcPr>
            <w:tcW w:type="dxa" w:w="83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Hold the volunteer training meeting (60-min agenda below). Assign homerooms and teams. *Order all supplies by store list. Confirm allergy plan owner.</w:t>
            </w:r>
          </w:p>
        </w:tc>
      </w:tr>
      <w:tr>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weeks out</w:t>
            </w:r>
          </w:p>
        </w:tc>
        <w:tc>
          <w:tcPr>
            <w:tcW w:type="dxa" w:w="83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Send parent reminder text + allergy info request. Test every Power Lab demo. Build the city base board. *Confirm background checks complete.</w:t>
            </w:r>
          </w:p>
        </w:tc>
      </w:tr>
      <w:tr>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 week out</w:t>
            </w:r>
          </w:p>
        </w:tc>
        <w:tc>
          <w:tcPr>
            <w:tcW w:type="dxa" w:w="83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Social countdown posts (1 week / 3 days / tomorrow). Print nametags, verse cards, scoreboard. Walk the building with the transition plan.</w:t>
            </w:r>
          </w:p>
        </w:tc>
      </w:tr>
      <w:tr>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before (Setup Day)</w:t>
            </w:r>
          </w:p>
        </w:tc>
        <w:tc>
          <w:tcPr>
            <w:tcW w:type="dxa" w:w="83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SETUP DAY: rooms staged, supplies sorted by rotation, sound checked, rehearsal run, prayer over every room.</w:t>
            </w:r>
          </w:p>
        </w:tc>
      </w:tr>
      <w:tr>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of (Day 1)</w:t>
            </w:r>
          </w:p>
        </w:tc>
        <w:tc>
          <w:tcPr>
            <w:tcW w:type="dxa" w:w="83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arrives 5:00 PM. Doors 6:00. You are ready — trust the plan.</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Budget worksheet</w:t>
      </w:r>
    </w:p>
    <w:p>
      <w:pPr>
        <w:spacing w:before="0" w:after="100" w:line="259" w:lineRule="auto"/>
      </w:pPr>
      <w:r>
        <w:rPr>
          <w:rFonts w:ascii="Liberation Sans" w:hAnsi="Liberation Sans" w:eastAsia="Liberation Sans"/>
          <w:b w:val="0"/>
          <w:i w:val="0"/>
          <w:color w:val="263342"/>
          <w:sz w:val="19"/>
        </w:rPr>
        <w:t>Realistic numbers for a 60-kid camp. Adjust the headcount; the per-kid math holds. Frugal options are starred (*).</w:t>
      </w:r>
    </w:p>
    <w:tbl>
      <w:tblPr>
        <w:tblW w:type="auto" w:w="0"/>
        <w:jc w:val="center"/>
        <w:tblLayout w:type="fixed"/>
        <w:tblLook w:firstColumn="1" w:firstRow="1" w:lastColumn="0" w:lastRow="0" w:noHBand="0" w:noVBand="1" w:val="04A0"/>
      </w:tblPr>
      <w:tblGrid>
        <w:gridCol w:w="3168"/>
        <w:gridCol w:w="1728"/>
        <w:gridCol w:w="5400"/>
      </w:tblGrid>
      <w:tr>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Line item</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Est. cost</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Save money</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Craft supplies (3 nights)</w:t>
            </w:r>
          </w:p>
        </w:tc>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$60–$90</w:t>
            </w:r>
          </w:p>
        </w:tc>
        <w:tc>
          <w:tcPr>
            <w:tcW w:type="dxa" w:w="54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*Dollar Tree: tissue paper, foil, tape, markers</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Battery tea lights (75 ct)</w:t>
            </w:r>
          </w:p>
        </w:tc>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$18–$25</w:t>
            </w:r>
          </w:p>
        </w:tc>
        <w:tc>
          <w:tcPr>
            <w:tcW w:type="dxa" w:w="54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*Amazon bulk packs; test on arrival</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Balloons, streamers, misc props</w:t>
            </w:r>
          </w:p>
        </w:tc>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$15–$25</w:t>
            </w:r>
          </w:p>
        </w:tc>
        <w:tc>
          <w:tcPr>
            <w:tcW w:type="dxa" w:w="54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*Dollar Tree</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Power Lab (batteries, LEDs, wire)</w:t>
            </w:r>
          </w:p>
        </w:tc>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$20–$35</w:t>
            </w:r>
          </w:p>
        </w:tc>
        <w:tc>
          <w:tcPr>
            <w:tcW w:type="dxa" w:w="54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Amazon electronics kit; reuse next year</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Snacks (3 nights, 60 kids)</w:t>
            </w:r>
          </w:p>
        </w:tc>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$70–$120</w:t>
            </w:r>
          </w:p>
        </w:tc>
        <w:tc>
          <w:tcPr>
            <w:tcW w:type="dxa" w:w="54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*Walmart bulk; nut-free store brands</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Team colors (bandanas/wristbands)</w:t>
            </w:r>
          </w:p>
        </w:tc>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$30–$50</w:t>
            </w:r>
          </w:p>
        </w:tc>
        <w:tc>
          <w:tcPr>
            <w:tcW w:type="dxa" w:w="54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*Amazon bulk &gt; party store</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T-shirts (optional)</w:t>
            </w:r>
          </w:p>
        </w:tc>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$4–$7 each</w:t>
            </w:r>
          </w:p>
        </w:tc>
        <w:tc>
          <w:tcPr>
            <w:tcW w:type="dxa" w:w="54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See T-shirt plan — reuse all year</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Printing (forms, flyers, verse cards)</w:t>
            </w:r>
          </w:p>
        </w:tc>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$20–$40</w:t>
            </w:r>
          </w:p>
        </w:tc>
        <w:tc>
          <w:tcPr>
            <w:tcW w:type="dxa" w:w="54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Church printer + cardstock</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Prizes/trophies</w:t>
            </w:r>
          </w:p>
        </w:tc>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$25–$40</w:t>
            </w:r>
          </w:p>
        </w:tc>
        <w:tc>
          <w:tcPr>
            <w:tcW w:type="dxa" w:w="54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*Dollar Tree medals + printed certificates</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Cost per kid</w:t>
            </w:r>
          </w:p>
          <w:p>
            <w:pPr>
              <w:spacing w:after="0" w:line="252" w:lineRule="auto"/>
            </w:pPr>
            <w:r>
              <w:rPr>
                <w:rFonts w:ascii="Liberation Sans" w:hAnsi="Liberation Sans" w:eastAsia="Liberation Sans"/>
                <w:b w:val="0"/>
                <w:i w:val="0"/>
                <w:color w:val="263342"/>
                <w:sz w:val="18"/>
              </w:rPr>
              <w:t>At 60 kids, the whole camp lands around $4–$7 per child before shirts. Tuition is your church’s call — see “Pricing your camp.” If the budget is tight, cut shirts first and prizes second; never cut the tea lights or the snacks.</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Master shopping lists — by store</w:t>
      </w:r>
    </w:p>
    <w:p>
      <w:pPr>
        <w:spacing w:before="0" w:after="100" w:line="259" w:lineRule="auto"/>
      </w:pPr>
      <w:r>
        <w:rPr>
          <w:rFonts w:ascii="Liberation Sans" w:hAnsi="Liberation Sans" w:eastAsia="Liberation Sans"/>
          <w:b w:val="0"/>
          <w:i/>
          <w:color w:val="526274"/>
          <w:sz w:val="18"/>
        </w:rPr>
        <w:t>One errand per store. Check off as you go.</w:t>
      </w:r>
    </w:p>
    <w:p>
      <w:pPr>
        <w:pStyle w:val="Heading2"/>
        <w:keepNext/>
        <w:spacing w:before="100" w:after="80"/>
      </w:pPr>
      <w:r>
        <w:rPr>
          <w:rFonts w:ascii="Liberation Sans" w:hAnsi="Liberation Sans" w:eastAsia="Liberation Sans"/>
          <w:b/>
          <w:i w:val="0"/>
          <w:color w:val="086862"/>
          <w:sz w:val="26"/>
        </w:rPr>
        <w:t>Dollar store run</w:t>
      </w:r>
    </w:p>
    <w:p>
      <w:pPr>
        <w:pStyle w:val="ListBullet"/>
        <w:spacing w:before="0" w:after="40" w:line="250" w:lineRule="auto"/>
      </w:pPr>
      <w:r>
        <w:rPr>
          <w:rFonts w:ascii="Liberation Sans" w:hAnsi="Liberation Sans" w:eastAsia="Liberation Sans"/>
          <w:b w:val="0"/>
          <w:i w:val="0"/>
          <w:color w:val="263342"/>
          <w:sz w:val="18"/>
        </w:rPr>
        <w:t>Tissue paper (red/orange/yellow), crepe streamers</w:t>
      </w:r>
    </w:p>
    <w:p>
      <w:pPr>
        <w:pStyle w:val="ListBullet"/>
        <w:spacing w:before="0" w:after="40" w:line="250" w:lineRule="auto"/>
      </w:pPr>
      <w:r>
        <w:rPr>
          <w:rFonts w:ascii="Liberation Sans" w:hAnsi="Liberation Sans" w:eastAsia="Liberation Sans"/>
          <w:b w:val="0"/>
          <w:i w:val="0"/>
          <w:color w:val="263342"/>
          <w:sz w:val="18"/>
        </w:rPr>
        <w:t>Aluminum foil, painter’s tape, packing tape</w:t>
      </w:r>
    </w:p>
    <w:p>
      <w:pPr>
        <w:pStyle w:val="ListBullet"/>
        <w:spacing w:before="0" w:after="40" w:line="250" w:lineRule="auto"/>
      </w:pPr>
      <w:r>
        <w:rPr>
          <w:rFonts w:ascii="Liberation Sans" w:hAnsi="Liberation Sans" w:eastAsia="Liberation Sans"/>
          <w:b w:val="0"/>
          <w:i w:val="0"/>
          <w:color w:val="263342"/>
          <w:sz w:val="18"/>
        </w:rPr>
        <w:t>Markers, crayons, star stickers</w:t>
      </w:r>
    </w:p>
    <w:p>
      <w:pPr>
        <w:pStyle w:val="ListBullet"/>
        <w:spacing w:before="0" w:after="40" w:line="250" w:lineRule="auto"/>
      </w:pPr>
      <w:r>
        <w:rPr>
          <w:rFonts w:ascii="Liberation Sans" w:hAnsi="Liberation Sans" w:eastAsia="Liberation Sans"/>
          <w:b w:val="0"/>
          <w:i w:val="0"/>
          <w:color w:val="263342"/>
          <w:sz w:val="18"/>
        </w:rPr>
        <w:t>Balloons (2 bags), paper towel tubes</w:t>
      </w:r>
    </w:p>
    <w:p>
      <w:pPr>
        <w:pStyle w:val="ListBullet"/>
        <w:spacing w:before="0" w:after="40" w:line="250" w:lineRule="auto"/>
      </w:pPr>
      <w:r>
        <w:rPr>
          <w:rFonts w:ascii="Liberation Sans" w:hAnsi="Liberation Sans" w:eastAsia="Liberation Sans"/>
          <w:b w:val="0"/>
          <w:i w:val="0"/>
          <w:color w:val="263342"/>
          <w:sz w:val="18"/>
        </w:rPr>
        <w:t>Paper bags, paper cups, napkins, wax paper</w:t>
      </w:r>
    </w:p>
    <w:p>
      <w:pPr>
        <w:pStyle w:val="ListBullet"/>
        <w:spacing w:before="0" w:after="40" w:line="250" w:lineRule="auto"/>
      </w:pPr>
      <w:r>
        <w:rPr>
          <w:rFonts w:ascii="Liberation Sans" w:hAnsi="Liberation Sans" w:eastAsia="Liberation Sans"/>
          <w:b w:val="0"/>
          <w:i w:val="0"/>
          <w:color w:val="263342"/>
          <w:sz w:val="18"/>
        </w:rPr>
        <w:t>Medals/trophies, plastic table covers</w:t>
      </w:r>
    </w:p>
    <w:p>
      <w:pPr>
        <w:pStyle w:val="ListBullet"/>
        <w:spacing w:before="0" w:after="40" w:line="250" w:lineRule="auto"/>
      </w:pPr>
      <w:r>
        <w:rPr>
          <w:rFonts w:ascii="Liberation Sans" w:hAnsi="Liberation Sans" w:eastAsia="Liberation Sans"/>
          <w:b w:val="0"/>
          <w:i w:val="0"/>
          <w:color w:val="263342"/>
          <w:sz w:val="18"/>
        </w:rPr>
        <w:t>Flashlights (check the $ section first)</w:t>
      </w:r>
    </w:p>
    <w:p>
      <w:pPr>
        <w:pStyle w:val="Heading2"/>
        <w:keepNext/>
        <w:spacing w:before="100" w:after="80"/>
      </w:pPr>
      <w:r>
        <w:rPr>
          <w:rFonts w:ascii="Liberation Sans" w:hAnsi="Liberation Sans" w:eastAsia="Liberation Sans"/>
          <w:b/>
          <w:i w:val="0"/>
          <w:color w:val="086862"/>
          <w:sz w:val="26"/>
        </w:rPr>
        <w:t>Amazon order (2+ weeks out)</w:t>
      </w:r>
    </w:p>
    <w:p>
      <w:pPr>
        <w:pStyle w:val="ListBullet"/>
        <w:spacing w:before="0" w:after="40" w:line="250" w:lineRule="auto"/>
      </w:pPr>
      <w:r>
        <w:rPr>
          <w:rFonts w:ascii="Liberation Sans" w:hAnsi="Liberation Sans" w:eastAsia="Liberation Sans"/>
          <w:b w:val="0"/>
          <w:i w:val="0"/>
          <w:color w:val="263342"/>
          <w:sz w:val="18"/>
        </w:rPr>
        <w:t>Battery tea lights, 75-count bulk pack (warm white)</w:t>
      </w:r>
    </w:p>
    <w:p>
      <w:pPr>
        <w:pStyle w:val="ListBullet"/>
        <w:spacing w:before="0" w:after="40" w:line="250" w:lineRule="auto"/>
      </w:pPr>
      <w:r>
        <w:rPr>
          <w:rFonts w:ascii="Liberation Sans" w:hAnsi="Liberation Sans" w:eastAsia="Liberation Sans"/>
          <w:b w:val="0"/>
          <w:i w:val="0"/>
          <w:color w:val="263342"/>
          <w:sz w:val="18"/>
        </w:rPr>
        <w:t>Team-color bandanas or wristbands (2 colors × 2 bands)</w:t>
      </w:r>
    </w:p>
    <w:p>
      <w:pPr>
        <w:pStyle w:val="ListBullet"/>
        <w:spacing w:before="0" w:after="40" w:line="250" w:lineRule="auto"/>
      </w:pPr>
      <w:r>
        <w:rPr>
          <w:rFonts w:ascii="Liberation Sans" w:hAnsi="Liberation Sans" w:eastAsia="Liberation Sans"/>
          <w:b w:val="0"/>
          <w:i w:val="0"/>
          <w:color w:val="263342"/>
          <w:sz w:val="18"/>
        </w:rPr>
        <w:t>Alligator-clip wire leads + 5mm LEDs + AA battery holders</w:t>
      </w:r>
    </w:p>
    <w:p>
      <w:pPr>
        <w:pStyle w:val="ListBullet"/>
        <w:spacing w:before="0" w:after="40" w:line="250" w:lineRule="auto"/>
      </w:pPr>
      <w:r>
        <w:rPr>
          <w:rFonts w:ascii="Liberation Sans" w:hAnsi="Liberation Sans" w:eastAsia="Liberation Sans"/>
          <w:b w:val="0"/>
          <w:i w:val="0"/>
          <w:color w:val="263342"/>
          <w:sz w:val="18"/>
        </w:rPr>
        <w:t>Wool cloth / static cloth (if balloons won’t do it)</w:t>
      </w:r>
    </w:p>
    <w:p>
      <w:pPr>
        <w:pStyle w:val="ListBullet"/>
        <w:spacing w:before="0" w:after="40" w:line="250" w:lineRule="auto"/>
      </w:pPr>
      <w:r>
        <w:rPr>
          <w:rFonts w:ascii="Liberation Sans" w:hAnsi="Liberation Sans" w:eastAsia="Liberation Sans"/>
          <w:b w:val="0"/>
          <w:i w:val="0"/>
          <w:color w:val="263342"/>
          <w:sz w:val="18"/>
        </w:rPr>
        <w:t>Laminating pouches for verse cards and allergy labels</w:t>
      </w:r>
    </w:p>
    <w:p>
      <w:pPr>
        <w:pStyle w:val="Heading2"/>
        <w:keepNext/>
        <w:spacing w:before="100" w:after="80"/>
      </w:pPr>
      <w:r>
        <w:rPr>
          <w:rFonts w:ascii="Liberation Sans" w:hAnsi="Liberation Sans" w:eastAsia="Liberation Sans"/>
          <w:b/>
          <w:i w:val="0"/>
          <w:color w:val="086862"/>
          <w:sz w:val="26"/>
        </w:rPr>
        <w:t>Walmart grocery run</w:t>
      </w:r>
    </w:p>
    <w:p>
      <w:pPr>
        <w:pStyle w:val="ListBullet"/>
        <w:spacing w:before="0" w:after="40" w:line="250" w:lineRule="auto"/>
      </w:pPr>
      <w:r>
        <w:rPr>
          <w:rFonts w:ascii="Liberation Sans" w:hAnsi="Liberation Sans" w:eastAsia="Liberation Sans"/>
          <w:b w:val="0"/>
          <w:i w:val="0"/>
          <w:color w:val="263342"/>
          <w:sz w:val="18"/>
        </w:rPr>
        <w:t>Oats, honey, sunflower-seed butter, mini chocolate chips (nut-free)</w:t>
      </w:r>
    </w:p>
    <w:p>
      <w:pPr>
        <w:pStyle w:val="ListBullet"/>
        <w:spacing w:before="0" w:after="40" w:line="250" w:lineRule="auto"/>
      </w:pPr>
      <w:r>
        <w:rPr>
          <w:rFonts w:ascii="Liberation Sans" w:hAnsi="Liberation Sans" w:eastAsia="Liberation Sans"/>
          <w:b w:val="0"/>
          <w:i w:val="0"/>
          <w:color w:val="263342"/>
          <w:sz w:val="18"/>
        </w:rPr>
        <w:t>Pineapple chunks, cheese cubes, pretzel sticks, large marshmallows</w:t>
      </w:r>
    </w:p>
    <w:p>
      <w:pPr>
        <w:pStyle w:val="ListBullet"/>
        <w:spacing w:before="0" w:after="40" w:line="250" w:lineRule="auto"/>
      </w:pPr>
      <w:r>
        <w:rPr>
          <w:rFonts w:ascii="Liberation Sans" w:hAnsi="Liberation Sans" w:eastAsia="Liberation Sans"/>
          <w:b w:val="0"/>
          <w:i w:val="0"/>
          <w:color w:val="263342"/>
          <w:sz w:val="18"/>
        </w:rPr>
        <w:t>Mini muffins + yellow frosting (or frosting + food color)</w:t>
      </w:r>
    </w:p>
    <w:p>
      <w:pPr>
        <w:pStyle w:val="ListBullet"/>
        <w:spacing w:before="0" w:after="40" w:line="250" w:lineRule="auto"/>
      </w:pPr>
      <w:r>
        <w:rPr>
          <w:rFonts w:ascii="Liberation Sans" w:hAnsi="Liberation Sans" w:eastAsia="Liberation Sans"/>
          <w:b w:val="0"/>
          <w:i w:val="0"/>
          <w:color w:val="263342"/>
          <w:sz w:val="18"/>
        </w:rPr>
        <w:t>Juice boxes or water bottles (60+/night)</w:t>
      </w:r>
    </w:p>
    <w:p>
      <w:pPr>
        <w:pStyle w:val="ListBullet"/>
        <w:spacing w:before="0" w:after="40" w:line="250" w:lineRule="auto"/>
      </w:pPr>
      <w:r>
        <w:rPr>
          <w:rFonts w:ascii="Liberation Sans" w:hAnsi="Liberation Sans" w:eastAsia="Liberation Sans"/>
          <w:b w:val="0"/>
          <w:i w:val="0"/>
          <w:color w:val="263342"/>
          <w:sz w:val="18"/>
        </w:rPr>
        <w:t>First aid restock: bandages, antiseptic wipes, ice packs</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Room setup + traffic flow</w:t>
      </w:r>
    </w:p>
    <w:p>
      <w:pPr>
        <w:pStyle w:val="ListBullet"/>
        <w:spacing w:before="0" w:after="40" w:line="250" w:lineRule="auto"/>
      </w:pPr>
      <w:r>
        <w:rPr>
          <w:rFonts w:ascii="Liberation Sans" w:hAnsi="Liberation Sans" w:eastAsia="Liberation Sans"/>
          <w:b w:val="0"/>
          <w:i w:val="0"/>
          <w:color w:val="263342"/>
          <w:sz w:val="18"/>
        </w:rPr>
        <w:t>AUDITORIUM (center): main session + Parent Night (Day 4). Everybody starts and ends big nights here.</w:t>
      </w:r>
    </w:p>
    <w:p>
      <w:pPr>
        <w:pStyle w:val="ListBullet"/>
        <w:spacing w:before="0" w:after="40" w:line="250" w:lineRule="auto"/>
      </w:pPr>
      <w:r>
        <w:rPr>
          <w:rFonts w:ascii="Liberation Sans" w:hAnsi="Liberation Sans" w:eastAsia="Liberation Sans"/>
          <w:b w:val="0"/>
          <w:i w:val="0"/>
          <w:color w:val="263342"/>
          <w:sz w:val="18"/>
        </w:rPr>
        <w:t>HOMEROOMS (near exits): one per team, closest to the main doors for fast, safe dismissal. Post the team color sign on the door.</w:t>
      </w:r>
    </w:p>
    <w:p>
      <w:pPr>
        <w:pStyle w:val="ListBullet"/>
        <w:spacing w:before="0" w:after="40" w:line="250" w:lineRule="auto"/>
      </w:pPr>
      <w:r>
        <w:rPr>
          <w:rFonts w:ascii="Liberation Sans" w:hAnsi="Liberation Sans" w:eastAsia="Liberation Sans"/>
          <w:b w:val="0"/>
          <w:i w:val="0"/>
          <w:color w:val="263342"/>
          <w:sz w:val="18"/>
        </w:rPr>
        <w:t>ROTATION ROOMS (in a loop): Crafts → Story → Lab in walking order, so teams rotate forward without crossing each other.</w:t>
      </w:r>
    </w:p>
    <w:p>
      <w:pPr>
        <w:pStyle w:val="ListBullet"/>
        <w:spacing w:before="0" w:after="40" w:line="250" w:lineRule="auto"/>
      </w:pPr>
      <w:r>
        <w:rPr>
          <w:rFonts w:ascii="Liberation Sans" w:hAnsi="Liberation Sans" w:eastAsia="Liberation Sans"/>
          <w:b w:val="0"/>
          <w:i w:val="0"/>
          <w:color w:val="263342"/>
          <w:sz w:val="18"/>
        </w:rPr>
        <w:t>HALLWAY MONITORS: one volunteer at every corner and staircase on Night 1. Teams move as a line behind their homeroom leader.</w:t>
      </w:r>
    </w:p>
    <w:p>
      <w:pPr>
        <w:pStyle w:val="ListBullet"/>
        <w:spacing w:before="0" w:after="40" w:line="250" w:lineRule="auto"/>
      </w:pPr>
      <w:r>
        <w:rPr>
          <w:rFonts w:ascii="Liberation Sans" w:hAnsi="Liberation Sans" w:eastAsia="Liberation Sans"/>
          <w:b w:val="0"/>
          <w:i w:val="0"/>
          <w:color w:val="263342"/>
          <w:sz w:val="18"/>
        </w:rPr>
        <w:t>SPORTS ALTERNATE: outdoors or gym — farthest from homerooms is fine; the walk doubles as energy-burn.</w:t>
      </w:r>
    </w:p>
    <w:p>
      <w:pPr>
        <w:pStyle w:val="ListBullet"/>
        <w:spacing w:before="0" w:after="40" w:line="250" w:lineRule="auto"/>
      </w:pPr>
      <w:r>
        <w:rPr>
          <w:rFonts w:ascii="Liberation Sans" w:hAnsi="Liberation Sans" w:eastAsia="Liberation Sans"/>
          <w:b w:val="0"/>
          <w:i w:val="0"/>
          <w:color w:val="263342"/>
          <w:sz w:val="18"/>
        </w:rPr>
        <w:t>SNACK ALTERNATE: near the kitchen with a hand-washing station at the door. Allergy labels face the kids.</w:t>
      </w:r>
    </w:p>
    <w:p>
      <w:pPr>
        <w:pStyle w:val="ListBullet"/>
        <w:spacing w:before="0" w:after="40" w:line="250" w:lineRule="auto"/>
      </w:pPr>
      <w:r>
        <w:rPr>
          <w:rFonts w:ascii="Liberation Sans" w:hAnsi="Liberation Sans" w:eastAsia="Liberation Sans"/>
          <w:b w:val="0"/>
          <w:i w:val="0"/>
          <w:color w:val="263342"/>
          <w:sz w:val="18"/>
        </w:rPr>
        <w:t>ELECTRIC CITY DISPLAY: a long table in the main hallway where the city grows nightly — parents see it at pickup and tour it on Day 4.</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The 5-minute rule</w:t>
            </w:r>
          </w:p>
          <w:p>
            <w:pPr>
              <w:spacing w:after="0" w:line="252" w:lineRule="auto"/>
            </w:pPr>
            <w:r>
              <w:rPr>
                <w:rFonts w:ascii="Liberation Sans" w:hAnsi="Liberation Sans" w:eastAsia="Liberation Sans"/>
                <w:b w:val="0"/>
                <w:i w:val="0"/>
                <w:color w:val="263342"/>
                <w:sz w:val="18"/>
              </w:rPr>
              <w:t>If any walk takes longer than 2 minutes, your rooms are too far apart. Re-map on Setup Day. Transitions make or break the night.</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Volunteer training meeting — 60 minutes</w:t>
      </w:r>
    </w:p>
    <w:p>
      <w:pPr>
        <w:spacing w:before="0" w:after="100" w:line="259" w:lineRule="auto"/>
      </w:pPr>
      <w:r>
        <w:rPr>
          <w:rFonts w:ascii="Liberation Sans" w:hAnsi="Liberation Sans" w:eastAsia="Liberation Sans"/>
          <w:b w:val="0"/>
          <w:i/>
          <w:color w:val="526274"/>
          <w:sz w:val="18"/>
        </w:rPr>
        <w:t>One meeting. Setup Day evening or the Sunday before. No one leaves confused.</w:t>
      </w:r>
    </w:p>
    <w:tbl>
      <w:tblPr>
        <w:tblW w:type="auto" w:w="0"/>
        <w:jc w:val="center"/>
        <w:tblLayout w:type="fixed"/>
        <w:tblLook w:firstColumn="1" w:firstRow="1" w:lastColumn="0" w:lastRow="0" w:noHBand="0" w:noVBand="1" w:val="04A0"/>
      </w:tblPr>
      <w:tblGrid>
        <w:gridCol w:w="1296"/>
        <w:gridCol w:w="9000"/>
      </w:tblGrid>
      <w:tr>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Min</w:t>
            </w:r>
          </w:p>
        </w:tc>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Cover</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0–10</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Vision: why Electric City exists. Read the three Remember This lines out loud. Pray.</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10–25</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Walk the night: run-of-show on one page. Transitions, music cues, dismissal. Questions.</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25–40</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Breakouts by role: homeroom leaders together, rotation leaders together, safety/check-in together.</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40–50</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Safety non-negotiables: allergies, pickup authorization, behavior steps, incident forms.</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50–60</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Prayer over rooms and kids by name (as many as you know). Dismiss on time — model it.</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Registration form (print + copy)</w:t>
      </w:r>
    </w:p>
    <w:p>
      <w:pPr>
        <w:spacing w:before="0" w:after="100" w:line="259" w:lineRule="auto"/>
      </w:pPr>
      <w:r>
        <w:rPr>
          <w:rFonts w:ascii="Liberation Sans" w:hAnsi="Liberation Sans" w:eastAsia="Liberation Sans"/>
          <w:b w:val="0"/>
          <w:i/>
          <w:color w:val="526274"/>
          <w:sz w:val="18"/>
        </w:rPr>
        <w:t>One per child. Collect at registration; alphabetize by last name at check-in.</w:t>
      </w:r>
    </w:p>
    <w:p>
      <w:pPr>
        <w:spacing w:before="140" w:after="40"/>
      </w:pPr>
      <w:r>
        <w:rPr>
          <w:rFonts w:ascii="Liberation Sans" w:hAnsi="Liberation Sans" w:eastAsia="Liberation Sans"/>
          <w:b/>
          <w:i w:val="0"/>
          <w:color w:val="086862"/>
          <w:sz w:val="17"/>
        </w:rPr>
        <w:t>CHILD’S FULL NAME</w:t>
      </w:r>
    </w:p>
    <w:p>
      <w:pPr>
        <w:spacing w:after="80"/>
        <w:pBdr>
          <w:bottom w:val="single" w:sz="4" w:space="4" w:color="CBD5DE"/>
        </w:pBdr>
      </w:pPr>
    </w:p>
    <w:p>
      <w:pPr>
        <w:spacing w:before="140" w:after="40"/>
      </w:pPr>
      <w:r>
        <w:rPr>
          <w:rFonts w:ascii="Liberation Sans" w:hAnsi="Liberation Sans" w:eastAsia="Liberation Sans"/>
          <w:b/>
          <w:i w:val="0"/>
          <w:color w:val="086862"/>
          <w:sz w:val="17"/>
        </w:rPr>
        <w:t>AGE / GRADE THIS FALL (CIRCLE: VPK  K  1  2  3  4  5)</w:t>
      </w:r>
    </w:p>
    <w:p>
      <w:pPr>
        <w:spacing w:after="80"/>
        <w:pBdr>
          <w:bottom w:val="single" w:sz="4" w:space="4" w:color="CBD5DE"/>
        </w:pBdr>
      </w:pPr>
    </w:p>
    <w:p>
      <w:pPr>
        <w:spacing w:before="140" w:after="40"/>
      </w:pPr>
      <w:r>
        <w:rPr>
          <w:rFonts w:ascii="Liberation Sans" w:hAnsi="Liberation Sans" w:eastAsia="Liberation Sans"/>
          <w:b/>
          <w:i w:val="0"/>
          <w:color w:val="086862"/>
          <w:sz w:val="17"/>
        </w:rPr>
        <w:t>PARENT/GUARDIAN NAME(S)</w:t>
      </w:r>
    </w:p>
    <w:p>
      <w:pPr>
        <w:spacing w:after="80"/>
        <w:pBdr>
          <w:bottom w:val="single" w:sz="4" w:space="4" w:color="CBD5DE"/>
        </w:pBdr>
      </w:pPr>
    </w:p>
    <w:p>
      <w:pPr>
        <w:spacing w:before="140" w:after="40"/>
      </w:pPr>
      <w:r>
        <w:rPr>
          <w:rFonts w:ascii="Liberation Sans" w:hAnsi="Liberation Sans" w:eastAsia="Liberation Sans"/>
          <w:b/>
          <w:i w:val="0"/>
          <w:color w:val="086862"/>
          <w:sz w:val="17"/>
        </w:rPr>
        <w:t>CELL PHONE</w:t>
      </w:r>
    </w:p>
    <w:p>
      <w:pPr>
        <w:spacing w:after="80"/>
        <w:pBdr>
          <w:bottom w:val="single" w:sz="4" w:space="4" w:color="CBD5DE"/>
        </w:pBdr>
      </w:pPr>
    </w:p>
    <w:p>
      <w:pPr>
        <w:spacing w:before="140" w:after="40"/>
      </w:pPr>
      <w:r>
        <w:rPr>
          <w:rFonts w:ascii="Liberation Sans" w:hAnsi="Liberation Sans" w:eastAsia="Liberation Sans"/>
          <w:b/>
          <w:i w:val="0"/>
          <w:color w:val="086862"/>
          <w:sz w:val="17"/>
        </w:rPr>
        <w:t>EMAIL</w:t>
      </w:r>
    </w:p>
    <w:p>
      <w:pPr>
        <w:spacing w:after="80"/>
        <w:pBdr>
          <w:bottom w:val="single" w:sz="4" w:space="4" w:color="CBD5DE"/>
        </w:pBdr>
      </w:pPr>
    </w:p>
    <w:p>
      <w:pPr>
        <w:spacing w:before="140" w:after="40"/>
      </w:pPr>
      <w:r>
        <w:rPr>
          <w:rFonts w:ascii="Liberation Sans" w:hAnsi="Liberation Sans" w:eastAsia="Liberation Sans"/>
          <w:b/>
          <w:i w:val="0"/>
          <w:color w:val="086862"/>
          <w:sz w:val="17"/>
        </w:rPr>
        <w:t>ALLERGIES OR MEDICAL NEEDS (FOOD, ASTHMA, SEIZURES, OTHER) — DESCRIBE BELOW</w:t>
      </w:r>
    </w:p>
    <w:p>
      <w:pPr>
        <w:spacing w:after="80"/>
        <w:pBdr>
          <w:bottom w:val="single" w:sz="4" w:space="4" w:color="CBD5DE"/>
        </w:pBdr>
      </w:pPr>
    </w:p>
    <w:p>
      <w:pPr>
        <w:spacing w:before="140" w:after="40"/>
      </w:pPr>
      <w:r>
        <w:rPr>
          <w:rFonts w:ascii="Liberation Sans" w:hAnsi="Liberation Sans" w:eastAsia="Liberation Sans"/>
          <w:b/>
          <w:i w:val="0"/>
          <w:color w:val="086862"/>
          <w:sz w:val="17"/>
        </w:rPr>
        <w:t>MEDICATIONS BROUGHT TO CAMP</w:t>
      </w:r>
    </w:p>
    <w:p>
      <w:pPr>
        <w:spacing w:after="80"/>
        <w:pBdr>
          <w:bottom w:val="single" w:sz="4" w:space="4" w:color="CBD5DE"/>
        </w:pBdr>
      </w:pPr>
    </w:p>
    <w:p>
      <w:pPr>
        <w:spacing w:before="140" w:after="40"/>
      </w:pPr>
      <w:r>
        <w:rPr>
          <w:rFonts w:ascii="Liberation Sans" w:hAnsi="Liberation Sans" w:eastAsia="Liberation Sans"/>
          <w:b/>
          <w:i w:val="0"/>
          <w:color w:val="086862"/>
          <w:sz w:val="17"/>
        </w:rPr>
        <w:t>EMERGENCY CONTACT (NAME + PHONE, IF PARENT UNREACHABLE)</w:t>
      </w:r>
    </w:p>
    <w:p>
      <w:pPr>
        <w:spacing w:after="80"/>
        <w:pBdr>
          <w:bottom w:val="single" w:sz="4" w:space="4" w:color="CBD5DE"/>
        </w:pBdr>
      </w:pPr>
    </w:p>
    <w:p>
      <w:pPr>
        <w:spacing w:before="140" w:after="40"/>
      </w:pPr>
      <w:r>
        <w:rPr>
          <w:rFonts w:ascii="Liberation Sans" w:hAnsi="Liberation Sans" w:eastAsia="Liberation Sans"/>
          <w:b/>
          <w:i w:val="0"/>
          <w:color w:val="086862"/>
          <w:sz w:val="17"/>
        </w:rPr>
        <w:t>AUTHORIZED PICKUP — LIST EVERY ADULT ALLOWED TO TAKE THIS CHILD (SAFETY-CRITICAL, ESPECIALLY VPK): 1.____ 2.____ 3.____</w:t>
      </w:r>
    </w:p>
    <w:p>
      <w:pPr>
        <w:spacing w:after="80"/>
        <w:pBdr>
          <w:bottom w:val="single" w:sz="4" w:space="4" w:color="CBD5DE"/>
        </w:pBdr>
      </w:pPr>
    </w:p>
    <w:p>
      <w:pPr>
        <w:spacing w:before="140" w:after="40"/>
      </w:pPr>
      <w:r>
        <w:rPr>
          <w:rFonts w:ascii="Liberation Sans" w:hAnsi="Liberation Sans" w:eastAsia="Liberation Sans"/>
          <w:b/>
          <w:i w:val="0"/>
          <w:color w:val="086862"/>
          <w:sz w:val="17"/>
        </w:rPr>
        <w:t>PHOTO/VIDEO RELEASE: ☐ YES, MY CHILD MAY APPEAR IN CHURCH PHOTOS/VIDEO  ☐ NO</w:t>
      </w:r>
    </w:p>
    <w:p>
      <w:pPr>
        <w:spacing w:after="80"/>
        <w:pBdr>
          <w:bottom w:val="single" w:sz="4" w:space="4" w:color="CBD5DE"/>
        </w:pBdr>
      </w:pPr>
    </w:p>
    <w:p>
      <w:pPr>
        <w:spacing w:before="140" w:after="40"/>
      </w:pPr>
      <w:r>
        <w:rPr>
          <w:rFonts w:ascii="Liberation Sans" w:hAnsi="Liberation Sans" w:eastAsia="Liberation Sans"/>
          <w:b/>
          <w:i w:val="0"/>
          <w:color w:val="086862"/>
          <w:sz w:val="17"/>
        </w:rPr>
        <w:t>HOW DID YOU HEAR ABOUT CAMP?</w:t>
      </w:r>
    </w:p>
    <w:p>
      <w:pPr>
        <w:spacing w:after="80"/>
        <w:pBdr>
          <w:bottom w:val="single" w:sz="4" w:space="4" w:color="CBD5DE"/>
        </w:pBdr>
      </w:pP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Check-in / check-out security</w:t>
      </w:r>
    </w:p>
    <w:p>
      <w:pPr>
        <w:pStyle w:val="ListBullet"/>
        <w:spacing w:before="0" w:after="40" w:line="250" w:lineRule="auto"/>
      </w:pPr>
      <w:r>
        <w:rPr>
          <w:rFonts w:ascii="Liberation Sans" w:hAnsi="Liberation Sans" w:eastAsia="Liberation Sans"/>
          <w:b w:val="0"/>
          <w:i w:val="0"/>
          <w:color w:val="263342"/>
          <w:sz w:val="18"/>
        </w:rPr>
        <w:t>MATCHING TAGS: every child gets a nametag; the parent/guardian gets the matching numbered tag at drop-off. No tag, no pickup — no exceptions, even for “uncle’s friend.”</w:t>
      </w:r>
    </w:p>
    <w:p>
      <w:pPr>
        <w:pStyle w:val="ListBullet"/>
        <w:spacing w:before="0" w:after="40" w:line="250" w:lineRule="auto"/>
      </w:pPr>
      <w:r>
        <w:rPr>
          <w:rFonts w:ascii="Liberation Sans" w:hAnsi="Liberation Sans" w:eastAsia="Liberation Sans"/>
          <w:b w:val="0"/>
          <w:i w:val="0"/>
          <w:color w:val="263342"/>
          <w:sz w:val="18"/>
        </w:rPr>
        <w:t>AUTHORIZED LIST ENFORCED: check-out volunteers hold the authorized pickup list. If the adult is not on the list and the parent cannot be reached by phone, the child waits with two volunteers. Awkward is better than unsafe.</w:t>
      </w:r>
    </w:p>
    <w:p>
      <w:pPr>
        <w:pStyle w:val="ListBullet"/>
        <w:spacing w:before="0" w:after="40" w:line="250" w:lineRule="auto"/>
      </w:pPr>
      <w:r>
        <w:rPr>
          <w:rFonts w:ascii="Liberation Sans" w:hAnsi="Liberation Sans" w:eastAsia="Liberation Sans"/>
          <w:b w:val="0"/>
          <w:i w:val="0"/>
          <w:color w:val="263342"/>
          <w:sz w:val="18"/>
        </w:rPr>
        <w:t>VPK EXTRA CARE: a runner walks each VPK child to the pickup zone, where the dismissal lead verifies the tag and releases them to the authorized adult — never sent to find their adult in a crowd.</w:t>
      </w:r>
    </w:p>
    <w:p>
      <w:pPr>
        <w:pStyle w:val="ListBullet"/>
        <w:spacing w:before="0" w:after="40" w:line="250" w:lineRule="auto"/>
      </w:pPr>
      <w:r>
        <w:rPr>
          <w:rFonts w:ascii="Liberation Sans" w:hAnsi="Liberation Sans" w:eastAsia="Liberation Sans"/>
          <w:b w:val="0"/>
          <w:i w:val="0"/>
          <w:color w:val="263342"/>
          <w:sz w:val="18"/>
        </w:rPr>
        <w:t>END-OF-NIGHT SWEEP: 8:55 PM — two safety volunteers walk every room, bathroom, and hallway. No child leaves the building alone, ever.</w:t>
      </w:r>
    </w:p>
    <w:p>
      <w:pPr>
        <w:pStyle w:val="ListBullet"/>
        <w:spacing w:before="0" w:after="40" w:line="250" w:lineRule="auto"/>
      </w:pPr>
      <w:r>
        <w:rPr>
          <w:rFonts w:ascii="Liberation Sans" w:hAnsi="Liberation Sans" w:eastAsia="Liberation Sans"/>
          <w:b w:val="0"/>
          <w:i w:val="0"/>
          <w:color w:val="263342"/>
          <w:sz w:val="18"/>
        </w:rPr>
        <w:t>ALLERGY FLAGS: allergy nametags get a red dot. Every rotation leader can see it from across the room.</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Say it on Night 1</w:t>
            </w:r>
          </w:p>
          <w:p>
            <w:pPr>
              <w:spacing w:after="0" w:line="252" w:lineRule="auto"/>
            </w:pPr>
            <w:r>
              <w:rPr>
                <w:rFonts w:ascii="Liberation Sans" w:hAnsi="Liberation Sans" w:eastAsia="Liberation Sans"/>
                <w:b w:val="0"/>
                <w:i w:val="0"/>
                <w:color w:val="263342"/>
                <w:sz w:val="18"/>
              </w:rPr>
              <w:t>Tell parents at drop-off: “Keep your tag. We match it at pickup — that’s how we keep your kid safe.” Parents love this.</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Parent communication templates</w:t>
      </w:r>
    </w:p>
    <w:p>
      <w:pPr>
        <w:spacing w:before="0" w:after="100" w:line="259" w:lineRule="auto"/>
      </w:pPr>
      <w:r>
        <w:rPr>
          <w:rFonts w:ascii="Liberation Sans" w:hAnsi="Liberation Sans" w:eastAsia="Liberation Sans"/>
          <w:b w:val="0"/>
          <w:i/>
          <w:color w:val="526274"/>
          <w:sz w:val="18"/>
        </w:rPr>
        <w:t>Copy, fill the [BRACKETS], send. Church-name-free.</w:t>
      </w:r>
    </w:p>
    <w:p>
      <w:pPr>
        <w:pStyle w:val="Heading3"/>
        <w:keepNext/>
        <w:spacing w:before="100" w:after="80"/>
      </w:pPr>
      <w:r>
        <w:rPr>
          <w:rFonts w:ascii="Liberation Sans" w:hAnsi="Liberation Sans" w:eastAsia="Liberation Sans"/>
          <w:b/>
          <w:i w:val="0"/>
          <w:color w:val="263342"/>
          <w:sz w:val="26"/>
        </w:rPr>
        <w:t>Registration confirmation</w:t>
      </w:r>
    </w:p>
    <w:p>
      <w:pPr>
        <w:spacing w:before="0" w:after="100" w:line="259" w:lineRule="auto"/>
      </w:pPr>
      <w:r>
        <w:rPr>
          <w:rFonts w:ascii="Liberation Sans" w:hAnsi="Liberation Sans" w:eastAsia="Liberation Sans"/>
          <w:b w:val="0"/>
          <w:i w:val="0"/>
          <w:color w:val="263342"/>
          <w:sz w:val="19"/>
        </w:rPr>
        <w:t>Hi [PARENT NAME]! [CHILD NAME] is registered for KIDS CAMP: ELECTRIC CITY at [CHURCH NAME], [DATES], 6:00–9:00 PM nightly (dismissal 8:50–9:00) + Parent Night (Day 4). Tuition: [AMOUNT]. Scholarships available — no child turned away for cost. Drop-off/pickup details coming one week out. Questions? Reply here or visit [WEBSITE]. — Powered by Jesus!</w:t>
      </w:r>
    </w:p>
    <w:p>
      <w:pPr>
        <w:pStyle w:val="Heading3"/>
        <w:keepNext/>
        <w:spacing w:before="100" w:after="80"/>
      </w:pPr>
      <w:r>
        <w:rPr>
          <w:rFonts w:ascii="Liberation Sans" w:hAnsi="Liberation Sans" w:eastAsia="Liberation Sans"/>
          <w:b/>
          <w:i w:val="0"/>
          <w:color w:val="263342"/>
          <w:sz w:val="26"/>
        </w:rPr>
        <w:t>Reminder text (one week out)</w:t>
      </w:r>
    </w:p>
    <w:p>
      <w:pPr>
        <w:spacing w:before="0" w:after="100" w:line="259" w:lineRule="auto"/>
      </w:pPr>
      <w:r>
        <w:rPr>
          <w:rFonts w:ascii="Liberation Sans" w:hAnsi="Liberation Sans" w:eastAsia="Liberation Sans"/>
          <w:b w:val="0"/>
          <w:i w:val="0"/>
          <w:color w:val="263342"/>
          <w:sz w:val="19"/>
        </w:rPr>
        <w:t>One week to ELECTRIC CITY! [DATES], 6–9 PM at [CHURCH NAME]. Wear play clothes + sneakers. Dinner snacks provided (nut-free). Bring your pickup tag every night. Can’t wait! [WEBSITE]</w:t>
      </w:r>
    </w:p>
    <w:p>
      <w:pPr>
        <w:pStyle w:val="Heading3"/>
        <w:keepNext/>
        <w:spacing w:before="100" w:after="80"/>
      </w:pPr>
      <w:r>
        <w:rPr>
          <w:rFonts w:ascii="Liberation Sans" w:hAnsi="Liberation Sans" w:eastAsia="Liberation Sans"/>
          <w:b/>
          <w:i w:val="0"/>
          <w:color w:val="263342"/>
          <w:sz w:val="26"/>
        </w:rPr>
        <w:t>Allergy info request</w:t>
      </w:r>
    </w:p>
    <w:p>
      <w:pPr>
        <w:spacing w:before="0" w:after="100" w:line="259" w:lineRule="auto"/>
      </w:pPr>
      <w:r>
        <w:rPr>
          <w:rFonts w:ascii="Liberation Sans" w:hAnsi="Liberation Sans" w:eastAsia="Liberation Sans"/>
          <w:b w:val="0"/>
          <w:i w:val="0"/>
          <w:color w:val="263342"/>
          <w:sz w:val="19"/>
        </w:rPr>
        <w:t>Hi [PARENT NAME] — quick safety check before camp: does [CHILD NAME] have any food allergies, asthma, or medical needs we should know about? Reply with details and we’ll flag it with our team. Thank you!</w:t>
      </w:r>
    </w:p>
    <w:p>
      <w:r>
        <w:br w:type="page"/>
      </w:r>
    </w:p>
    <w:tbl>
      <w:tblPr>
        <w:tblW w:type="auto" w:w="0"/>
        <w:jc w:val="center"/>
        <w:tblLook w:firstColumn="1" w:firstRow="1" w:lastColumn="0" w:lastRow="0" w:noHBand="0" w:noVBand="1" w:val="04A0"/>
      </w:tblPr>
      <w:tblGrid>
        <w:gridCol w:w="10282"/>
      </w:tblGrid>
      <w:tr>
        <w:tc>
          <w:tcPr>
            <w:tcW w:type="dxa" w:w="10282"/>
            <w:shd w:fill="F2B544"/>
            <w:tcMar>
              <w:top w:w="260" w:type="dxa"/>
              <w:start w:w="240" w:type="dxa"/>
              <w:bottom w:w="260" w:type="dxa"/>
              <w:end w:w="240" w:type="dxa"/>
            </w:tcMar>
          </w:tcPr>
          <w:p>
            <w:pPr>
              <w:jc w:val="center"/>
            </w:pPr>
            <w:r>
              <w:rPr>
                <w:rFonts w:ascii="Liberation Sans" w:hAnsi="Liberation Sans" w:eastAsia="Liberation Sans"/>
                <w:b/>
                <w:i w:val="0"/>
                <w:color w:val="FFFFFF"/>
                <w:sz w:val="18"/>
              </w:rPr>
              <w:t>PRICING</w:t>
            </w:r>
          </w:p>
          <w:p>
            <w:pPr>
              <w:jc w:val="center"/>
            </w:pPr>
            <w:r>
              <w:rPr>
                <w:rFonts w:ascii="Liberation Sans" w:hAnsi="Liberation Sans" w:eastAsia="Liberation Sans"/>
                <w:b/>
                <w:i w:val="0"/>
                <w:color w:val="FFFFFF"/>
                <w:sz w:val="50"/>
              </w:rPr>
              <w:t>Price it like a camp, not a VBS</w:t>
            </w:r>
          </w:p>
          <w:p>
            <w:pPr>
              <w:jc w:val="center"/>
            </w:pPr>
            <w:r>
              <w:rPr>
                <w:rFonts w:ascii="Liberation Sans" w:hAnsi="Liberation Sans" w:eastAsia="Liberation Sans"/>
                <w:b w:val="0"/>
                <w:i w:val="0"/>
                <w:color w:val="FFFFFF"/>
                <w:sz w:val="20"/>
              </w:rPr>
              <w:t>Tuition is your church’s call. Here’s how to set it.</w:t>
            </w:r>
          </w:p>
        </w:tc>
      </w:tr>
    </w:tbl>
    <w:p>
      <w:pPr>
        <w:spacing w:before="0" w:after="100" w:line="259" w:lineRule="auto"/>
      </w:pPr>
      <w:r>
        <w:rPr>
          <w:rFonts w:ascii="Liberation Sans" w:hAnsi="Liberation Sans" w:eastAsia="Liberation Sans"/>
          <w:b w:val="0"/>
          <w:i w:val="0"/>
          <w:color w:val="263342"/>
          <w:sz w:val="19"/>
        </w:rPr>
        <w:t>This pack is free. Your camp doesn’t have to be. That sentence is the whole philosophy: the resource is open to every church, and each church prices its camp like the premium experience it is.</w:t>
      </w:r>
    </w:p>
    <w:p>
      <w:pPr>
        <w:pStyle w:val="Heading2"/>
        <w:keepNext/>
        <w:spacing w:before="100" w:after="80"/>
      </w:pPr>
      <w:r>
        <w:rPr>
          <w:rFonts w:ascii="Liberation Sans" w:hAnsi="Liberation Sans" w:eastAsia="Liberation Sans"/>
          <w:b/>
          <w:i w:val="0"/>
          <w:color w:val="263342"/>
          <w:sz w:val="26"/>
        </w:rPr>
        <w:t>Free or tuition: both are ministry</w:t>
      </w:r>
    </w:p>
    <w:p>
      <w:pPr>
        <w:spacing w:before="0" w:after="100" w:line="259" w:lineRule="auto"/>
      </w:pPr>
      <w:r>
        <w:rPr>
          <w:rFonts w:ascii="Liberation Sans" w:hAnsi="Liberation Sans" w:eastAsia="Liberation Sans"/>
          <w:b w:val="0"/>
          <w:i w:val="0"/>
          <w:color w:val="263342"/>
          <w:sz w:val="19"/>
        </w:rPr>
        <w:t>Running it FREE? God bless you — that is outreach. If your church has the funds to cover the whole week, a free camp removes every barrier for unchurched families, and there is nothing more beautiful than that. CHARGING TUITION? That is faithful stewardship too. Parents already pay for soccer camp, art camp, and coding camp — a well-run Kids Camp is worth every dollar. This pack takes no position on your number; it only insists on one thing either way: no child turned away for cost (see Scholarships below).</w:t>
      </w:r>
    </w:p>
    <w:p>
      <w:pPr>
        <w:pStyle w:val="Heading2"/>
        <w:keepNext/>
        <w:spacing w:before="100" w:after="80"/>
      </w:pPr>
      <w:r>
        <w:rPr>
          <w:rFonts w:ascii="Liberation Sans" w:hAnsi="Liberation Sans" w:eastAsia="Liberation Sans"/>
          <w:b/>
          <w:i w:val="0"/>
          <w:color w:val="263342"/>
          <w:sz w:val="26"/>
        </w:rPr>
        <w:t>The cost-plus math</w:t>
      </w:r>
    </w:p>
    <w:p>
      <w:pPr>
        <w:pStyle w:val="ListBullet"/>
        <w:spacing w:before="0" w:after="40" w:line="250" w:lineRule="auto"/>
      </w:pPr>
      <w:r>
        <w:rPr>
          <w:rFonts w:ascii="Liberation Sans" w:hAnsi="Liberation Sans" w:eastAsia="Liberation Sans"/>
          <w:b w:val="0"/>
          <w:i w:val="0"/>
          <w:color w:val="263342"/>
          <w:sz w:val="18"/>
        </w:rPr>
        <w:t>ADD IT UP: use the budget tables in this pack (small-church and 300-kid) to total your real per-child cost — supplies, dinner, shirts, printing, prizes.</w:t>
      </w:r>
    </w:p>
    <w:p>
      <w:pPr>
        <w:pStyle w:val="ListBullet"/>
        <w:spacing w:before="0" w:after="40" w:line="250" w:lineRule="auto"/>
      </w:pPr>
      <w:r>
        <w:rPr>
          <w:rFonts w:ascii="Liberation Sans" w:hAnsi="Liberation Sans" w:eastAsia="Liberation Sans"/>
          <w:b w:val="0"/>
          <w:i w:val="0"/>
          <w:color w:val="263342"/>
          <w:sz w:val="18"/>
        </w:rPr>
        <w:t>ADD MARGIN: 15–20% on top. Margin isn’t profit — it funds scholarships, covers the kids who register late, and absorbs the costs you forgot.</w:t>
      </w:r>
    </w:p>
    <w:p>
      <w:pPr>
        <w:pStyle w:val="ListBullet"/>
        <w:spacing w:before="0" w:after="40" w:line="250" w:lineRule="auto"/>
      </w:pPr>
      <w:r>
        <w:rPr>
          <w:rFonts w:ascii="Liberation Sans" w:hAnsi="Liberation Sans" w:eastAsia="Liberation Sans"/>
          <w:b w:val="0"/>
          <w:i w:val="0"/>
          <w:color w:val="263342"/>
          <w:sz w:val="18"/>
        </w:rPr>
        <w:t>SET THE NUMBER: per-child cost + margin = tuition. Round to a clean, memorable number. Publish it early; parents plan around it.</w:t>
      </w:r>
    </w:p>
    <w:p>
      <w:pPr>
        <w:pStyle w:val="ListBullet"/>
        <w:spacing w:before="0" w:after="40" w:line="250" w:lineRule="auto"/>
      </w:pPr>
      <w:r>
        <w:rPr>
          <w:rFonts w:ascii="Liberation Sans" w:hAnsi="Liberation Sans" w:eastAsia="Liberation Sans"/>
          <w:b w:val="0"/>
          <w:i w:val="0"/>
          <w:color w:val="263342"/>
          <w:sz w:val="18"/>
        </w:rPr>
        <w:t>OFFER THE LEVERS: early-bird pricing rewards planners; sibling discounts keep families whole. Both are optional — pick the ones your community responds to.</w:t>
      </w:r>
    </w:p>
    <w:p>
      <w:pPr>
        <w:pStyle w:val="Heading2"/>
        <w:keepNext/>
        <w:spacing w:before="100" w:after="80"/>
      </w:pPr>
      <w:r>
        <w:rPr>
          <w:rFonts w:ascii="Liberation Sans" w:hAnsi="Liberation Sans" w:eastAsia="Liberation Sans"/>
          <w:b/>
          <w:i w:val="0"/>
          <w:color w:val="263342"/>
          <w:sz w:val="26"/>
        </w:rPr>
        <w:t>Scholarships: no child turned away for cost</w:t>
      </w:r>
    </w:p>
    <w:p>
      <w:pPr>
        <w:pStyle w:val="ListBullet"/>
        <w:spacing w:before="0" w:after="40" w:line="250" w:lineRule="auto"/>
      </w:pPr>
      <w:r>
        <w:rPr>
          <w:rFonts w:ascii="Liberation Sans" w:hAnsi="Liberation Sans" w:eastAsia="Liberation Sans"/>
          <w:b w:val="0"/>
          <w:i w:val="0"/>
          <w:color w:val="263342"/>
          <w:sz w:val="18"/>
        </w:rPr>
        <w:t>SAY IT OUT LOUD, everywhere: “Scholarships available — no child turned away for cost.” On the flyer, the registration page, and the parent FAQ. Mean it.</w:t>
      </w:r>
    </w:p>
    <w:p>
      <w:pPr>
        <w:pStyle w:val="ListBullet"/>
        <w:spacing w:before="0" w:after="40" w:line="250" w:lineRule="auto"/>
      </w:pPr>
      <w:r>
        <w:rPr>
          <w:rFonts w:ascii="Liberation Sans" w:hAnsi="Liberation Sans" w:eastAsia="Liberation Sans"/>
          <w:b w:val="0"/>
          <w:i w:val="0"/>
          <w:color w:val="263342"/>
          <w:sz w:val="18"/>
        </w:rPr>
        <w:t>FUND IT WITH MARGIN: the 15–20% margin above is the scholarship fund. Ten full scholarships at a 100-kid camp cost less than most churches fear.</w:t>
      </w:r>
    </w:p>
    <w:p>
      <w:pPr>
        <w:pStyle w:val="ListBullet"/>
        <w:spacing w:before="0" w:after="40" w:line="250" w:lineRule="auto"/>
      </w:pPr>
      <w:r>
        <w:rPr>
          <w:rFonts w:ascii="Liberation Sans" w:hAnsi="Liberation Sans" w:eastAsia="Liberation Sans"/>
          <w:b w:val="0"/>
          <w:i w:val="0"/>
          <w:color w:val="263342"/>
          <w:sz w:val="18"/>
        </w:rPr>
        <w:t>SPONSOR-A-CAMPER: let members and businesses cover specific kids (“Your tuition amount sends one more child to camp”). It’s the easiest ask in ministry.</w:t>
      </w:r>
    </w:p>
    <w:p>
      <w:pPr>
        <w:pStyle w:val="ListBullet"/>
        <w:spacing w:before="0" w:after="40" w:line="250" w:lineRule="auto"/>
      </w:pPr>
      <w:r>
        <w:rPr>
          <w:rFonts w:ascii="Liberation Sans" w:hAnsi="Liberation Sans" w:eastAsia="Liberation Sans"/>
          <w:b w:val="0"/>
          <w:i w:val="0"/>
          <w:color w:val="263342"/>
          <w:sz w:val="18"/>
        </w:rPr>
        <w:t>KEEP IT DIGNIFIED: one checkbox on registration (“I’d like scholarship info”), one private conversation, no paperwork gauntlet.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Kids Camp, not VBS</w:t>
            </w:r>
          </w:p>
          <w:p>
            <w:pPr>
              <w:spacing w:after="0" w:line="252" w:lineRule="auto"/>
            </w:pPr>
            <w:r>
              <w:rPr>
                <w:rFonts w:ascii="Liberation Sans" w:hAnsi="Liberation Sans" w:eastAsia="Liberation Sans"/>
                <w:b w:val="0"/>
                <w:i w:val="0"/>
                <w:color w:val="263342"/>
                <w:sz w:val="18"/>
              </w:rPr>
              <w:t>Parents pay for camps — soccer camp, art camp, coding camp. The name “Kids Camp” signals value: this is a premium week, not a free evening program. Don’t apologize for tuition; deliver an experience worth twice it. The pack stays free and open no matter what you charge — that’s the mission.</w:t>
            </w:r>
          </w:p>
        </w:tc>
      </w:tr>
    </w:tbl>
    <w:p>
      <w:r>
        <w:br w:type="page"/>
      </w:r>
    </w:p>
    <w:tbl>
      <w:tblPr>
        <w:tblW w:type="auto" w:w="0"/>
        <w:jc w:val="center"/>
        <w:tblLook w:firstColumn="1" w:firstRow="1" w:lastColumn="0" w:lastRow="0" w:noHBand="0" w:noVBand="1" w:val="04A0"/>
      </w:tblPr>
      <w:tblGrid>
        <w:gridCol w:w="10282"/>
      </w:tblGrid>
      <w:tr>
        <w:tc>
          <w:tcPr>
            <w:tcW w:type="dxa" w:w="10282"/>
            <w:shd w:fill="F2B544"/>
            <w:tcMar>
              <w:top w:w="260" w:type="dxa"/>
              <w:start w:w="240" w:type="dxa"/>
              <w:bottom w:w="260" w:type="dxa"/>
              <w:end w:w="240" w:type="dxa"/>
            </w:tcMar>
          </w:tcPr>
          <w:p>
            <w:pPr>
              <w:jc w:val="center"/>
            </w:pPr>
            <w:r>
              <w:rPr>
                <w:rFonts w:ascii="Liberation Sans" w:hAnsi="Liberation Sans" w:eastAsia="Liberation Sans"/>
                <w:b/>
                <w:i w:val="0"/>
                <w:color w:val="FFFFFF"/>
                <w:sz w:val="18"/>
              </w:rPr>
              <w:t>PARENTS</w:t>
            </w:r>
          </w:p>
          <w:p>
            <w:pPr>
              <w:jc w:val="center"/>
            </w:pPr>
            <w:r>
              <w:rPr>
                <w:rFonts w:ascii="Liberation Sans" w:hAnsi="Liberation Sans" w:eastAsia="Liberation Sans"/>
                <w:b/>
                <w:i w:val="0"/>
                <w:color w:val="FFFFFF"/>
                <w:sz w:val="50"/>
              </w:rPr>
              <w:t>No surprises</w:t>
            </w:r>
          </w:p>
          <w:p>
            <w:pPr>
              <w:jc w:val="center"/>
            </w:pPr>
            <w:r>
              <w:rPr>
                <w:rFonts w:ascii="Liberation Sans" w:hAnsi="Liberation Sans" w:eastAsia="Liberation Sans"/>
                <w:b w:val="0"/>
                <w:i w:val="0"/>
                <w:color w:val="FFFFFF"/>
                <w:sz w:val="20"/>
              </w:rPr>
              <w:t>Zoom, Church Center, reminders, and the one-pager.</w:t>
            </w:r>
          </w:p>
        </w:tc>
      </w:tr>
    </w:tbl>
    <w:p>
      <w:pPr>
        <w:spacing w:before="0" w:after="100" w:line="259" w:lineRule="auto"/>
      </w:pPr>
      <w:r>
        <w:rPr>
          <w:rFonts w:ascii="Liberation Sans" w:hAnsi="Liberation Sans" w:eastAsia="Liberation Sans"/>
          <w:b w:val="0"/>
          <w:i w:val="0"/>
          <w:color w:val="263342"/>
          <w:sz w:val="19"/>
        </w:rPr>
        <w:t>Informed parents are calm parents, and calm parents trust you with their kids. This is the full communication arc: one live Zoom before camp, Church Center as the hub, a reminder cadence that never spams, and a one-page guide that answers everything.</w:t>
      </w:r>
    </w:p>
    <w:p>
      <w:pPr>
        <w:pStyle w:val="Heading2"/>
        <w:keepNext/>
        <w:spacing w:before="100" w:after="80"/>
      </w:pPr>
      <w:r>
        <w:rPr>
          <w:rFonts w:ascii="Liberation Sans" w:hAnsi="Liberation Sans" w:eastAsia="Liberation Sans"/>
          <w:b/>
          <w:i w:val="0"/>
          <w:color w:val="263342"/>
          <w:sz w:val="26"/>
        </w:rPr>
        <w:t>Pre-camp parent Zoom (30 minutes, 1 week out)</w:t>
      </w:r>
    </w:p>
    <w:p>
      <w:pPr>
        <w:spacing w:before="0" w:after="100" w:line="259" w:lineRule="auto"/>
      </w:pPr>
      <w:r>
        <w:rPr>
          <w:rFonts w:ascii="Liberation Sans" w:hAnsi="Liberation Sans" w:eastAsia="Liberation Sans"/>
          <w:b w:val="0"/>
          <w:i/>
          <w:color w:val="526274"/>
          <w:sz w:val="18"/>
        </w:rPr>
        <w:t>One live session. Record it. Send the replay + the one-pager to every registered family.</w:t>
      </w:r>
    </w:p>
    <w:tbl>
      <w:tblPr>
        <w:tblW w:type="auto" w:w="0"/>
        <w:jc w:val="center"/>
        <w:tblLayout w:type="fixed"/>
        <w:tblLook w:firstColumn="1" w:firstRow="1" w:lastColumn="0" w:lastRow="0" w:noHBand="0" w:noVBand="1" w:val="04A0"/>
      </w:tblPr>
      <w:tblGrid>
        <w:gridCol w:w="1296"/>
        <w:gridCol w:w="9000"/>
      </w:tblGrid>
      <w:tr>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Min</w:t>
            </w:r>
          </w:p>
        </w:tc>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Cover</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0–5</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 vision: what Electric City is and why it exists. “Powered by Jesus” in 60 seconds.</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5–12</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 schedule: dinner 5:15 (optional), doors 6:00, dismissal 8:50–9:00 staggered by zone, Parent Night (Day 4): doors 6:00 / service 6:30.</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12–18</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Safety: barcode lanyards + matching pickup tags (or paper tags), authorized pickup list, allergy protocol, two security officers on site nightly.</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18–23</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What to bring/wear (play clothes, sneakers), dinner + snack info, photo policy (we photograph; opt-out at check-in).</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23–30</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Live Q&amp;A. End on time — model the punctuality you want at pickup.</w:t>
            </w:r>
          </w:p>
        </w:tc>
      </w:tr>
    </w:tbl>
    <w:p>
      <w:pPr>
        <w:pStyle w:val="Heading2"/>
        <w:keepNext/>
        <w:spacing w:before="100" w:after="80"/>
      </w:pPr>
      <w:r>
        <w:rPr>
          <w:rFonts w:ascii="Liberation Sans" w:hAnsi="Liberation Sans" w:eastAsia="Liberation Sans"/>
          <w:b/>
          <w:i w:val="0"/>
          <w:color w:val="263342"/>
          <w:sz w:val="26"/>
        </w:rPr>
        <w:t>Church Center communication plan</w:t>
      </w:r>
    </w:p>
    <w:p>
      <w:pPr>
        <w:spacing w:before="0" w:after="100" w:line="259" w:lineRule="auto"/>
      </w:pPr>
      <w:r>
        <w:rPr>
          <w:rFonts w:ascii="Liberation Sans" w:hAnsi="Liberation Sans" w:eastAsia="Liberation Sans"/>
          <w:b w:val="0"/>
          <w:i/>
          <w:color w:val="526274"/>
          <w:sz w:val="18"/>
        </w:rPr>
        <w:t>WHAT WE DO: Planning Center (Church Center) for event registration, iPad check-in, group messaging, and push reminders — registration custom fields capture allergies and authorized pickup; the Check-Ins app runs the iPad stations; barcodes on lanyards go out night 1. NO PLANNING CENTER? Any system that registers families, checks kids in with tags, and messages parents works — the procedures in this pack do not change.</w:t>
      </w:r>
    </w:p>
    <w:p>
      <w:pPr>
        <w:pStyle w:val="ListBullet"/>
        <w:spacing w:before="0" w:after="40" w:line="250" w:lineRule="auto"/>
      </w:pPr>
      <w:r>
        <w:rPr>
          <w:rFonts w:ascii="Liberation Sans" w:hAnsi="Liberation Sans" w:eastAsia="Liberation Sans"/>
          <w:b w:val="0"/>
          <w:i w:val="0"/>
          <w:color w:val="263342"/>
          <w:sz w:val="18"/>
        </w:rPr>
        <w:t>REGISTRATION: one event, custom fields for allergies/medical, authorized pickup (3 lines), and photo release. Cap at 300; waitlist auto-opens.</w:t>
      </w:r>
    </w:p>
    <w:p>
      <w:pPr>
        <w:pStyle w:val="ListBullet"/>
        <w:spacing w:before="0" w:after="40" w:line="250" w:lineRule="auto"/>
      </w:pPr>
      <w:r>
        <w:rPr>
          <w:rFonts w:ascii="Liberation Sans" w:hAnsi="Liberation Sans" w:eastAsia="Liberation Sans"/>
          <w:b w:val="0"/>
          <w:i w:val="0"/>
          <w:color w:val="263342"/>
          <w:sz w:val="18"/>
        </w:rPr>
        <w:t>GROUPS: auto-create a “Camp Parents 2026” group at registration — every reminder below goes here, never to personal texts from volunteers’ phones.</w:t>
      </w:r>
    </w:p>
    <w:p>
      <w:pPr>
        <w:pStyle w:val="ListBullet"/>
        <w:spacing w:before="0" w:after="40" w:line="250" w:lineRule="auto"/>
      </w:pPr>
      <w:r>
        <w:rPr>
          <w:rFonts w:ascii="Liberation Sans" w:hAnsi="Liberation Sans" w:eastAsia="Liberation Sans"/>
          <w:b w:val="0"/>
          <w:i w:val="0"/>
          <w:color w:val="263342"/>
          <w:sz w:val="18"/>
        </w:rPr>
        <w:t>CHECK-IN APP (if you have it): runs on the iPads; prints barcode lanyards + parent tags; flags allergies on screen. The paper path works the same without it.</w:t>
      </w:r>
    </w:p>
    <w:p>
      <w:pPr>
        <w:pStyle w:val="ListBullet"/>
        <w:spacing w:before="0" w:after="40" w:line="250" w:lineRule="auto"/>
      </w:pPr>
      <w:r>
        <w:rPr>
          <w:rFonts w:ascii="Liberation Sans" w:hAnsi="Liberation Sans" w:eastAsia="Liberation Sans"/>
          <w:b w:val="0"/>
          <w:i w:val="0"/>
          <w:color w:val="263342"/>
          <w:sz w:val="18"/>
        </w:rPr>
        <w:t>URGENT ALERTS: if your system sends push, YELLOW/RED safety alerts go as push + PA. No push? Use your real method — text tree, PA announcement, phone chain — and write it into the safety worksheet before Night 1. Never rely on a volunteer’s personal phone.</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Reminder cadence (never spam, never silent)</w:t>
      </w:r>
    </w:p>
    <w:p>
      <w:pPr>
        <w:spacing w:before="140" w:after="40"/>
      </w:pPr>
      <w:r>
        <w:rPr>
          <w:rFonts w:ascii="Liberation Sans" w:hAnsi="Liberation Sans" w:eastAsia="Liberation Sans"/>
          <w:b/>
          <w:i w:val="0"/>
          <w:color w:val="086862"/>
          <w:sz w:val="18"/>
        </w:rPr>
        <w:t>2 WEEKS OUT — Zoom invite + what to bring</w:t>
      </w:r>
    </w:p>
    <w:p>
      <w:pPr>
        <w:spacing w:before="0" w:after="60" w:line="259" w:lineRule="auto"/>
      </w:pPr>
      <w:r>
        <w:rPr>
          <w:rFonts w:ascii="Liberation Sans" w:hAnsi="Liberation Sans" w:eastAsia="Liberation Sans"/>
          <w:b w:val="0"/>
          <w:i w:val="0"/>
          <w:color w:val="263342"/>
          <w:sz w:val="18"/>
        </w:rPr>
        <w:t>You’re registered for KIDS CAMP: ELECTRIC CITY! Join our 30-min parent Zoom on [DATE/TIME]: [LINK]. We’ll cover arrival, pickup, dinner, allergies, and safety. What to wear: play clothes + sneakers. See you there!</w:t>
      </w:r>
    </w:p>
    <w:p>
      <w:pPr>
        <w:spacing w:before="140" w:after="40"/>
      </w:pPr>
      <w:r>
        <w:rPr>
          <w:rFonts w:ascii="Liberation Sans" w:hAnsi="Liberation Sans" w:eastAsia="Liberation Sans"/>
          <w:b/>
          <w:i w:val="0"/>
          <w:color w:val="086862"/>
          <w:sz w:val="18"/>
        </w:rPr>
        <w:t>1 WEEK OUT — Zoom reminder + allergy confirm</w:t>
      </w:r>
    </w:p>
    <w:p>
      <w:pPr>
        <w:spacing w:before="0" w:after="60" w:line="259" w:lineRule="auto"/>
      </w:pPr>
      <w:r>
        <w:rPr>
          <w:rFonts w:ascii="Liberation Sans" w:hAnsi="Liberation Sans" w:eastAsia="Liberation Sans"/>
          <w:b w:val="0"/>
          <w:i w:val="0"/>
          <w:color w:val="263342"/>
          <w:sz w:val="18"/>
        </w:rPr>
        <w:t>One week to Electric City! Parent Zoom [TOMORROW/DATE] at [TIME]: [LINK]. Please confirm your child’s allergies + authorized pickup list here: [LINK]. Dinner served nightly 5:15–6:00 (optional, included with tuition).</w:t>
      </w:r>
    </w:p>
    <w:p>
      <w:pPr>
        <w:spacing w:before="140" w:after="40"/>
      </w:pPr>
      <w:r>
        <w:rPr>
          <w:rFonts w:ascii="Liberation Sans" w:hAnsi="Liberation Sans" w:eastAsia="Liberation Sans"/>
          <w:b/>
          <w:i w:val="0"/>
          <w:color w:val="086862"/>
          <w:sz w:val="18"/>
        </w:rPr>
        <w:t>3 DAYS OUT — Zoom replay + arrival map</w:t>
      </w:r>
    </w:p>
    <w:p>
      <w:pPr>
        <w:spacing w:before="0" w:after="60" w:line="259" w:lineRule="auto"/>
      </w:pPr>
      <w:r>
        <w:rPr>
          <w:rFonts w:ascii="Liberation Sans" w:hAnsi="Liberation Sans" w:eastAsia="Liberation Sans"/>
          <w:b w:val="0"/>
          <w:i w:val="0"/>
          <w:color w:val="263342"/>
          <w:sz w:val="18"/>
        </w:rPr>
        <w:t>Missed the parent Zoom? Watch the replay: [LINK]. Arrival map + pickup zone info attached — find your color zone before Day 1! Doors 6:00 (dinner 5:15).</w:t>
      </w:r>
    </w:p>
    <w:p>
      <w:pPr>
        <w:spacing w:before="140" w:after="40"/>
      </w:pPr>
      <w:r>
        <w:rPr>
          <w:rFonts w:ascii="Liberation Sans" w:hAnsi="Liberation Sans" w:eastAsia="Liberation Sans"/>
          <w:b/>
          <w:i w:val="0"/>
          <w:color w:val="086862"/>
          <w:sz w:val="18"/>
        </w:rPr>
        <w:t>DAY BEFORE — tags + dinner menu</w:t>
      </w:r>
    </w:p>
    <w:p>
      <w:pPr>
        <w:spacing w:before="0" w:after="60" w:line="259" w:lineRule="auto"/>
      </w:pPr>
      <w:r>
        <w:rPr>
          <w:rFonts w:ascii="Liberation Sans" w:hAnsi="Liberation Sans" w:eastAsia="Liberation Sans"/>
          <w:b w:val="0"/>
          <w:i w:val="0"/>
          <w:color w:val="263342"/>
          <w:sz w:val="18"/>
        </w:rPr>
        <w:t>Tomorrow night the city powers on! Bring your pickup tag every night (issued at check-in on Day 1). Dinner on Day 1: [MENU] (nut-free, included with tuition). Play clothes + sneakers. See you at [TIME]!</w:t>
      </w:r>
    </w:p>
    <w:p>
      <w:pPr>
        <w:spacing w:before="140" w:after="40"/>
      </w:pPr>
      <w:r>
        <w:rPr>
          <w:rFonts w:ascii="Liberation Sans" w:hAnsi="Liberation Sans" w:eastAsia="Liberation Sans"/>
          <w:b/>
          <w:i w:val="0"/>
          <w:color w:val="086862"/>
          <w:sz w:val="18"/>
        </w:rPr>
        <w:t>DAY OF — final nudge</w:t>
      </w:r>
    </w:p>
    <w:p>
      <w:pPr>
        <w:spacing w:before="0" w:after="60" w:line="259" w:lineRule="auto"/>
      </w:pPr>
      <w:r>
        <w:rPr>
          <w:rFonts w:ascii="Liberation Sans" w:hAnsi="Liberation Sans" w:eastAsia="Liberation Sans"/>
          <w:b w:val="0"/>
          <w:i w:val="0"/>
          <w:color w:val="263342"/>
          <w:sz w:val="18"/>
        </w:rPr>
        <w:t>TONIGHT! Electric City doors: dinner 5:15, program 6:00 at [CHURCH NAME]. Bring a friend — walk-ins welcome if space allows. Let’s go!</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Everything Parents Need to Know (one page — print + send)</w:t>
      </w:r>
    </w:p>
    <w:tbl>
      <w:tblPr>
        <w:tblW w:type="auto" w:w="0"/>
        <w:jc w:val="center"/>
        <w:tblLayout w:type="fixed"/>
        <w:tblLook w:firstColumn="1" w:firstRow="1" w:lastColumn="0" w:lastRow="0" w:noHBand="0" w:noVBand="1" w:val="04A0"/>
      </w:tblPr>
      <w:tblGrid>
        <w:gridCol w:w="2016"/>
        <w:gridCol w:w="8280"/>
      </w:tblGrid>
      <w:tr>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Topic</w:t>
            </w:r>
          </w:p>
        </w:tc>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What parents need to know</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Arrival</w:t>
            </w:r>
          </w:p>
        </w:tc>
        <w:tc>
          <w:tcPr>
            <w:tcW w:type="dxa" w:w="82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5:15–6:00 (optional, included with tuition). Program doors 6:00. Find your color zone; check in at the iPad stations.</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Pickup</w:t>
            </w:r>
          </w:p>
        </w:tc>
        <w:tc>
          <w:tcPr>
            <w:tcW w:type="dxa" w:w="82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Staggered by zone: Yellow 8:50, Teal 8:55, Blue 9:00. Bring your matching pickup tag EVERY night — we verify it before any child is released. Only authorized adults on your form may pick up.</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 snacks</w:t>
            </w:r>
          </w:p>
        </w:tc>
        <w:tc>
          <w:tcPr>
            <w:tcW w:type="dxa" w:w="82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nightly (nut-free, included with tuition) + a mid-evening snack. Menus sent the day before. Allergy kids are served first at a separate allergy table.</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Allergies / medical</w:t>
            </w:r>
          </w:p>
        </w:tc>
        <w:tc>
          <w:tcPr>
            <w:tcW w:type="dxa" w:w="82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Tell us at registration AND at check-in. Red dot on the wristband; action plans travel with the homeroom leader.</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Safety</w:t>
            </w:r>
          </w:p>
        </w:tc>
        <w:tc>
          <w:tcPr>
            <w:tcW w:type="dxa" w:w="82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Barcode lanyards, matching pickup tags (paper tags work too), two security officers on site nightly, locked doors after 6:30, color-coded safety plan (ask any leader).</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What to wear</w:t>
            </w:r>
          </w:p>
        </w:tc>
        <w:tc>
          <w:tcPr>
            <w:tcW w:type="dxa" w:w="82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Play clothes and sneakers. Crafts get messy; games get moving.</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Photos</w:t>
            </w:r>
          </w:p>
        </w:tc>
        <w:tc>
          <w:tcPr>
            <w:tcW w:type="dxa" w:w="82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 photograph camp for the recap and church social. Opt out at check-in — no questions asked.</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Parent Night (Day 4)</w:t>
            </w:r>
          </w:p>
        </w:tc>
        <w:tc>
          <w:tcPr>
            <w:tcW w:type="dxa" w:w="82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Doors 6:00, service 6:30 in the auditorium: winners + 5th-grade celebration first, then kids lead worship, gospel lesson, closing worship, and a tour of Electric City. Don’t miss it.</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Questions?</w:t>
            </w:r>
          </w:p>
        </w:tc>
        <w:tc>
          <w:tcPr>
            <w:tcW w:type="dxa" w:w="82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Reply in [YOUR CHURCH’S SYSTEM] or contact [NAME] at [PHONE]. During camp hours, the check-in tent is your help desk.</w:t>
            </w:r>
          </w:p>
        </w:tc>
      </w:tr>
    </w:tbl>
    <w:p>
      <w:r>
        <w:br w:type="page"/>
      </w:r>
    </w:p>
    <w:tbl>
      <w:tblPr>
        <w:tblW w:type="auto" w:w="0"/>
        <w:jc w:val="center"/>
        <w:tblLook w:firstColumn="1" w:firstRow="1" w:lastColumn="0" w:lastRow="0" w:noHBand="0" w:noVBand="1" w:val="04A0"/>
      </w:tblPr>
      <w:tblGrid>
        <w:gridCol w:w="10282"/>
      </w:tblGrid>
      <w:tr>
        <w:tc>
          <w:tcPr>
            <w:tcW w:type="dxa" w:w="10282"/>
            <w:shd w:fill="14243A"/>
            <w:tcMar>
              <w:top w:w="260" w:type="dxa"/>
              <w:start w:w="240" w:type="dxa"/>
              <w:bottom w:w="260" w:type="dxa"/>
              <w:end w:w="240" w:type="dxa"/>
            </w:tcMar>
          </w:tcPr>
          <w:p>
            <w:pPr>
              <w:jc w:val="center"/>
            </w:pPr>
            <w:r>
              <w:rPr>
                <w:rFonts w:ascii="Liberation Sans" w:hAnsi="Liberation Sans" w:eastAsia="Liberation Sans"/>
                <w:b/>
                <w:i w:val="0"/>
                <w:color w:val="FFFFFF"/>
                <w:sz w:val="18"/>
              </w:rPr>
              <w:t>SETUP</w:t>
            </w:r>
          </w:p>
          <w:p>
            <w:pPr>
              <w:jc w:val="center"/>
            </w:pPr>
            <w:r>
              <w:rPr>
                <w:rFonts w:ascii="Liberation Sans" w:hAnsi="Liberation Sans" w:eastAsia="Liberation Sans"/>
                <w:b/>
                <w:i w:val="0"/>
                <w:color w:val="FFFFFF"/>
                <w:sz w:val="50"/>
              </w:rPr>
              <w:t>Setup Day</w:t>
            </w:r>
          </w:p>
          <w:p>
            <w:pPr>
              <w:jc w:val="center"/>
            </w:pPr>
            <w:r>
              <w:rPr>
                <w:rFonts w:ascii="Liberation Sans" w:hAnsi="Liberation Sans" w:eastAsia="Liberation Sans"/>
                <w:b w:val="0"/>
                <w:i w:val="0"/>
                <w:color w:val="FFFFFF"/>
                <w:sz w:val="20"/>
              </w:rPr>
              <w:t>One day of preparation for three nights of ministry.</w:t>
            </w:r>
          </w:p>
        </w:tc>
      </w:tr>
    </w:tbl>
    <w:p>
      <w:pPr>
        <w:spacing w:before="0" w:after="100" w:line="259" w:lineRule="auto"/>
      </w:pPr>
      <w:r>
        <w:rPr>
          <w:rFonts w:ascii="Liberation Sans" w:hAnsi="Liberation Sans" w:eastAsia="Liberation Sans"/>
          <w:b w:val="0"/>
          <w:i w:val="0"/>
          <w:color w:val="263342"/>
          <w:sz w:val="19"/>
        </w:rPr>
        <w:t>Setup Day is for the team, not the kids. Walk the building, assign the rooms, count the supplies, rehearse the run-of-show, and pray. A calm setup day makes a joyful Day 1.</w:t>
      </w:r>
    </w:p>
    <w:p>
      <w:pPr>
        <w:pStyle w:val="Heading2"/>
        <w:keepNext/>
        <w:spacing w:before="100" w:after="80"/>
      </w:pPr>
      <w:r>
        <w:rPr>
          <w:rFonts w:ascii="Liberation Sans" w:hAnsi="Liberation Sans" w:eastAsia="Liberation Sans"/>
          <w:b/>
          <w:i w:val="0"/>
          <w:color w:val="263342"/>
          <w:sz w:val="26"/>
        </w:rPr>
        <w:t>Volunteer roles to fill</w:t>
      </w:r>
    </w:p>
    <w:p>
      <w:pPr>
        <w:pStyle w:val="ListBullet"/>
        <w:spacing w:before="0" w:after="40" w:line="250" w:lineRule="auto"/>
      </w:pPr>
      <w:r>
        <w:rPr>
          <w:rFonts w:ascii="Liberation Sans" w:hAnsi="Liberation Sans" w:eastAsia="Liberation Sans"/>
          <w:b w:val="0"/>
          <w:i w:val="0"/>
          <w:color w:val="263342"/>
          <w:sz w:val="18"/>
        </w:rPr>
        <w:t>Camp director — owns the schedule, makes the calls, keeps the night moving.</w:t>
      </w:r>
    </w:p>
    <w:p>
      <w:pPr>
        <w:pStyle w:val="ListBullet"/>
        <w:spacing w:before="0" w:after="40" w:line="250" w:lineRule="auto"/>
      </w:pPr>
      <w:r>
        <w:rPr>
          <w:rFonts w:ascii="Liberation Sans" w:hAnsi="Liberation Sans" w:eastAsia="Liberation Sans"/>
          <w:b w:val="0"/>
          <w:i w:val="0"/>
          <w:color w:val="263342"/>
          <w:sz w:val="18"/>
        </w:rPr>
        <w:t>Homeroom leaders (2 per room) — shepherd one team all week: check-in, transitions, recap, dismissal.</w:t>
      </w:r>
    </w:p>
    <w:p>
      <w:pPr>
        <w:pStyle w:val="ListBullet"/>
        <w:spacing w:before="0" w:after="40" w:line="250" w:lineRule="auto"/>
      </w:pPr>
      <w:r>
        <w:rPr>
          <w:rFonts w:ascii="Liberation Sans" w:hAnsi="Liberation Sans" w:eastAsia="Liberation Sans"/>
          <w:b w:val="0"/>
          <w:i w:val="0"/>
          <w:color w:val="263342"/>
          <w:sz w:val="18"/>
        </w:rPr>
        <w:t>Rotation leaders (1–2 per rotation) — teach the same rotation three times a night; they become experts fast.</w:t>
      </w:r>
    </w:p>
    <w:p>
      <w:pPr>
        <w:pStyle w:val="ListBullet"/>
        <w:spacing w:before="0" w:after="40" w:line="250" w:lineRule="auto"/>
      </w:pPr>
      <w:r>
        <w:rPr>
          <w:rFonts w:ascii="Liberation Sans" w:hAnsi="Liberation Sans" w:eastAsia="Liberation Sans"/>
          <w:b w:val="0"/>
          <w:i w:val="0"/>
          <w:color w:val="263342"/>
          <w:sz w:val="18"/>
        </w:rPr>
        <w:t>Worship leader + sound/tech — main session music, mics, slides, lights.</w:t>
      </w:r>
    </w:p>
    <w:p>
      <w:pPr>
        <w:pStyle w:val="ListBullet"/>
        <w:spacing w:before="0" w:after="40" w:line="250" w:lineRule="auto"/>
      </w:pPr>
      <w:r>
        <w:rPr>
          <w:rFonts w:ascii="Liberation Sans" w:hAnsi="Liberation Sans" w:eastAsia="Liberation Sans"/>
          <w:b w:val="0"/>
          <w:i w:val="0"/>
          <w:color w:val="263342"/>
          <w:sz w:val="18"/>
        </w:rPr>
        <w:t>Check-in team — greet families, print nametags, flag allergies and pickup permissions.</w:t>
      </w:r>
    </w:p>
    <w:p>
      <w:pPr>
        <w:pStyle w:val="ListBullet"/>
        <w:spacing w:before="0" w:after="40" w:line="250" w:lineRule="auto"/>
      </w:pPr>
      <w:r>
        <w:rPr>
          <w:rFonts w:ascii="Liberation Sans" w:hAnsi="Liberation Sans" w:eastAsia="Liberation Sans"/>
          <w:b w:val="0"/>
          <w:i w:val="0"/>
          <w:color w:val="263342"/>
          <w:sz w:val="18"/>
        </w:rPr>
        <w:t>Safety team — hallways, bathrooms, doors, first aid kit, emergency plan.</w:t>
      </w:r>
    </w:p>
    <w:p>
      <w:pPr>
        <w:pStyle w:val="ListBullet"/>
        <w:spacing w:before="0" w:after="40" w:line="250" w:lineRule="auto"/>
      </w:pPr>
      <w:r>
        <w:rPr>
          <w:rFonts w:ascii="Liberation Sans" w:hAnsi="Liberation Sans" w:eastAsia="Liberation Sans"/>
          <w:b w:val="0"/>
          <w:i w:val="0"/>
          <w:color w:val="263342"/>
          <w:sz w:val="18"/>
        </w:rPr>
        <w:t>Snack team (if running the Snack alternate) — prep, serve, allergy labels.</w:t>
      </w:r>
    </w:p>
    <w:p>
      <w:pPr>
        <w:pStyle w:val="ListBullet"/>
        <w:spacing w:before="0" w:after="40" w:line="250" w:lineRule="auto"/>
      </w:pPr>
      <w:r>
        <w:rPr>
          <w:rFonts w:ascii="Liberation Sans" w:hAnsi="Liberation Sans" w:eastAsia="Liberation Sans"/>
          <w:b w:val="0"/>
          <w:i w:val="0"/>
          <w:color w:val="263342"/>
          <w:sz w:val="18"/>
        </w:rPr>
        <w:t>Prayer team — prays over rooms before doors open and during main session.</w:t>
      </w:r>
    </w:p>
    <w:p>
      <w:pPr>
        <w:pStyle w:val="Heading2"/>
        <w:keepNext/>
        <w:spacing w:before="100" w:after="80"/>
      </w:pPr>
      <w:r>
        <w:rPr>
          <w:rFonts w:ascii="Liberation Sans" w:hAnsi="Liberation Sans" w:eastAsia="Liberation Sans"/>
          <w:b/>
          <w:i w:val="0"/>
          <w:color w:val="263342"/>
          <w:sz w:val="26"/>
        </w:rPr>
        <w:t>Room assignments</w:t>
      </w:r>
    </w:p>
    <w:tbl>
      <w:tblPr>
        <w:tblW w:type="auto" w:w="0"/>
        <w:jc w:val="center"/>
        <w:tblLayout w:type="fixed"/>
        <w:tblLook w:firstColumn="1" w:firstRow="1" w:lastColumn="0" w:lastRow="0" w:noHBand="0" w:noVBand="1" w:val="04A0"/>
      </w:tblPr>
      <w:tblGrid>
        <w:gridCol w:w="2448"/>
        <w:gridCol w:w="3456"/>
        <w:gridCol w:w="4392"/>
      </w:tblGrid>
      <w:tr>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Space</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Used for</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Needs</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Large room / auditorium</w:t>
            </w:r>
          </w:p>
        </w:tc>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Main session + Parent Night (Day 4)</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Stage or platform, sound, projector, seating for everyone</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(2–4)</w:t>
            </w:r>
          </w:p>
        </w:tc>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Arrival, recap, dismissal by team</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Tables, chairs, team color signs, check-in sheets</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Craft room</w:t>
            </w:r>
          </w:p>
        </w:tc>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Arts &amp; Crafts rotation</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Tables with washable covers, drying area for the city build</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Story room</w:t>
            </w:r>
          </w:p>
        </w:tc>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Bible Story rotation</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Open floor space, story props bin</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Lab / classroom</w:t>
            </w:r>
          </w:p>
        </w:tc>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Power Lab rotation</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Tables, darkenable windows for Night 2, trash bin</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Outdoor field or gym</w:t>
            </w:r>
          </w:p>
        </w:tc>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Sports alternate (if used)</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Cones, balls, first aid nearby</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Kitchen / serving area</w:t>
            </w:r>
          </w:p>
        </w:tc>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Snack alternate (if used)</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Serving tables, allergy label cards, hand-washing station</w:t>
            </w:r>
          </w:p>
        </w:tc>
      </w:tr>
    </w:tbl>
    <w:p>
      <w:pPr>
        <w:pStyle w:val="Heading2"/>
        <w:keepNext/>
        <w:spacing w:before="100" w:after="80"/>
      </w:pPr>
      <w:r>
        <w:rPr>
          <w:rFonts w:ascii="Liberation Sans" w:hAnsi="Liberation Sans" w:eastAsia="Liberation Sans"/>
          <w:b/>
          <w:i w:val="0"/>
          <w:color w:val="263342"/>
          <w:sz w:val="26"/>
        </w:rPr>
        <w:t>Master supply list</w:t>
      </w:r>
    </w:p>
    <w:p>
      <w:pPr>
        <w:spacing w:before="0" w:after="100" w:line="259" w:lineRule="auto"/>
      </w:pPr>
      <w:r>
        <w:rPr>
          <w:rFonts w:ascii="Liberation Sans" w:hAnsi="Liberation Sans" w:eastAsia="Liberation Sans"/>
          <w:b w:val="0"/>
          <w:i/>
          <w:color w:val="526274"/>
          <w:sz w:val="18"/>
        </w:rPr>
        <w:t>Buy in bulk where you can. Starred items (*) are the ones churches most often forget.</w:t>
      </w:r>
    </w:p>
    <w:p>
      <w:pPr>
        <w:pStyle w:val="ListBullet"/>
        <w:spacing w:before="0" w:after="40" w:line="250" w:lineRule="auto"/>
      </w:pPr>
      <w:r>
        <w:rPr>
          <w:rFonts w:ascii="Liberation Sans" w:hAnsi="Liberation Sans" w:eastAsia="Liberation Sans"/>
          <w:b w:val="0"/>
          <w:i w:val="0"/>
          <w:color w:val="263342"/>
          <w:sz w:val="18"/>
        </w:rPr>
        <w:t>Nametags + markers + check-in sheets *</w:t>
      </w:r>
    </w:p>
    <w:p>
      <w:pPr>
        <w:pStyle w:val="ListBullet"/>
        <w:spacing w:before="0" w:after="40" w:line="250" w:lineRule="auto"/>
      </w:pPr>
      <w:r>
        <w:rPr>
          <w:rFonts w:ascii="Liberation Sans" w:hAnsi="Liberation Sans" w:eastAsia="Liberation Sans"/>
          <w:b w:val="0"/>
          <w:i w:val="0"/>
          <w:color w:val="263342"/>
          <w:sz w:val="18"/>
        </w:rPr>
        <w:t>Team color bandanas, wristbands, or stickers (2 colors per band)</w:t>
      </w:r>
    </w:p>
    <w:p>
      <w:pPr>
        <w:pStyle w:val="ListBullet"/>
        <w:spacing w:before="0" w:after="40" w:line="250" w:lineRule="auto"/>
      </w:pPr>
      <w:r>
        <w:rPr>
          <w:rFonts w:ascii="Liberation Sans" w:hAnsi="Liberation Sans" w:eastAsia="Liberation Sans"/>
          <w:b w:val="0"/>
          <w:i w:val="0"/>
          <w:color w:val="263342"/>
          <w:sz w:val="18"/>
        </w:rPr>
        <w:t>Cardboard boxes, paper towel tubes, construction paper, foil, tape, glue sticks</w:t>
      </w:r>
    </w:p>
    <w:p>
      <w:pPr>
        <w:pStyle w:val="ListBullet"/>
        <w:spacing w:before="0" w:after="40" w:line="250" w:lineRule="auto"/>
      </w:pPr>
      <w:r>
        <w:rPr>
          <w:rFonts w:ascii="Liberation Sans" w:hAnsi="Liberation Sans" w:eastAsia="Liberation Sans"/>
          <w:b w:val="0"/>
          <w:i w:val="0"/>
          <w:color w:val="263342"/>
          <w:sz w:val="18"/>
        </w:rPr>
        <w:t>Battery tea lights (one per child, plus extras) * — no real flames, ever</w:t>
      </w:r>
    </w:p>
    <w:p>
      <w:pPr>
        <w:pStyle w:val="ListBullet"/>
        <w:spacing w:before="0" w:after="40" w:line="250" w:lineRule="auto"/>
      </w:pPr>
      <w:r>
        <w:rPr>
          <w:rFonts w:ascii="Liberation Sans" w:hAnsi="Liberation Sans" w:eastAsia="Liberation Sans"/>
          <w:b w:val="0"/>
          <w:i w:val="0"/>
          <w:color w:val="263342"/>
          <w:sz w:val="18"/>
        </w:rPr>
        <w:t>Balloons, tissue paper, flashlights, AA batteries, LEDs, insulated wire *</w:t>
      </w:r>
    </w:p>
    <w:p>
      <w:pPr>
        <w:pStyle w:val="ListBullet"/>
        <w:spacing w:before="0" w:after="40" w:line="250" w:lineRule="auto"/>
      </w:pPr>
      <w:r>
        <w:rPr>
          <w:rFonts w:ascii="Liberation Sans" w:hAnsi="Liberation Sans" w:eastAsia="Liberation Sans"/>
          <w:b w:val="0"/>
          <w:i w:val="0"/>
          <w:color w:val="263342"/>
          <w:sz w:val="18"/>
        </w:rPr>
        <w:t>Bibles (a few per room) + printed verse cards for each night</w:t>
      </w:r>
    </w:p>
    <w:p>
      <w:pPr>
        <w:pStyle w:val="ListBullet"/>
        <w:spacing w:before="0" w:after="40" w:line="250" w:lineRule="auto"/>
      </w:pPr>
      <w:r>
        <w:rPr>
          <w:rFonts w:ascii="Liberation Sans" w:hAnsi="Liberation Sans" w:eastAsia="Liberation Sans"/>
          <w:b w:val="0"/>
          <w:i w:val="0"/>
          <w:color w:val="263342"/>
          <w:sz w:val="18"/>
        </w:rPr>
        <w:t>Sound system, mics, projector/clicker, main session slides</w:t>
      </w:r>
    </w:p>
    <w:p>
      <w:pPr>
        <w:pStyle w:val="ListBullet"/>
        <w:spacing w:before="0" w:after="40" w:line="250" w:lineRule="auto"/>
      </w:pPr>
      <w:r>
        <w:rPr>
          <w:rFonts w:ascii="Liberation Sans" w:hAnsi="Liberation Sans" w:eastAsia="Liberation Sans"/>
          <w:b w:val="0"/>
          <w:i w:val="0"/>
          <w:color w:val="263342"/>
          <w:sz w:val="18"/>
        </w:rPr>
        <w:t>Points poster + stickers or markers for the scoreboard</w:t>
      </w:r>
    </w:p>
    <w:p>
      <w:pPr>
        <w:pStyle w:val="ListBullet"/>
        <w:spacing w:before="0" w:after="40" w:line="250" w:lineRule="auto"/>
      </w:pPr>
      <w:r>
        <w:rPr>
          <w:rFonts w:ascii="Liberation Sans" w:hAnsi="Liberation Sans" w:eastAsia="Liberation Sans"/>
          <w:b w:val="0"/>
          <w:i w:val="0"/>
          <w:color w:val="263342"/>
          <w:sz w:val="18"/>
        </w:rPr>
        <w:t>First aid kit, allergy list from check-in, pickup authorization sheets *</w:t>
      </w:r>
    </w:p>
    <w:p>
      <w:pPr>
        <w:pStyle w:val="ListBullet"/>
        <w:spacing w:before="0" w:after="40" w:line="250" w:lineRule="auto"/>
      </w:pPr>
      <w:r>
        <w:rPr>
          <w:rFonts w:ascii="Liberation Sans" w:hAnsi="Liberation Sans" w:eastAsia="Liberation Sans"/>
          <w:b w:val="0"/>
          <w:i w:val="0"/>
          <w:color w:val="263342"/>
          <w:sz w:val="18"/>
        </w:rPr>
        <w:t>Trash bags, paper towels, cleaning spray — crafts get messy</w:t>
      </w:r>
    </w:p>
    <w:p>
      <w:pPr>
        <w:pStyle w:val="Heading2"/>
        <w:keepNext/>
        <w:spacing w:before="100" w:after="80"/>
      </w:pPr>
      <w:r>
        <w:rPr>
          <w:rFonts w:ascii="Liberation Sans" w:hAnsi="Liberation Sans" w:eastAsia="Liberation Sans"/>
          <w:b/>
          <w:i w:val="0"/>
          <w:color w:val="263342"/>
          <w:sz w:val="26"/>
        </w:rPr>
        <w:t>Rehearsal checklist</w:t>
      </w:r>
    </w:p>
    <w:p>
      <w:pPr>
        <w:pStyle w:val="ListBullet"/>
        <w:spacing w:before="0" w:after="40" w:line="250" w:lineRule="auto"/>
      </w:pPr>
      <w:r>
        <w:rPr>
          <w:rFonts w:ascii="Liberation Sans" w:hAnsi="Liberation Sans" w:eastAsia="Liberation Sans"/>
          <w:b w:val="0"/>
          <w:i w:val="0"/>
          <w:color w:val="263342"/>
          <w:sz w:val="18"/>
        </w:rPr>
        <w:t>Walk the rotation path exactly as kids will: homeroom → main session → rotation rooms → homeroom. Time the transitions.</w:t>
      </w:r>
    </w:p>
    <w:p>
      <w:pPr>
        <w:pStyle w:val="ListBullet"/>
        <w:spacing w:before="0" w:after="40" w:line="250" w:lineRule="auto"/>
      </w:pPr>
      <w:r>
        <w:rPr>
          <w:rFonts w:ascii="Liberation Sans" w:hAnsi="Liberation Sans" w:eastAsia="Liberation Sans"/>
          <w:b w:val="0"/>
          <w:i w:val="0"/>
          <w:color w:val="263342"/>
          <w:sz w:val="18"/>
        </w:rPr>
        <w:t>Rehearse the main session once: worship flow, teaching script, dismissal cue.</w:t>
      </w:r>
    </w:p>
    <w:p>
      <w:pPr>
        <w:pStyle w:val="ListBullet"/>
        <w:spacing w:before="0" w:after="40" w:line="250" w:lineRule="auto"/>
      </w:pPr>
      <w:r>
        <w:rPr>
          <w:rFonts w:ascii="Liberation Sans" w:hAnsi="Liberation Sans" w:eastAsia="Liberation Sans"/>
          <w:b w:val="0"/>
          <w:i w:val="0"/>
          <w:color w:val="263342"/>
          <w:sz w:val="18"/>
        </w:rPr>
        <w:t>Each rotation leader teaches their Night 1 plan to the team in 5 minutes.</w:t>
      </w:r>
    </w:p>
    <w:p>
      <w:pPr>
        <w:pStyle w:val="ListBullet"/>
        <w:spacing w:before="0" w:after="40" w:line="250" w:lineRule="auto"/>
      </w:pPr>
      <w:r>
        <w:rPr>
          <w:rFonts w:ascii="Liberation Sans" w:hAnsi="Liberation Sans" w:eastAsia="Liberation Sans"/>
          <w:b w:val="0"/>
          <w:i w:val="0"/>
          <w:color w:val="263342"/>
          <w:sz w:val="18"/>
        </w:rPr>
        <w:t>Test every Power Lab demo. If it does not wow the adults, simplify it.</w:t>
      </w:r>
    </w:p>
    <w:p>
      <w:pPr>
        <w:pStyle w:val="ListBullet"/>
        <w:spacing w:before="0" w:after="40" w:line="250" w:lineRule="auto"/>
      </w:pPr>
      <w:r>
        <w:rPr>
          <w:rFonts w:ascii="Liberation Sans" w:hAnsi="Liberation Sans" w:eastAsia="Liberation Sans"/>
          <w:b w:val="0"/>
          <w:i w:val="0"/>
          <w:color w:val="263342"/>
          <w:sz w:val="18"/>
        </w:rPr>
        <w:t>Confirm allergy plan: who holds the list, where labels go, what the snack team does if unsure.</w:t>
      </w:r>
    </w:p>
    <w:p>
      <w:pPr>
        <w:pStyle w:val="ListBullet"/>
        <w:spacing w:before="0" w:after="40" w:line="250" w:lineRule="auto"/>
      </w:pPr>
      <w:r>
        <w:rPr>
          <w:rFonts w:ascii="Liberation Sans" w:hAnsi="Liberation Sans" w:eastAsia="Liberation Sans"/>
          <w:b w:val="0"/>
          <w:i w:val="0"/>
          <w:color w:val="263342"/>
          <w:sz w:val="18"/>
        </w:rPr>
        <w:t>Rehearse the YELLOW and RED safety responses (see the Safety section) — ten minutes, total confidence.</w:t>
      </w:r>
    </w:p>
    <w:p>
      <w:pPr>
        <w:pStyle w:val="ListBullet"/>
        <w:spacing w:before="0" w:after="40" w:line="250" w:lineRule="auto"/>
      </w:pPr>
      <w:r>
        <w:rPr>
          <w:rFonts w:ascii="Liberation Sans" w:hAnsi="Liberation Sans" w:eastAsia="Liberation Sans"/>
          <w:b w:val="0"/>
          <w:i w:val="0"/>
          <w:color w:val="263342"/>
          <w:sz w:val="18"/>
        </w:rPr>
        <w:t>Pray over every room by name. Then go home and rest.</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14243A"/>
              <w:bottom w:val="nil"/>
              <w:right w:val="nil"/>
            </w:tcBorders>
          </w:tcPr>
          <w:p>
            <w:pPr>
              <w:spacing w:after="40"/>
            </w:pPr>
            <w:r>
              <w:rPr>
                <w:rFonts w:ascii="Liberation Sans" w:hAnsi="Liberation Sans" w:eastAsia="Liberation Sans"/>
                <w:b/>
                <w:i w:val="0"/>
                <w:color w:val="14243A"/>
                <w:sz w:val="20"/>
              </w:rPr>
              <w:t>Running 300?</w:t>
            </w:r>
          </w:p>
          <w:p>
            <w:pPr>
              <w:spacing w:after="0" w:line="252" w:lineRule="auto"/>
            </w:pPr>
            <w:r>
              <w:rPr>
                <w:rFonts w:ascii="Liberation Sans" w:hAnsi="Liberation Sans" w:eastAsia="Liberation Sans"/>
                <w:b w:val="0"/>
                <w:i w:val="0"/>
                <w:color w:val="263342"/>
                <w:sz w:val="18"/>
              </w:rPr>
              <w:t>The 300-kid playbook section scales everything on this page: 12 homerooms, 12 rotation rooms, ~120 volunteers, dinner service, and zone-based arrival/dismissal. Read it right after this.</w:t>
            </w:r>
          </w:p>
        </w:tc>
      </w:tr>
    </w:tbl>
    <w:p>
      <w:r>
        <w:br w:type="page"/>
      </w:r>
    </w:p>
    <w:tbl>
      <w:tblPr>
        <w:tblW w:type="auto" w:w="0"/>
        <w:jc w:val="center"/>
        <w:tblLook w:firstColumn="1" w:firstRow="1" w:lastColumn="0" w:lastRow="0" w:noHBand="0" w:noVBand="1" w:val="04A0"/>
      </w:tblPr>
      <w:tblGrid>
        <w:gridCol w:w="10282"/>
      </w:tblGrid>
      <w:tr>
        <w:tc>
          <w:tcPr>
            <w:tcW w:type="dxa" w:w="10282"/>
            <w:shd w:fill="0B8F87"/>
            <w:tcMar>
              <w:top w:w="260" w:type="dxa"/>
              <w:start w:w="240" w:type="dxa"/>
              <w:bottom w:w="260" w:type="dxa"/>
              <w:end w:w="240" w:type="dxa"/>
            </w:tcMar>
          </w:tcPr>
          <w:p>
            <w:pPr>
              <w:jc w:val="center"/>
            </w:pPr>
            <w:r>
              <w:rPr>
                <w:rFonts w:ascii="Liberation Sans" w:hAnsi="Liberation Sans" w:eastAsia="Liberation Sans"/>
                <w:b/>
                <w:i w:val="0"/>
                <w:color w:val="FFFFFF"/>
                <w:sz w:val="18"/>
              </w:rPr>
              <w:t>RUN OF SHOW</w:t>
            </w:r>
          </w:p>
          <w:p>
            <w:pPr>
              <w:jc w:val="center"/>
            </w:pPr>
            <w:r>
              <w:rPr>
                <w:rFonts w:ascii="Liberation Sans" w:hAnsi="Liberation Sans" w:eastAsia="Liberation Sans"/>
                <w:b/>
                <w:i w:val="0"/>
                <w:color w:val="FFFFFF"/>
                <w:sz w:val="50"/>
              </w:rPr>
              <w:t>The nightly rhythm</w:t>
            </w:r>
          </w:p>
          <w:p>
            <w:pPr>
              <w:jc w:val="center"/>
            </w:pPr>
            <w:r>
              <w:rPr>
                <w:rFonts w:ascii="Liberation Sans" w:hAnsi="Liberation Sans" w:eastAsia="Liberation Sans"/>
                <w:b w:val="0"/>
                <w:i w:val="0"/>
                <w:color w:val="FFFFFF"/>
                <w:sz w:val="20"/>
              </w:rPr>
              <w:t>Same backbone every night. Bend the timing to fit your building.</w:t>
            </w:r>
          </w:p>
        </w:tc>
      </w:tr>
    </w:tbl>
    <w:p>
      <w:pPr>
        <w:pStyle w:val="Heading2"/>
        <w:keepNext/>
        <w:spacing w:before="100" w:after="80"/>
      </w:pPr>
      <w:r>
        <w:rPr>
          <w:rFonts w:ascii="Liberation Sans" w:hAnsi="Liberation Sans" w:eastAsia="Liberation Sans"/>
          <w:b/>
          <w:i w:val="0"/>
          <w:color w:val="263342"/>
          <w:sz w:val="26"/>
        </w:rPr>
        <w:t>Days 1–3: 5:15–9:00 PM (with dinner) / 6:00–9:00 PM (program)</w:t>
      </w:r>
    </w:p>
    <w:tbl>
      <w:tblPr>
        <w:tblW w:type="auto" w:w="0"/>
        <w:jc w:val="center"/>
        <w:tblLayout w:type="fixed"/>
        <w:tblLook w:firstColumn="1" w:firstRow="1" w:lastColumn="0" w:lastRow="0" w:noHBand="0" w:noVBand="1" w:val="04A0"/>
      </w:tblPr>
      <w:tblGrid>
        <w:gridCol w:w="1224"/>
        <w:gridCol w:w="2088"/>
        <w:gridCol w:w="2304"/>
        <w:gridCol w:w="4680"/>
      </w:tblGrid>
      <w:tr>
        <w:tc>
          <w:tcPr>
            <w:tcW w:type="dxa" w:w="2570"/>
            <w:shd w:fill="0B8F87"/>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2570"/>
            <w:shd w:fill="0B8F87"/>
            <w:tcMar>
              <w:top w:w="80" w:type="dxa"/>
              <w:start w:w="100" w:type="dxa"/>
              <w:bottom w:w="80" w:type="dxa"/>
              <w:end w:w="100" w:type="dxa"/>
            </w:tcMar>
          </w:tcPr>
          <w:p>
            <w:r>
              <w:rPr>
                <w:rFonts w:ascii="Liberation Sans" w:hAnsi="Liberation Sans" w:eastAsia="Liberation Sans"/>
                <w:b/>
                <w:i w:val="0"/>
                <w:color w:val="FFFFFF"/>
                <w:sz w:val="17"/>
              </w:rPr>
              <w:t>What</w:t>
            </w:r>
          </w:p>
        </w:tc>
        <w:tc>
          <w:tcPr>
            <w:tcW w:type="dxa" w:w="2570"/>
            <w:shd w:fill="0B8F87"/>
            <w:tcMar>
              <w:top w:w="80" w:type="dxa"/>
              <w:start w:w="100" w:type="dxa"/>
              <w:bottom w:w="80" w:type="dxa"/>
              <w:end w:w="100" w:type="dxa"/>
            </w:tcMar>
          </w:tcPr>
          <w:p>
            <w:r>
              <w:rPr>
                <w:rFonts w:ascii="Liberation Sans" w:hAnsi="Liberation Sans" w:eastAsia="Liberation Sans"/>
                <w:b/>
                <w:i w:val="0"/>
                <w:color w:val="FFFFFF"/>
                <w:sz w:val="17"/>
              </w:rPr>
              <w:t>Where</w:t>
            </w:r>
          </w:p>
        </w:tc>
        <w:tc>
          <w:tcPr>
            <w:tcW w:type="dxa" w:w="2570"/>
            <w:shd w:fill="0B8F87"/>
            <w:tcMar>
              <w:top w:w="80" w:type="dxa"/>
              <w:start w:w="100" w:type="dxa"/>
              <w:bottom w:w="80" w:type="dxa"/>
              <w:end w:w="100" w:type="dxa"/>
            </w:tcMar>
          </w:tcPr>
          <w:p>
            <w:r>
              <w:rPr>
                <w:rFonts w:ascii="Liberation Sans" w:hAnsi="Liberation Sans" w:eastAsia="Liberation Sans"/>
                <w:b/>
                <w:i w:val="0"/>
                <w:color w:val="FFFFFF"/>
                <w:sz w:val="17"/>
              </w:rPr>
              <w:t>Notes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5:15</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Doors + dinner, Track A</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Serving area → homerooms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Pre-portioned trays; allergy table served first</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5:35</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Track B</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Serving area → homerooms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Second wave through the lines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5:55</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cleanup</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Bus tubs, wipe tables, reset rooms for rotations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6:00</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Arrival (non-dinner campers)</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Check-in, nametags, team colors, hype music (Go Outside instrumental)</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6:30</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Main session</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Auditorium</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Worship + big teaching. Everybody together.</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7:05</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 1</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 rooms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 minutes. Teams travel with homeroom leaders.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7:30</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Transition</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Hallways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 minutes. Play Unplug It; move with purpose.</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7:35</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 2</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 rooms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 minutes.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8:00</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Transition</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Hallways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 minutes.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8:05</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 3</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 rooms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 minutes.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8:30</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Transition</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Hallways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 minutes back to homerooms.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8:35</w:t>
            </w:r>
          </w:p>
        </w:tc>
        <w:tc>
          <w:tcPr>
            <w:tcW w:type="dxa" w:w="20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w:t>
            </w:r>
          </w:p>
        </w:tc>
        <w:tc>
          <w:tcPr>
            <w:tcW w:type="dxa" w:w="46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Recap, Remember This, points tally. Staggered zone release: Yellow 8:50 / Teal 8:55 / Blue 9:00 — every child dismissed by 9:00.</w:t>
            </w:r>
          </w:p>
        </w:tc>
      </w:tr>
    </w:tbl>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Keep the transitions tight</w:t>
            </w:r>
          </w:p>
          <w:p>
            <w:pPr>
              <w:spacing w:after="0" w:line="252" w:lineRule="auto"/>
            </w:pPr>
            <w:r>
              <w:rPr>
                <w:rFonts w:ascii="Liberation Sans" w:hAnsi="Liberation Sans" w:eastAsia="Liberation Sans"/>
                <w:b w:val="0"/>
                <w:i w:val="0"/>
                <w:color w:val="263342"/>
                <w:sz w:val="18"/>
              </w:rPr>
              <w:t>Five minutes is enough if the path is clear and the music is playing. Station a volunteer at every hallway corner on Night 1; by Night 3 the kids will lead themselves.</w:t>
            </w:r>
          </w:p>
        </w:tc>
      </w:tr>
    </w:tbl>
    <w:p>
      <w:pPr>
        <w:pStyle w:val="Heading2"/>
        <w:keepNext/>
        <w:spacing w:before="100" w:after="80"/>
      </w:pPr>
      <w:r>
        <w:rPr>
          <w:rFonts w:ascii="Liberation Sans" w:hAnsi="Liberation Sans" w:eastAsia="Liberation Sans"/>
          <w:b/>
          <w:i w:val="0"/>
          <w:color w:val="263342"/>
          <w:sz w:val="26"/>
        </w:rPr>
        <w:t>Day 4: Parent Night</w:t>
      </w:r>
    </w:p>
    <w:tbl>
      <w:tblPr>
        <w:tblW w:type="auto" w:w="0"/>
        <w:jc w:val="center"/>
        <w:tblLayout w:type="fixed"/>
        <w:tblLook w:firstColumn="1" w:firstRow="1" w:lastColumn="0" w:lastRow="0" w:noHBand="0" w:noVBand="1" w:val="04A0"/>
      </w:tblPr>
      <w:tblGrid>
        <w:gridCol w:w="1224"/>
        <w:gridCol w:w="2448"/>
        <w:gridCol w:w="6624"/>
      </w:tblGrid>
      <w:tr>
        <w:tc>
          <w:tcPr>
            <w:tcW w:type="dxa" w:w="3427"/>
            <w:shd w:fill="0B8F87"/>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3427"/>
            <w:shd w:fill="0B8F87"/>
            <w:tcMar>
              <w:top w:w="80" w:type="dxa"/>
              <w:start w:w="100" w:type="dxa"/>
              <w:bottom w:w="80" w:type="dxa"/>
              <w:end w:w="100" w:type="dxa"/>
            </w:tcMar>
          </w:tcPr>
          <w:p>
            <w:r>
              <w:rPr>
                <w:rFonts w:ascii="Liberation Sans" w:hAnsi="Liberation Sans" w:eastAsia="Liberation Sans"/>
                <w:b/>
                <w:i w:val="0"/>
                <w:color w:val="FFFFFF"/>
                <w:sz w:val="17"/>
              </w:rPr>
              <w:t>What</w:t>
            </w:r>
          </w:p>
        </w:tc>
        <w:tc>
          <w:tcPr>
            <w:tcW w:type="dxa" w:w="3427"/>
            <w:shd w:fill="0B8F87"/>
            <w:tcMar>
              <w:top w:w="80" w:type="dxa"/>
              <w:start w:w="100" w:type="dxa"/>
              <w:bottom w:w="80" w:type="dxa"/>
              <w:end w:w="100" w:type="dxa"/>
            </w:tcMar>
          </w:tcPr>
          <w:p>
            <w:r>
              <w:rPr>
                <w:rFonts w:ascii="Liberation Sans" w:hAnsi="Liberation Sans" w:eastAsia="Liberation Sans"/>
                <w:b/>
                <w:i w:val="0"/>
                <w:color w:val="FFFFFF"/>
                <w:sz w:val="17"/>
              </w:rPr>
              <w:t>Notes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6:00</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Doors open</w:t>
            </w:r>
          </w:p>
        </w:tc>
        <w:tc>
          <w:tcPr>
            <w:tcW w:type="dxa" w:w="66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Families check in; kids go to homerooms in camp shirts/colors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6:30</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Service begins</w:t>
            </w:r>
          </w:p>
        </w:tc>
        <w:tc>
          <w:tcPr>
            <w:tcW w:type="dxa" w:w="66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Auditorium: welcome, worship led by the kids (Go Outside, Church In The Summer)</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6:50</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Week recap</w:t>
            </w:r>
          </w:p>
        </w:tc>
        <w:tc>
          <w:tcPr>
            <w:tcW w:type="dxa" w:w="66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2-minute highlight reel or photo slideshow; each night’s Remember This shouted back</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7:00</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Gospel presentation</w:t>
            </w:r>
          </w:p>
        </w:tc>
        <w:tc>
          <w:tcPr>
            <w:tcW w:type="dxa" w:w="66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Clear, warm, invitational — see the full outline in the Parent Night section</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7:20</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Winners ceremony</w:t>
            </w:r>
          </w:p>
        </w:tc>
        <w:tc>
          <w:tcPr>
            <w:tcW w:type="dxa" w:w="66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Best Summer Ever under the awards; trophies or medals per age band; every team celebrated by name</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7:30</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Plug Into What’s Next</w:t>
            </w:r>
          </w:p>
        </w:tc>
        <w:tc>
          <w:tcPr>
            <w:tcW w:type="dxa" w:w="66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5th-grade celebration — see the dedicated section</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7:38</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See You Sunday</w:t>
            </w:r>
          </w:p>
        </w:tc>
        <w:tc>
          <w:tcPr>
            <w:tcW w:type="dxa" w:w="66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Kids sing over the families; leaders pray a blessing</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7:48</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City tour</w:t>
            </w:r>
          </w:p>
        </w:tc>
        <w:tc>
          <w:tcPr>
            <w:tcW w:type="dxa" w:w="66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Families walk through Electric City; kids show their parents what they built</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8:20</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Dismiss</w:t>
            </w:r>
          </w:p>
        </w:tc>
        <w:tc>
          <w:tcPr>
            <w:tcW w:type="dxa" w:w="66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Take-home cards at the door</w:t>
            </w:r>
          </w:p>
        </w:tc>
      </w:tr>
    </w:tbl>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No dinner on Day 4</w:t>
            </w:r>
          </w:p>
          <w:p>
            <w:pPr>
              <w:spacing w:after="0" w:line="252" w:lineRule="auto"/>
            </w:pPr>
            <w:r>
              <w:rPr>
                <w:rFonts w:ascii="Liberation Sans" w:hAnsi="Liberation Sans" w:eastAsia="Liberation Sans"/>
                <w:b w:val="0"/>
                <w:i w:val="0"/>
                <w:color w:val="263342"/>
                <w:sz w:val="18"/>
              </w:rPr>
              <w:t>Day 4 is a service night, not a camp night — families eat before they come. Doors open at 6:00.</w:t>
            </w:r>
          </w:p>
        </w:tc>
      </w:tr>
    </w:tbl>
    <w:p>
      <w:r>
        <w:br w:type="page"/>
      </w:r>
    </w:p>
    <w:tbl>
      <w:tblPr>
        <w:tblW w:type="auto" w:w="0"/>
        <w:jc w:val="center"/>
        <w:tblLook w:firstColumn="1" w:firstRow="1" w:lastColumn="0" w:lastRow="0" w:noHBand="0" w:noVBand="1" w:val="04A0"/>
      </w:tblPr>
      <w:tblGrid>
        <w:gridCol w:w="10282"/>
      </w:tblGrid>
      <w:tr>
        <w:tc>
          <w:tcPr>
            <w:tcW w:type="dxa" w:w="10282"/>
            <w:shd w:fill="14243A"/>
            <w:tcMar>
              <w:top w:w="260" w:type="dxa"/>
              <w:start w:w="240" w:type="dxa"/>
              <w:bottom w:w="260" w:type="dxa"/>
              <w:end w:w="240" w:type="dxa"/>
            </w:tcMar>
          </w:tcPr>
          <w:p>
            <w:pPr>
              <w:jc w:val="center"/>
            </w:pPr>
            <w:r>
              <w:rPr>
                <w:rFonts w:ascii="Liberation Sans" w:hAnsi="Liberation Sans" w:eastAsia="Liberation Sans"/>
                <w:b/>
                <w:i w:val="0"/>
                <w:color w:val="FFFFFF"/>
                <w:sz w:val="18"/>
              </w:rPr>
              <w:t>RUNNING IT BIG</w:t>
            </w:r>
          </w:p>
          <w:p>
            <w:pPr>
              <w:jc w:val="center"/>
            </w:pPr>
            <w:r>
              <w:rPr>
                <w:rFonts w:ascii="Liberation Sans" w:hAnsi="Liberation Sans" w:eastAsia="Liberation Sans"/>
                <w:b/>
                <w:i w:val="0"/>
                <w:color w:val="FFFFFF"/>
                <w:sz w:val="50"/>
              </w:rPr>
              <w:t>The 300-kid playbook</w:t>
            </w:r>
          </w:p>
          <w:p>
            <w:pPr>
              <w:jc w:val="center"/>
            </w:pPr>
            <w:r>
              <w:rPr>
                <w:rFonts w:ascii="Liberation Sans" w:hAnsi="Liberation Sans" w:eastAsia="Liberation Sans"/>
                <w:b w:val="0"/>
                <w:i w:val="0"/>
                <w:color w:val="FFFFFF"/>
                <w:sz w:val="20"/>
              </w:rPr>
              <w:t>Same camp. Same theme. Scaled for a big room.</w:t>
            </w:r>
          </w:p>
        </w:tc>
      </w:tr>
    </w:tbl>
    <w:p>
      <w:pPr>
        <w:spacing w:before="0" w:after="100" w:line="259" w:lineRule="auto"/>
      </w:pPr>
      <w:r>
        <w:rPr>
          <w:rFonts w:ascii="Liberation Sans" w:hAnsi="Liberation Sans" w:eastAsia="Liberation Sans"/>
          <w:b w:val="0"/>
          <w:i w:val="0"/>
          <w:color w:val="263342"/>
          <w:sz w:val="19"/>
        </w:rPr>
        <w:t>Everything before this point assumes a camp of about 60 kids — the size most churches run. This section scales Electric City to roughly 300 campers without changing the theme, the schedule backbone, or the rotations. If you are the 60-kid church, skip ahead; your version is already complete. If you are the 300-kid church, this is your operations manual.</w:t>
      </w:r>
    </w:p>
    <w:p>
      <w:pPr>
        <w:pStyle w:val="Heading2"/>
        <w:keepNext/>
        <w:spacing w:before="100" w:after="80"/>
      </w:pPr>
      <w:r>
        <w:rPr>
          <w:rFonts w:ascii="Liberation Sans" w:hAnsi="Liberation Sans" w:eastAsia="Liberation Sans"/>
          <w:b/>
          <w:i w:val="0"/>
          <w:color w:val="263342"/>
          <w:sz w:val="26"/>
        </w:rPr>
        <w:t>The math: homerooms and rotation waves</w:t>
      </w:r>
    </w:p>
    <w:p>
      <w:pPr>
        <w:pStyle w:val="ListBullet"/>
        <w:spacing w:before="0" w:after="40" w:line="250" w:lineRule="auto"/>
      </w:pPr>
      <w:r>
        <w:rPr>
          <w:rFonts w:ascii="Liberation Sans" w:hAnsi="Liberation Sans" w:eastAsia="Liberation Sans"/>
          <w:b w:val="0"/>
          <w:i w:val="0"/>
          <w:color w:val="263342"/>
          <w:sz w:val="18"/>
        </w:rPr>
        <w:t>12 HOMEROOMS × 25 KIDS: six younger-band rooms (Sparks, VPK–2nd) and six older-band rooms (Currents, 3rd–5th). Two leaders per room, every night.</w:t>
      </w:r>
    </w:p>
    <w:p>
      <w:pPr>
        <w:pStyle w:val="ListBullet"/>
        <w:spacing w:before="0" w:after="40" w:line="250" w:lineRule="auto"/>
      </w:pPr>
      <w:r>
        <w:rPr>
          <w:rFonts w:ascii="Liberation Sans" w:hAnsi="Liberation Sans" w:eastAsia="Liberation Sans"/>
          <w:b w:val="0"/>
          <w:i w:val="0"/>
          <w:color w:val="263342"/>
          <w:sz w:val="18"/>
        </w:rPr>
        <w:t>12 ROTATION ROOMS: four Crafts rooms, four Bible Story rooms, four Power Lab rooms — each holding 25 kids plus 2 leaders. Any room can host either band; the plans already carry younger/older adaptations.</w:t>
      </w:r>
    </w:p>
    <w:p>
      <w:pPr>
        <w:pStyle w:val="ListBullet"/>
        <w:spacing w:before="0" w:after="40" w:line="250" w:lineRule="auto"/>
      </w:pPr>
      <w:r>
        <w:rPr>
          <w:rFonts w:ascii="Liberation Sans" w:hAnsi="Liberation Sans" w:eastAsia="Liberation Sans"/>
          <w:b w:val="0"/>
          <w:i w:val="0"/>
          <w:color w:val="263342"/>
          <w:sz w:val="18"/>
        </w:rPr>
        <w:t>THREE WAVES, NO BOTTLENECKS: in each 25-minute block, four homerooms are in Crafts, four in Story, four in Lab. Then everybody rotates forward. Nobody waits, nobody crosses another team’s path.</w:t>
      </w:r>
    </w:p>
    <w:p>
      <w:pPr>
        <w:pStyle w:val="Heading2"/>
        <w:keepNext/>
        <w:spacing w:before="100" w:after="80"/>
      </w:pPr>
      <w:r>
        <w:rPr>
          <w:rFonts w:ascii="Liberation Sans" w:hAnsi="Liberation Sans" w:eastAsia="Liberation Sans"/>
          <w:b/>
          <w:i w:val="0"/>
          <w:color w:val="263342"/>
          <w:sz w:val="26"/>
        </w:rPr>
        <w:t>Rotation wave schedule (Days 1–3)</w:t>
      </w:r>
    </w:p>
    <w:tbl>
      <w:tblPr>
        <w:tblW w:type="auto" w:w="0"/>
        <w:jc w:val="center"/>
        <w:tblLayout w:type="fixed"/>
        <w:tblLook w:firstColumn="1" w:firstRow="1" w:lastColumn="0" w:lastRow="0" w:noHBand="0" w:noVBand="1" w:val="04A0"/>
      </w:tblPr>
      <w:tblGrid>
        <w:gridCol w:w="1656"/>
        <w:gridCol w:w="2880"/>
        <w:gridCol w:w="2880"/>
        <w:gridCol w:w="2880"/>
      </w:tblGrid>
      <w:tr>
        <w:tc>
          <w:tcPr>
            <w:tcW w:type="dxa" w:w="2570"/>
            <w:shd w:fill="14243A"/>
            <w:tcMar>
              <w:top w:w="80" w:type="dxa"/>
              <w:start w:w="100" w:type="dxa"/>
              <w:bottom w:w="80" w:type="dxa"/>
              <w:end w:w="100" w:type="dxa"/>
            </w:tcMar>
          </w:tcPr>
          <w:p>
            <w:r>
              <w:rPr>
                <w:rFonts w:ascii="Liberation Sans" w:hAnsi="Liberation Sans" w:eastAsia="Liberation Sans"/>
                <w:b/>
                <w:i w:val="0"/>
                <w:color w:val="FFFFFF"/>
                <w:sz w:val="17"/>
              </w:rPr>
              <w:t>Block</w:t>
            </w:r>
          </w:p>
        </w:tc>
        <w:tc>
          <w:tcPr>
            <w:tcW w:type="dxa" w:w="2570"/>
            <w:shd w:fill="14243A"/>
            <w:tcMar>
              <w:top w:w="80" w:type="dxa"/>
              <w:start w:w="100" w:type="dxa"/>
              <w:bottom w:w="80" w:type="dxa"/>
              <w:end w:w="100" w:type="dxa"/>
            </w:tcMar>
          </w:tcPr>
          <w:p>
            <w:r>
              <w:rPr>
                <w:rFonts w:ascii="Liberation Sans" w:hAnsi="Liberation Sans" w:eastAsia="Liberation Sans"/>
                <w:b/>
                <w:i w:val="0"/>
                <w:color w:val="FFFFFF"/>
                <w:sz w:val="17"/>
              </w:rPr>
              <w:t>Crafts rooms (C1–C4)</w:t>
            </w:r>
          </w:p>
        </w:tc>
        <w:tc>
          <w:tcPr>
            <w:tcW w:type="dxa" w:w="2570"/>
            <w:shd w:fill="14243A"/>
            <w:tcMar>
              <w:top w:w="80" w:type="dxa"/>
              <w:start w:w="100" w:type="dxa"/>
              <w:bottom w:w="80" w:type="dxa"/>
              <w:end w:w="100" w:type="dxa"/>
            </w:tcMar>
          </w:tcPr>
          <w:p>
            <w:r>
              <w:rPr>
                <w:rFonts w:ascii="Liberation Sans" w:hAnsi="Liberation Sans" w:eastAsia="Liberation Sans"/>
                <w:b/>
                <w:i w:val="0"/>
                <w:color w:val="FFFFFF"/>
                <w:sz w:val="17"/>
              </w:rPr>
              <w:t>Story rooms (S1–S4)</w:t>
            </w:r>
          </w:p>
        </w:tc>
        <w:tc>
          <w:tcPr>
            <w:tcW w:type="dxa" w:w="2570"/>
            <w:shd w:fill="14243A"/>
            <w:tcMar>
              <w:top w:w="80" w:type="dxa"/>
              <w:start w:w="100" w:type="dxa"/>
              <w:bottom w:w="80" w:type="dxa"/>
              <w:end w:w="100" w:type="dxa"/>
            </w:tcMar>
          </w:tcPr>
          <w:p>
            <w:r>
              <w:rPr>
                <w:rFonts w:ascii="Liberation Sans" w:hAnsi="Liberation Sans" w:eastAsia="Liberation Sans"/>
                <w:b/>
                <w:i w:val="0"/>
                <w:color w:val="FFFFFF"/>
                <w:sz w:val="17"/>
              </w:rPr>
              <w:t>Lab rooms (L1–L4)</w:t>
            </w:r>
          </w:p>
        </w:tc>
      </w:tr>
      <w:tr>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7:05 – Wave 1</w:t>
            </w:r>
          </w:p>
        </w:tc>
        <w:tc>
          <w:tcPr>
            <w:tcW w:type="dxa" w:w="28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1–4</w:t>
            </w:r>
          </w:p>
        </w:tc>
        <w:tc>
          <w:tcPr>
            <w:tcW w:type="dxa" w:w="28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5–8</w:t>
            </w:r>
          </w:p>
        </w:tc>
        <w:tc>
          <w:tcPr>
            <w:tcW w:type="dxa" w:w="28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9–12</w:t>
            </w:r>
          </w:p>
        </w:tc>
      </w:tr>
      <w:tr>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7:35 – Wave 2</w:t>
            </w:r>
          </w:p>
        </w:tc>
        <w:tc>
          <w:tcPr>
            <w:tcW w:type="dxa" w:w="28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9–12</w:t>
            </w:r>
          </w:p>
        </w:tc>
        <w:tc>
          <w:tcPr>
            <w:tcW w:type="dxa" w:w="28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1–4</w:t>
            </w:r>
          </w:p>
        </w:tc>
        <w:tc>
          <w:tcPr>
            <w:tcW w:type="dxa" w:w="28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5–8</w:t>
            </w:r>
          </w:p>
        </w:tc>
      </w:tr>
      <w:tr>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8:05 – Wave 3</w:t>
            </w:r>
          </w:p>
        </w:tc>
        <w:tc>
          <w:tcPr>
            <w:tcW w:type="dxa" w:w="28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5–8</w:t>
            </w:r>
          </w:p>
        </w:tc>
        <w:tc>
          <w:tcPr>
            <w:tcW w:type="dxa" w:w="28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9–12</w:t>
            </w:r>
          </w:p>
        </w:tc>
        <w:tc>
          <w:tcPr>
            <w:tcW w:type="dxa" w:w="28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 1–4</w:t>
            </w:r>
          </w:p>
        </w:tc>
      </w:tr>
    </w:tbl>
    <w:p>
      <w:pPr>
        <w:spacing w:before="0" w:after="100" w:line="259" w:lineRule="auto"/>
      </w:pPr>
      <w:r>
        <w:rPr>
          <w:rFonts w:ascii="Liberation Sans" w:hAnsi="Liberation Sans" w:eastAsia="Liberation Sans"/>
          <w:b w:val="0"/>
          <w:i/>
          <w:color w:val="526274"/>
          <w:sz w:val="18"/>
        </w:rPr>
        <w:t>Homerooms 1–6 are the younger band (Sparks); 7–12 are the older band (Currents). Post this grid on every homeroom door and in the command group chat.</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Two-wing option</w:t>
            </w:r>
          </w:p>
          <w:p>
            <w:pPr>
              <w:spacing w:after="0" w:line="252" w:lineRule="auto"/>
            </w:pPr>
            <w:r>
              <w:rPr>
                <w:rFonts w:ascii="Liberation Sans" w:hAnsi="Liberation Sans" w:eastAsia="Liberation Sans"/>
                <w:b w:val="0"/>
                <w:i w:val="0"/>
                <w:color w:val="263342"/>
                <w:sz w:val="18"/>
              </w:rPr>
              <w:t>If your campus has two wings or buildings, split into Track A (homerooms 1–6, east wing) and Track B (homerooms 7–12, west wing). Each track runs the same three-wave loop independently with its own six rotation rooms. Halves the hallway traffic and gives each assistant director a kingdom to run.</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14243A"/>
              <w:bottom w:val="nil"/>
              <w:right w:val="nil"/>
            </w:tcBorders>
          </w:tcPr>
          <w:p>
            <w:pPr>
              <w:spacing w:after="40"/>
            </w:pPr>
            <w:r>
              <w:rPr>
                <w:rFonts w:ascii="Liberation Sans" w:hAnsi="Liberation Sans" w:eastAsia="Liberation Sans"/>
                <w:b/>
                <w:i w:val="0"/>
                <w:color w:val="14243A"/>
                <w:sz w:val="20"/>
              </w:rPr>
              <w:t>Your building, your map</w:t>
            </w:r>
          </w:p>
          <w:p>
            <w:pPr>
              <w:spacing w:after="0" w:line="252" w:lineRule="auto"/>
            </w:pPr>
            <w:r>
              <w:rPr>
                <w:rFonts w:ascii="Liberation Sans" w:hAnsi="Liberation Sans" w:eastAsia="Liberation Sans"/>
                <w:b w:val="0"/>
                <w:i w:val="0"/>
                <w:color w:val="263342"/>
                <w:sz w:val="18"/>
              </w:rPr>
              <w:t>The 12 homerooms and 12 rotation rooms are a TEMPLATE — not a floor plan. Every church maps it to their own building: your room names, your capacities, your volunteers. The template shows the shape; you fill in the names.</w:t>
            </w:r>
          </w:p>
        </w:tc>
      </w:tr>
    </w:tbl>
    <w:p>
      <w:pPr>
        <w:pStyle w:val="Heading2"/>
        <w:keepNext/>
        <w:spacing w:before="100" w:after="80"/>
      </w:pPr>
      <w:r>
        <w:rPr>
          <w:rFonts w:ascii="Liberation Sans" w:hAnsi="Liberation Sans" w:eastAsia="Liberation Sans"/>
          <w:b/>
          <w:i w:val="0"/>
          <w:color w:val="263342"/>
          <w:sz w:val="26"/>
        </w:rPr>
        <w:t>Staffing model for 300</w:t>
      </w:r>
    </w:p>
    <w:p>
      <w:pPr>
        <w:spacing w:before="0" w:after="100" w:line="259" w:lineRule="auto"/>
      </w:pPr>
      <w:r>
        <w:rPr>
          <w:rFonts w:ascii="Liberation Sans" w:hAnsi="Liberation Sans" w:eastAsia="Liberation Sans"/>
          <w:b w:val="0"/>
          <w:i/>
          <w:color w:val="526274"/>
          <w:sz w:val="18"/>
        </w:rPr>
        <w:t>About 120 volunteers — roughly one adult for every 2–3 kids, which is the right ratio with VPK in the room.</w:t>
      </w:r>
    </w:p>
    <w:tbl>
      <w:tblPr>
        <w:tblW w:type="auto" w:w="0"/>
        <w:jc w:val="center"/>
        <w:tblLayout w:type="fixed"/>
        <w:tblLook w:firstColumn="1" w:firstRow="1" w:lastColumn="0" w:lastRow="0" w:noHBand="0" w:noVBand="1" w:val="04A0"/>
      </w:tblPr>
      <w:tblGrid>
        <w:gridCol w:w="3024"/>
        <w:gridCol w:w="792"/>
        <w:gridCol w:w="6480"/>
      </w:tblGrid>
      <w:tr>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Role</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Notes</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director</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Owns the clock and the calls.</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Assistant directors</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One per track/wing; each owns six homerooms.</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 leaders</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24</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per room × 12 rooms. The shepherds.</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 leaders</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24</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per room × 12 rooms.</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Worship / main session team</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Vocals, band, slides, mics.</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Sound / tech</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Auditorium + overflow if used.</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Check-in team</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12</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Greeters, iPad operators, tag/allergy flaggers. See Check-in &amp; Pickup.</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Runners</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Move kids homeroom ↔ pickup zone. See Check-in &amp; Pickup.</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Safety volunteers</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Hallways, doors, bathrooms, sweep — plus 2 security officers. See Safety.</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First aid</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One per zone; medical background preferred.</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team</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16</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Lead + prep + line servers + allergy table. See Dinner.</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Floaters / relief</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Bathroom breaks for volunteers, supply emergencies.</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Prayer team</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Rooms before doors open; intercession during main session.</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Photographer / social</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Recap reel needs coverage from three angles.</w:t>
            </w:r>
          </w:p>
        </w:tc>
      </w:tr>
      <w:tr>
        <w:tc>
          <w:tcPr>
            <w:tcW w:type="dxa" w:w="30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Parent Night (Day 4) hosts</w:t>
            </w:r>
          </w:p>
        </w:tc>
        <w:tc>
          <w:tcPr>
            <w:tcW w:type="dxa" w:w="7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w:t>
            </w:r>
          </w:p>
        </w:tc>
        <w:tc>
          <w:tcPr>
            <w:tcW w:type="dxa" w:w="648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Seat families, run the city tour, hand out take-homes.</w:t>
            </w:r>
          </w:p>
        </w:tc>
      </w:tr>
    </w:tbl>
    <w:p>
      <w:pPr>
        <w:pStyle w:val="Heading2"/>
        <w:keepNext/>
        <w:spacing w:before="100" w:after="80"/>
      </w:pPr>
      <w:r>
        <w:rPr>
          <w:rFonts w:ascii="Liberation Sans" w:hAnsi="Liberation Sans" w:eastAsia="Liberation Sans"/>
          <w:b/>
          <w:i w:val="0"/>
          <w:color w:val="263342"/>
          <w:sz w:val="26"/>
        </w:rPr>
        <w:t>Room capacities</w:t>
      </w:r>
    </w:p>
    <w:tbl>
      <w:tblPr>
        <w:tblW w:type="auto" w:w="0"/>
        <w:jc w:val="center"/>
        <w:tblLayout w:type="fixed"/>
        <w:tblLook w:firstColumn="1" w:firstRow="1" w:lastColumn="0" w:lastRow="0" w:noHBand="0" w:noVBand="1" w:val="04A0"/>
      </w:tblPr>
      <w:tblGrid>
        <w:gridCol w:w="2448"/>
        <w:gridCol w:w="1296"/>
        <w:gridCol w:w="3600"/>
        <w:gridCol w:w="2952"/>
      </w:tblGrid>
      <w:tr>
        <w:tc>
          <w:tcPr>
            <w:tcW w:type="dxa" w:w="2570"/>
            <w:shd w:fill="086862"/>
            <w:tcMar>
              <w:top w:w="80" w:type="dxa"/>
              <w:start w:w="100" w:type="dxa"/>
              <w:bottom w:w="80" w:type="dxa"/>
              <w:end w:w="100" w:type="dxa"/>
            </w:tcMar>
          </w:tcPr>
          <w:p>
            <w:r>
              <w:rPr>
                <w:rFonts w:ascii="Liberation Sans" w:hAnsi="Liberation Sans" w:eastAsia="Liberation Sans"/>
                <w:b/>
                <w:i w:val="0"/>
                <w:color w:val="FFFFFF"/>
                <w:sz w:val="17"/>
              </w:rPr>
              <w:t>Space</w:t>
            </w:r>
          </w:p>
        </w:tc>
        <w:tc>
          <w:tcPr>
            <w:tcW w:type="dxa" w:w="2570"/>
            <w:shd w:fill="086862"/>
            <w:tcMar>
              <w:top w:w="80" w:type="dxa"/>
              <w:start w:w="100" w:type="dxa"/>
              <w:bottom w:w="80" w:type="dxa"/>
              <w:end w:w="100" w:type="dxa"/>
            </w:tcMar>
          </w:tcPr>
          <w:p>
            <w:r>
              <w:rPr>
                <w:rFonts w:ascii="Liberation Sans" w:hAnsi="Liberation Sans" w:eastAsia="Liberation Sans"/>
                <w:b/>
                <w:i w:val="0"/>
                <w:color w:val="FFFFFF"/>
                <w:sz w:val="17"/>
              </w:rPr>
              <w:t>How many</w:t>
            </w:r>
          </w:p>
        </w:tc>
        <w:tc>
          <w:tcPr>
            <w:tcW w:type="dxa" w:w="2570"/>
            <w:shd w:fill="086862"/>
            <w:tcMar>
              <w:top w:w="80" w:type="dxa"/>
              <w:start w:w="100" w:type="dxa"/>
              <w:bottom w:w="80" w:type="dxa"/>
              <w:end w:w="100" w:type="dxa"/>
            </w:tcMar>
          </w:tcPr>
          <w:p>
            <w:r>
              <w:rPr>
                <w:rFonts w:ascii="Liberation Sans" w:hAnsi="Liberation Sans" w:eastAsia="Liberation Sans"/>
                <w:b/>
                <w:i w:val="0"/>
                <w:color w:val="FFFFFF"/>
                <w:sz w:val="17"/>
              </w:rPr>
              <w:t>Capacity each</w:t>
            </w:r>
          </w:p>
        </w:tc>
        <w:tc>
          <w:tcPr>
            <w:tcW w:type="dxa" w:w="2570"/>
            <w:shd w:fill="086862"/>
            <w:tcMar>
              <w:top w:w="80" w:type="dxa"/>
              <w:start w:w="100" w:type="dxa"/>
              <w:bottom w:w="80" w:type="dxa"/>
              <w:end w:w="100" w:type="dxa"/>
            </w:tcMar>
          </w:tcPr>
          <w:p>
            <w:r>
              <w:rPr>
                <w:rFonts w:ascii="Liberation Sans" w:hAnsi="Liberation Sans" w:eastAsia="Liberation Sans"/>
                <w:b/>
                <w:i w:val="0"/>
                <w:color w:val="FFFFFF"/>
                <w:sz w:val="17"/>
              </w:rPr>
              <w:t>Total</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Homerooms</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12</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 kids + 2 leaders</w:t>
            </w:r>
          </w:p>
        </w:tc>
        <w:tc>
          <w:tcPr>
            <w:tcW w:type="dxa" w:w="29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300 kids</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Crafts rooms</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 kids + 2 leaders</w:t>
            </w:r>
          </w:p>
        </w:tc>
        <w:tc>
          <w:tcPr>
            <w:tcW w:type="dxa" w:w="29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100 / wave</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Bible Story rooms</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 kids + 2 leaders</w:t>
            </w:r>
          </w:p>
        </w:tc>
        <w:tc>
          <w:tcPr>
            <w:tcW w:type="dxa" w:w="29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100 / wave</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Power Lab rooms</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25 kids + 2 leaders</w:t>
            </w:r>
          </w:p>
        </w:tc>
        <w:tc>
          <w:tcPr>
            <w:tcW w:type="dxa" w:w="29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100 / wave</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Auditorium</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400+ (kids + volunteers + Day 4 families)</w:t>
            </w:r>
          </w:p>
        </w:tc>
        <w:tc>
          <w:tcPr>
            <w:tcW w:type="dxa" w:w="29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Main session + parent night</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Holding area (optional)</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0–1</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Only if your church has day-camp transfers</w:t>
            </w:r>
          </w:p>
        </w:tc>
        <w:tc>
          <w:tcPr>
            <w:tcW w:type="dxa" w:w="29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See Check-in &amp; Pickup</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Serving area</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lines × 150</w:t>
            </w:r>
          </w:p>
        </w:tc>
        <w:tc>
          <w:tcPr>
            <w:tcW w:type="dxa" w:w="29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waves</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Supplies: 60-kid vs. 300-kid quantities</w:t>
      </w:r>
    </w:p>
    <w:p>
      <w:pPr>
        <w:spacing w:before="0" w:after="100" w:line="259" w:lineRule="auto"/>
      </w:pPr>
      <w:r>
        <w:rPr>
          <w:rFonts w:ascii="Liberation Sans" w:hAnsi="Liberation Sans" w:eastAsia="Liberation Sans"/>
          <w:b w:val="0"/>
          <w:i/>
          <w:color w:val="526274"/>
          <w:sz w:val="18"/>
        </w:rPr>
        <w:t>The 60-kid column is your small-church baseline. Scale straight across for 300 — and always order 10% extra.</w:t>
      </w:r>
    </w:p>
    <w:tbl>
      <w:tblPr>
        <w:tblW w:type="auto" w:w="0"/>
        <w:jc w:val="center"/>
        <w:tblLayout w:type="fixed"/>
        <w:tblLook w:firstColumn="1" w:firstRow="1" w:lastColumn="0" w:lastRow="0" w:noHBand="0" w:noVBand="1" w:val="04A0"/>
      </w:tblPr>
      <w:tblGrid>
        <w:gridCol w:w="3744"/>
        <w:gridCol w:w="2160"/>
        <w:gridCol w:w="2160"/>
      </w:tblGrid>
      <w:tr>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Item</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60 kids</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300 kids</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Battery tea lights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75</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350</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Nametags + lanyards/wristbands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330</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Cardboard boxes (craft base)</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12</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60</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Paper towel tubes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330</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Tissue paper packs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40</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Balloons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bags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 bags</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AA batteries + LEDs + wire leads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 kit</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 kits</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Bibles / verse card sets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12 sets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60 sets</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Team-color bandanas/wristbands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330</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First aid kits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 (1 per zone + check-in)</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Trash bags (33 gal)</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 box</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 boxes</w:t>
            </w:r>
          </w:p>
        </w:tc>
      </w:tr>
      <w:tr>
        <w:tc>
          <w:tcPr>
            <w:tcW w:type="dxa" w:w="37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Check-in iPads + printers</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 iPads + 2 tag printers</w:t>
            </w:r>
          </w:p>
        </w:tc>
      </w:tr>
    </w:tbl>
    <w:p>
      <w:pPr>
        <w:pStyle w:val="Heading2"/>
        <w:keepNext/>
        <w:spacing w:before="100" w:after="80"/>
      </w:pPr>
      <w:r>
        <w:rPr>
          <w:rFonts w:ascii="Liberation Sans" w:hAnsi="Liberation Sans" w:eastAsia="Liberation Sans"/>
          <w:b/>
          <w:i w:val="0"/>
          <w:color w:val="263342"/>
          <w:sz w:val="26"/>
        </w:rPr>
        <w:t>300-kid budget</w:t>
      </w:r>
    </w:p>
    <w:tbl>
      <w:tblPr>
        <w:tblW w:type="auto" w:w="0"/>
        <w:jc w:val="center"/>
        <w:tblLayout w:type="fixed"/>
        <w:tblLook w:firstColumn="1" w:firstRow="1" w:lastColumn="0" w:lastRow="0" w:noHBand="0" w:noVBand="1" w:val="04A0"/>
      </w:tblPr>
      <w:tblGrid>
        <w:gridCol w:w="3312"/>
        <w:gridCol w:w="1872"/>
        <w:gridCol w:w="5112"/>
      </w:tblGrid>
      <w:tr>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Line item</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Est. cost</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Notes</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Craft supplies (3 nights)</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$300–$450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Bulk: tissue, foil, tape, markers × 5</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Battery tea lights (350 ct)</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$80–$110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Amazon bulk; test on arrival</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Balloons, streamers, props</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$60–$90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Dollar store by the case</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Power Lab (×5 kits)</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$90–$150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Reusable next year</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(3 nights × 300)</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$1,800–$2,700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$2–$3 per plate — see Dinner plan</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Mid-evening snacks</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$350–$550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Walmart bulk, nut-free</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Team colors</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$150–$250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Bulk bandanas/wristbands</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T-shirts (optional)</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$4–$7 each</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See T-shirt plan — reusable all year</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Printing</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$80–$150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Forms, verse cards, signage, tags</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Prizes/trophies</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$100–$160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Medals + certificates in bulk</w:t>
            </w:r>
          </w:p>
        </w:tc>
      </w:tr>
      <w:tr>
        <w:tc>
          <w:tcPr>
            <w:tcW w:type="dxa" w:w="33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Check-in hardware</w:t>
            </w:r>
          </w:p>
        </w:tc>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$0–$400</w:t>
            </w:r>
          </w:p>
        </w:tc>
        <w:tc>
          <w:tcPr>
            <w:tcW w:type="dxa" w:w="51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 if the church owns iPads/printers</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Cost per kid at 300</w:t>
            </w:r>
          </w:p>
          <w:p>
            <w:pPr>
              <w:spacing w:after="0" w:line="252" w:lineRule="auto"/>
            </w:pPr>
            <w:r>
              <w:rPr>
                <w:rFonts w:ascii="Liberation Sans" w:hAnsi="Liberation Sans" w:eastAsia="Liberation Sans"/>
                <w:b w:val="0"/>
                <w:i w:val="0"/>
                <w:color w:val="263342"/>
                <w:sz w:val="18"/>
              </w:rPr>
              <w:t>Roughly $10–$15 per child with dinner, $4–$7 without — bulk buying is the whole game at this size. Tuition is each church’s call — see “Pricing your camp” for the cost-plus math. This is the church’s investment in its front door.</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Arrival &amp; dismissal flow for 300</w:t>
      </w:r>
    </w:p>
    <w:p>
      <w:pPr>
        <w:spacing w:before="0" w:after="100" w:line="259" w:lineRule="auto"/>
      </w:pPr>
      <w:r>
        <w:rPr>
          <w:rFonts w:ascii="Liberation Sans" w:hAnsi="Liberation Sans" w:eastAsia="Liberation Sans"/>
          <w:b/>
          <w:i w:val="0"/>
          <w:color w:val="263342"/>
          <w:sz w:val="19"/>
        </w:rPr>
        <w:t>Three hundred kids cannot arrive or leave through one door. Zone it.</w:t>
      </w:r>
    </w:p>
    <w:p>
      <w:pPr>
        <w:pStyle w:val="ListBullet"/>
        <w:spacing w:before="0" w:after="40" w:line="250" w:lineRule="auto"/>
      </w:pPr>
      <w:r>
        <w:rPr>
          <w:rFonts w:ascii="Liberation Sans" w:hAnsi="Liberation Sans" w:eastAsia="Liberation Sans"/>
          <w:b w:val="0"/>
          <w:i w:val="0"/>
          <w:color w:val="263342"/>
          <w:sz w:val="18"/>
        </w:rPr>
        <w:t>THREE PICKUP ZONES, marked with big team-color banners: YELLOW zone (Sparks homerooms 1–3), TEAL zone (Sparks 4–6), BLUE zone (Currents 7–12). Each zone has its own check-in tents and pickup tables — families always use the same zone.</w:t>
      </w:r>
    </w:p>
    <w:p>
      <w:pPr>
        <w:pStyle w:val="ListBullet"/>
        <w:spacing w:before="0" w:after="40" w:line="250" w:lineRule="auto"/>
      </w:pPr>
      <w:r>
        <w:rPr>
          <w:rFonts w:ascii="Liberation Sans" w:hAnsi="Liberation Sans" w:eastAsia="Liberation Sans"/>
          <w:b w:val="0"/>
          <w:i w:val="0"/>
          <w:color w:val="263342"/>
          <w:sz w:val="18"/>
        </w:rPr>
        <w:t>ARRIVAL (5:15 doors: early arrivals go to homerooms, supervised by the early team, and eat dinner’s first wave there. 6:00 program doors): greeters at each zone direct families to the shortest check-in line. (Churches using the optional holding area: early arrivals gather there instead; runners walk them to homerooms at 5:55.)</w:t>
      </w:r>
    </w:p>
    <w:p>
      <w:pPr>
        <w:pStyle w:val="ListBullet"/>
        <w:spacing w:before="0" w:after="40" w:line="250" w:lineRule="auto"/>
      </w:pPr>
      <w:r>
        <w:rPr>
          <w:rFonts w:ascii="Liberation Sans" w:hAnsi="Liberation Sans" w:eastAsia="Liberation Sans"/>
          <w:b w:val="0"/>
          <w:i w:val="0"/>
          <w:color w:val="263342"/>
          <w:sz w:val="18"/>
        </w:rPr>
        <w:t>STAGGERED DISMISSAL: 8:50 — Yellow zone released. 8:55 — Teal zone released. 9:00 — Blue zone released. Releases announced over PA and in the command group chat. Each zone’s DISMISSAL LEAD runs checkouts (iPads with the live roster, or the paper roster) while names are called over the mic/speaker — multiple checkouts at once, runners never release directly, no exceptions.</w:t>
      </w:r>
    </w:p>
    <w:p>
      <w:pPr>
        <w:pStyle w:val="ListBullet"/>
        <w:spacing w:before="0" w:after="40" w:line="250" w:lineRule="auto"/>
      </w:pPr>
      <w:r>
        <w:rPr>
          <w:rFonts w:ascii="Liberation Sans" w:hAnsi="Liberation Sans" w:eastAsia="Liberation Sans"/>
          <w:b w:val="0"/>
          <w:i w:val="0"/>
          <w:color w:val="263342"/>
          <w:sz w:val="18"/>
        </w:rPr>
        <w:t>ONE-WAY TRAFFIC LOOP: cars enter at [ENTRANCE], flow past the three zone tents in order, exit at [EXIT]. No parking in the loop — park-and-walk families use the main lot. Six parking volunteers in vests: two at the entrance, two at the drop-off lane, two at crosswalks.</w:t>
      </w:r>
    </w:p>
    <w:p>
      <w:pPr>
        <w:pStyle w:val="ListBullet"/>
        <w:spacing w:before="0" w:after="40" w:line="250" w:lineRule="auto"/>
      </w:pPr>
      <w:r>
        <w:rPr>
          <w:rFonts w:ascii="Liberation Sans" w:hAnsi="Liberation Sans" w:eastAsia="Liberation Sans"/>
          <w:b w:val="0"/>
          <w:i w:val="0"/>
          <w:color w:val="263342"/>
          <w:sz w:val="18"/>
        </w:rPr>
        <w:t>LATE PICKUP PLAN: after 9:10, remaining children gather in ONE supervised room with two volunteers. Director calls the family at 9:10 and 9:20; incident logged at 9:30.</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The golden rule of big-camp flow</w:t>
            </w:r>
          </w:p>
          <w:p>
            <w:pPr>
              <w:spacing w:after="0" w:line="252" w:lineRule="auto"/>
            </w:pPr>
            <w:r>
              <w:rPr>
                <w:rFonts w:ascii="Liberation Sans" w:hAnsi="Liberation Sans" w:eastAsia="Liberation Sans"/>
                <w:b w:val="0"/>
                <w:i w:val="0"/>
                <w:color w:val="263342"/>
                <w:sz w:val="18"/>
              </w:rPr>
              <w:t>Kids move in lines behind their leader; parents move to zones, never into hallways. The two streams never cross — that is what keeps 300 safe.</w:t>
            </w:r>
          </w:p>
        </w:tc>
      </w:tr>
    </w:tbl>
    <w:p>
      <w:r>
        <w:br w:type="page"/>
      </w:r>
    </w:p>
    <w:tbl>
      <w:tblPr>
        <w:tblW w:type="auto" w:w="0"/>
        <w:jc w:val="center"/>
        <w:tblLook w:firstColumn="1" w:firstRow="1" w:lastColumn="0" w:lastRow="0" w:noHBand="0" w:noVBand="1" w:val="04A0"/>
      </w:tblPr>
      <w:tblGrid>
        <w:gridCol w:w="10282"/>
      </w:tblGrid>
      <w:tr>
        <w:tc>
          <w:tcPr>
            <w:tcW w:type="dxa" w:w="10282"/>
            <w:shd w:fill="0B8F87"/>
            <w:tcMar>
              <w:top w:w="260" w:type="dxa"/>
              <w:start w:w="240" w:type="dxa"/>
              <w:bottom w:w="260" w:type="dxa"/>
              <w:end w:w="240" w:type="dxa"/>
            </w:tcMar>
          </w:tcPr>
          <w:p>
            <w:pPr>
              <w:jc w:val="center"/>
            </w:pPr>
            <w:r>
              <w:rPr>
                <w:rFonts w:ascii="Liberation Sans" w:hAnsi="Liberation Sans" w:eastAsia="Liberation Sans"/>
                <w:b/>
                <w:i w:val="0"/>
                <w:color w:val="FFFFFF"/>
                <w:sz w:val="18"/>
              </w:rPr>
              <w:t>SMALL CHURCH</w:t>
            </w:r>
          </w:p>
          <w:p>
            <w:pPr>
              <w:jc w:val="center"/>
            </w:pPr>
            <w:r>
              <w:rPr>
                <w:rFonts w:ascii="Liberation Sans" w:hAnsi="Liberation Sans" w:eastAsia="Liberation Sans"/>
                <w:b/>
                <w:i w:val="0"/>
                <w:color w:val="FFFFFF"/>
                <w:sz w:val="50"/>
              </w:rPr>
              <w:t>The 30–60 kid version</w:t>
            </w:r>
          </w:p>
          <w:p>
            <w:pPr>
              <w:jc w:val="center"/>
            </w:pPr>
            <w:r>
              <w:rPr>
                <w:rFonts w:ascii="Liberation Sans" w:hAnsi="Liberation Sans" w:eastAsia="Liberation Sans"/>
                <w:b w:val="0"/>
                <w:i w:val="0"/>
                <w:color w:val="FFFFFF"/>
                <w:sz w:val="20"/>
              </w:rPr>
              <w:t>Same camp. Four teams. Three rooms. Fully usable.</w:t>
            </w:r>
          </w:p>
        </w:tc>
      </w:tr>
    </w:tbl>
    <w:p>
      <w:pPr>
        <w:spacing w:before="0" w:after="100" w:line="259" w:lineRule="auto"/>
      </w:pPr>
      <w:r>
        <w:rPr>
          <w:rFonts w:ascii="Liberation Sans" w:hAnsi="Liberation Sans" w:eastAsia="Liberation Sans"/>
          <w:b w:val="0"/>
          <w:i w:val="0"/>
          <w:color w:val="263342"/>
          <w:sz w:val="19"/>
        </w:rPr>
        <w:t>If you have 30 to 60 kids, this page is your whole operations plan. Same theme, same nights, same rotations — arranged for the team and building you actually have.</w:t>
      </w:r>
    </w:p>
    <w:p>
      <w:pPr>
        <w:pStyle w:val="Heading2"/>
        <w:keepNext/>
        <w:spacing w:before="100" w:after="80"/>
      </w:pPr>
      <w:r>
        <w:rPr>
          <w:rFonts w:ascii="Liberation Sans" w:hAnsi="Liberation Sans" w:eastAsia="Liberation Sans"/>
          <w:b/>
          <w:i w:val="0"/>
          <w:color w:val="263342"/>
          <w:sz w:val="26"/>
        </w:rPr>
        <w:t>The four teams</w:t>
      </w:r>
    </w:p>
    <w:tbl>
      <w:tblPr>
        <w:tblW w:type="auto" w:w="0"/>
        <w:jc w:val="center"/>
        <w:tblLayout w:type="fixed"/>
        <w:tblLook w:firstColumn="1" w:firstRow="1" w:lastColumn="0" w:lastRow="0" w:noHBand="0" w:noVBand="1" w:val="04A0"/>
      </w:tblPr>
      <w:tblGrid>
        <w:gridCol w:w="2016"/>
        <w:gridCol w:w="2448"/>
        <w:gridCol w:w="2016"/>
        <w:gridCol w:w="3816"/>
      </w:tblGrid>
      <w:tr>
        <w:tc>
          <w:tcPr>
            <w:tcW w:type="dxa" w:w="2570"/>
            <w:shd w:fill="0B8F87"/>
            <w:tcMar>
              <w:top w:w="80" w:type="dxa"/>
              <w:start w:w="100" w:type="dxa"/>
              <w:bottom w:w="80" w:type="dxa"/>
              <w:end w:w="100" w:type="dxa"/>
            </w:tcMar>
          </w:tcPr>
          <w:p>
            <w:r>
              <w:rPr>
                <w:rFonts w:ascii="Liberation Sans" w:hAnsi="Liberation Sans" w:eastAsia="Liberation Sans"/>
                <w:b/>
                <w:i w:val="0"/>
                <w:color w:val="FFFFFF"/>
                <w:sz w:val="17"/>
              </w:rPr>
              <w:t>Team</w:t>
            </w:r>
          </w:p>
        </w:tc>
        <w:tc>
          <w:tcPr>
            <w:tcW w:type="dxa" w:w="2570"/>
            <w:shd w:fill="0B8F87"/>
            <w:tcMar>
              <w:top w:w="80" w:type="dxa"/>
              <w:start w:w="100" w:type="dxa"/>
              <w:bottom w:w="80" w:type="dxa"/>
              <w:end w:w="100" w:type="dxa"/>
            </w:tcMar>
          </w:tcPr>
          <w:p>
            <w:r>
              <w:rPr>
                <w:rFonts w:ascii="Liberation Sans" w:hAnsi="Liberation Sans" w:eastAsia="Liberation Sans"/>
                <w:b/>
                <w:i w:val="0"/>
                <w:color w:val="FFFFFF"/>
                <w:sz w:val="17"/>
              </w:rPr>
              <w:t>Band</w:t>
            </w:r>
          </w:p>
        </w:tc>
        <w:tc>
          <w:tcPr>
            <w:tcW w:type="dxa" w:w="2570"/>
            <w:shd w:fill="0B8F87"/>
            <w:tcMar>
              <w:top w:w="80" w:type="dxa"/>
              <w:start w:w="100" w:type="dxa"/>
              <w:bottom w:w="80" w:type="dxa"/>
              <w:end w:w="100" w:type="dxa"/>
            </w:tcMar>
          </w:tcPr>
          <w:p>
            <w:r>
              <w:rPr>
                <w:rFonts w:ascii="Liberation Sans" w:hAnsi="Liberation Sans" w:eastAsia="Liberation Sans"/>
                <w:b/>
                <w:i w:val="0"/>
                <w:color w:val="FFFFFF"/>
                <w:sz w:val="17"/>
              </w:rPr>
              <w:t>Size</w:t>
            </w:r>
          </w:p>
        </w:tc>
        <w:tc>
          <w:tcPr>
            <w:tcW w:type="dxa" w:w="2570"/>
            <w:shd w:fill="0B8F87"/>
            <w:tcMar>
              <w:top w:w="80" w:type="dxa"/>
              <w:start w:w="100" w:type="dxa"/>
              <w:bottom w:w="80" w:type="dxa"/>
              <w:end w:w="100" w:type="dxa"/>
            </w:tcMar>
          </w:tcPr>
          <w:p>
            <w:r>
              <w:rPr>
                <w:rFonts w:ascii="Liberation Sans" w:hAnsi="Liberation Sans" w:eastAsia="Liberation Sans"/>
                <w:b/>
                <w:i w:val="0"/>
                <w:color w:val="FFFFFF"/>
                <w:sz w:val="17"/>
              </w:rPr>
              <w:t>Leaders</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A</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Younger (VPK–2nd)</w:t>
            </w:r>
          </w:p>
        </w:tc>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8–15 kids</w:t>
            </w:r>
          </w:p>
        </w:tc>
        <w:tc>
          <w:tcPr>
            <w:tcW w:type="dxa" w:w="38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homeroom leaders</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B</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Younger (VPK–2nd)</w:t>
            </w:r>
          </w:p>
        </w:tc>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8–15 kids</w:t>
            </w:r>
          </w:p>
        </w:tc>
        <w:tc>
          <w:tcPr>
            <w:tcW w:type="dxa" w:w="38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homeroom leaders</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A</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Older (3rd–5th)</w:t>
            </w:r>
          </w:p>
        </w:tc>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8–15 kids</w:t>
            </w:r>
          </w:p>
        </w:tc>
        <w:tc>
          <w:tcPr>
            <w:tcW w:type="dxa" w:w="38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homeroom leaders</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B</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Older (3rd–5th)</w:t>
            </w:r>
          </w:p>
        </w:tc>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8–15 kids</w:t>
            </w:r>
          </w:p>
        </w:tc>
        <w:tc>
          <w:tcPr>
            <w:tcW w:type="dxa" w:w="38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homeroom leaders</w:t>
            </w:r>
          </w:p>
        </w:tc>
      </w:tr>
    </w:tbl>
    <w:p>
      <w:pPr>
        <w:spacing w:before="0" w:after="100" w:line="259" w:lineRule="auto"/>
      </w:pPr>
      <w:r>
        <w:rPr>
          <w:rFonts w:ascii="Liberation Sans" w:hAnsi="Liberation Sans" w:eastAsia="Liberation Sans"/>
          <w:b w:val="0"/>
          <w:i/>
          <w:color w:val="526274"/>
          <w:sz w:val="18"/>
        </w:rPr>
        <w:t>Split each band by age and friendships, not by skill. Keep VPK with kindergarten. Siblings on the same team unless a parent asks otherwise.</w:t>
      </w:r>
    </w:p>
    <w:p>
      <w:pPr>
        <w:pStyle w:val="Heading2"/>
        <w:keepNext/>
        <w:spacing w:before="100" w:after="80"/>
      </w:pPr>
      <w:r>
        <w:rPr>
          <w:rFonts w:ascii="Liberation Sans" w:hAnsi="Liberation Sans" w:eastAsia="Liberation Sans"/>
          <w:b/>
          <w:i w:val="0"/>
          <w:color w:val="263342"/>
          <w:sz w:val="26"/>
        </w:rPr>
        <w:t>How four teams rotate through three rooms</w:t>
      </w:r>
    </w:p>
    <w:p>
      <w:pPr>
        <w:spacing w:before="0" w:after="100" w:line="259" w:lineRule="auto"/>
      </w:pPr>
      <w:r>
        <w:rPr>
          <w:rFonts w:ascii="Liberation Sans" w:hAnsi="Liberation Sans" w:eastAsia="Liberation Sans"/>
          <w:b w:val="0"/>
          <w:i w:val="0"/>
          <w:color w:val="263342"/>
          <w:sz w:val="19"/>
        </w:rPr>
        <w:t>Three rotation rooms (Craft, Story, Lab) plus one “Power Play” station — a simple active-game corner led by one volunteer with a bin of balls, cones, and the Sports alternate games. Every team visits every room; nobody waits.</w:t>
      </w:r>
    </w:p>
    <w:tbl>
      <w:tblPr>
        <w:tblW w:type="auto" w:w="0"/>
        <w:jc w:val="center"/>
        <w:tblLayout w:type="fixed"/>
        <w:tblLook w:firstColumn="1" w:firstRow="1" w:lastColumn="0" w:lastRow="0" w:noHBand="0" w:noVBand="1" w:val="04A0"/>
      </w:tblPr>
      <w:tblGrid>
        <w:gridCol w:w="1656"/>
        <w:gridCol w:w="2160"/>
        <w:gridCol w:w="2160"/>
        <w:gridCol w:w="2160"/>
        <w:gridCol w:w="2160"/>
      </w:tblGrid>
      <w:tr>
        <w:tc>
          <w:tcPr>
            <w:tcW w:type="dxa" w:w="2056"/>
            <w:shd w:fill="0B8F87"/>
            <w:tcMar>
              <w:top w:w="80" w:type="dxa"/>
              <w:start w:w="100" w:type="dxa"/>
              <w:bottom w:w="80" w:type="dxa"/>
              <w:end w:w="100" w:type="dxa"/>
            </w:tcMar>
          </w:tcPr>
          <w:p>
            <w:r>
              <w:rPr>
                <w:rFonts w:ascii="Liberation Sans" w:hAnsi="Liberation Sans" w:eastAsia="Liberation Sans"/>
                <w:b/>
                <w:i w:val="0"/>
                <w:color w:val="FFFFFF"/>
                <w:sz w:val="17"/>
              </w:rPr>
              <w:t>Block</w:t>
            </w:r>
          </w:p>
        </w:tc>
        <w:tc>
          <w:tcPr>
            <w:tcW w:type="dxa" w:w="2056"/>
            <w:shd w:fill="0B8F87"/>
            <w:tcMar>
              <w:top w:w="80" w:type="dxa"/>
              <w:start w:w="100" w:type="dxa"/>
              <w:bottom w:w="80" w:type="dxa"/>
              <w:end w:w="100" w:type="dxa"/>
            </w:tcMar>
          </w:tcPr>
          <w:p>
            <w:r>
              <w:rPr>
                <w:rFonts w:ascii="Liberation Sans" w:hAnsi="Liberation Sans" w:eastAsia="Liberation Sans"/>
                <w:b/>
                <w:i w:val="0"/>
                <w:color w:val="FFFFFF"/>
                <w:sz w:val="17"/>
              </w:rPr>
              <w:t>Craft room</w:t>
            </w:r>
          </w:p>
        </w:tc>
        <w:tc>
          <w:tcPr>
            <w:tcW w:type="dxa" w:w="2056"/>
            <w:shd w:fill="0B8F87"/>
            <w:tcMar>
              <w:top w:w="80" w:type="dxa"/>
              <w:start w:w="100" w:type="dxa"/>
              <w:bottom w:w="80" w:type="dxa"/>
              <w:end w:w="100" w:type="dxa"/>
            </w:tcMar>
          </w:tcPr>
          <w:p>
            <w:r>
              <w:rPr>
                <w:rFonts w:ascii="Liberation Sans" w:hAnsi="Liberation Sans" w:eastAsia="Liberation Sans"/>
                <w:b/>
                <w:i w:val="0"/>
                <w:color w:val="FFFFFF"/>
                <w:sz w:val="17"/>
              </w:rPr>
              <w:t>Story room</w:t>
            </w:r>
          </w:p>
        </w:tc>
        <w:tc>
          <w:tcPr>
            <w:tcW w:type="dxa" w:w="2056"/>
            <w:shd w:fill="0B8F87"/>
            <w:tcMar>
              <w:top w:w="80" w:type="dxa"/>
              <w:start w:w="100" w:type="dxa"/>
              <w:bottom w:w="80" w:type="dxa"/>
              <w:end w:w="100" w:type="dxa"/>
            </w:tcMar>
          </w:tcPr>
          <w:p>
            <w:r>
              <w:rPr>
                <w:rFonts w:ascii="Liberation Sans" w:hAnsi="Liberation Sans" w:eastAsia="Liberation Sans"/>
                <w:b/>
                <w:i w:val="0"/>
                <w:color w:val="FFFFFF"/>
                <w:sz w:val="17"/>
              </w:rPr>
              <w:t>Lab room</w:t>
            </w:r>
          </w:p>
        </w:tc>
        <w:tc>
          <w:tcPr>
            <w:tcW w:type="dxa" w:w="2056"/>
            <w:shd w:fill="0B8F87"/>
            <w:tcMar>
              <w:top w:w="80" w:type="dxa"/>
              <w:start w:w="100" w:type="dxa"/>
              <w:bottom w:w="80" w:type="dxa"/>
              <w:end w:w="100" w:type="dxa"/>
            </w:tcMar>
          </w:tcPr>
          <w:p>
            <w:r>
              <w:rPr>
                <w:rFonts w:ascii="Liberation Sans" w:hAnsi="Liberation Sans" w:eastAsia="Liberation Sans"/>
                <w:b/>
                <w:i w:val="0"/>
                <w:color w:val="FFFFFF"/>
                <w:sz w:val="17"/>
              </w:rPr>
              <w:t>Power Play</w:t>
            </w:r>
          </w:p>
        </w:tc>
      </w:tr>
      <w:tr>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7:05 – Block 1</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A</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B</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A</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B</w:t>
            </w:r>
          </w:p>
        </w:tc>
      </w:tr>
      <w:tr>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7:35 – Block 2</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B</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A</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B</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A</w:t>
            </w:r>
          </w:p>
        </w:tc>
      </w:tr>
      <w:tr>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8:05 – Block 3</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A</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B</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A</w:t>
            </w:r>
          </w:p>
        </w:tc>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B</w:t>
            </w:r>
          </w:p>
        </w:tc>
      </w:tr>
    </w:tbl>
    <w:p>
      <w:pPr>
        <w:spacing w:before="0" w:after="100" w:line="259" w:lineRule="auto"/>
      </w:pPr>
      <w:r>
        <w:rPr>
          <w:rFonts w:ascii="Liberation Sans" w:hAnsi="Liberation Sans" w:eastAsia="Liberation Sans"/>
          <w:b w:val="0"/>
          <w:i/>
          <w:color w:val="526274"/>
          <w:sz w:val="18"/>
        </w:rPr>
        <w:t>Under 30 kids? Merge to three teams (one younger, two older — or by your actual split) and drop Power Play; the three rooms carry it.</w:t>
      </w:r>
    </w:p>
    <w:p>
      <w:pPr>
        <w:pStyle w:val="Heading2"/>
        <w:keepNext/>
        <w:spacing w:before="100" w:after="80"/>
      </w:pPr>
      <w:r>
        <w:rPr>
          <w:rFonts w:ascii="Liberation Sans" w:hAnsi="Liberation Sans" w:eastAsia="Liberation Sans"/>
          <w:b/>
          <w:i w:val="0"/>
          <w:color w:val="263342"/>
          <w:sz w:val="26"/>
        </w:rPr>
        <w:t>Roles your volunteers can combine</w:t>
      </w:r>
    </w:p>
    <w:tbl>
      <w:tblPr>
        <w:tblW w:type="auto" w:w="0"/>
        <w:jc w:val="center"/>
        <w:tblLayout w:type="fixed"/>
        <w:tblLook w:firstColumn="1" w:firstRow="1" w:lastColumn="0" w:lastRow="0" w:noHBand="0" w:noVBand="1" w:val="04A0"/>
      </w:tblPr>
      <w:tblGrid>
        <w:gridCol w:w="3456"/>
        <w:gridCol w:w="6840"/>
      </w:tblGrid>
      <w:tr>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One volunteer covers</w:t>
            </w:r>
          </w:p>
        </w:tc>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Notes</w:t>
            </w:r>
          </w:p>
        </w:tc>
      </w:tr>
      <w:tr>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Check-in lead + dismissal lead</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Same person owns tags all night — arrival through the 8:50–9:00 release.</w:t>
            </w:r>
          </w:p>
        </w:tc>
      </w:tr>
      <w:tr>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Craft leader + setup crew</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 craft leader preps their own room on Setup Day; no separate setup team needed.</w:t>
            </w:r>
          </w:p>
        </w:tc>
      </w:tr>
      <w:tr>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Worship leader + main-session MC</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One energetic host runs the whole 6:30 session with a slides volunteer.</w:t>
            </w:r>
          </w:p>
        </w:tc>
      </w:tr>
      <w:tr>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director + safety lead</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At this size the director walks the halls; add one vest volunteer for doors.</w:t>
            </w:r>
          </w:p>
        </w:tc>
      </w:tr>
      <w:tr>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Snack prep (2 volunteers)</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Two people can prep and serve 60 kids in 25 minutes.</w:t>
            </w:r>
          </w:p>
        </w:tc>
      </w:tr>
      <w:tr>
        <w:tc>
          <w:tcPr>
            <w:tcW w:type="dxa" w:w="34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First aid + prayer team</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Your nurse/medical volunteer covers the kit and prays over rooms before doors.</w:t>
            </w:r>
          </w:p>
        </w:tc>
      </w:tr>
    </w:tbl>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Minimum vs. optional</w:t>
            </w:r>
          </w:p>
          <w:p>
            <w:pPr>
              <w:spacing w:after="0" w:line="252" w:lineRule="auto"/>
            </w:pPr>
            <w:r>
              <w:rPr>
                <w:rFonts w:ascii="Liberation Sans" w:hAnsi="Liberation Sans" w:eastAsia="Liberation Sans"/>
                <w:b w:val="0"/>
                <w:i w:val="0"/>
                <w:color w:val="263342"/>
                <w:sz w:val="18"/>
              </w:rPr>
              <w:t>MINIMUM: 8 homeroom leaders, 3 rotation leaders, 1 Power Play volunteer, check-in/dismissal lead, director, 2 snack, 1 first aid — about 18 people. OPTIONAL UPGRADES: dedicated setup crew, photographer, second safety volunteer, dinner team. Start with the minimum; add upgrades only if the volunteers exist.</w:t>
            </w:r>
          </w:p>
        </w:tc>
      </w:tr>
    </w:tbl>
    <w:p>
      <w:r>
        <w:br w:type="page"/>
      </w:r>
    </w:p>
    <w:tbl>
      <w:tblPr>
        <w:tblW w:type="auto" w:w="0"/>
        <w:jc w:val="center"/>
        <w:tblLook w:firstColumn="1" w:firstRow="1" w:lastColumn="0" w:lastRow="0" w:noHBand="0" w:noVBand="1" w:val="04A0"/>
      </w:tblPr>
      <w:tblGrid>
        <w:gridCol w:w="10282"/>
      </w:tblGrid>
      <w:tr>
        <w:tc>
          <w:tcPr>
            <w:tcW w:type="dxa" w:w="10282"/>
            <w:shd w:fill="E35D5B"/>
            <w:tcMar>
              <w:top w:w="260" w:type="dxa"/>
              <w:start w:w="240" w:type="dxa"/>
              <w:bottom w:w="260" w:type="dxa"/>
              <w:end w:w="240" w:type="dxa"/>
            </w:tcMar>
          </w:tcPr>
          <w:p>
            <w:pPr>
              <w:jc w:val="center"/>
            </w:pPr>
            <w:r>
              <w:rPr>
                <w:rFonts w:ascii="Liberation Sans" w:hAnsi="Liberation Sans" w:eastAsia="Liberation Sans"/>
                <w:b/>
                <w:i w:val="0"/>
                <w:color w:val="FFFFFF"/>
                <w:sz w:val="18"/>
              </w:rPr>
              <w:t>DINNER</w:t>
            </w:r>
          </w:p>
          <w:p>
            <w:pPr>
              <w:jc w:val="center"/>
            </w:pPr>
            <w:r>
              <w:rPr>
                <w:rFonts w:ascii="Liberation Sans" w:hAnsi="Liberation Sans" w:eastAsia="Liberation Sans"/>
                <w:b/>
                <w:i w:val="0"/>
                <w:color w:val="FFFFFF"/>
                <w:sz w:val="50"/>
              </w:rPr>
              <w:t>Feed them first</w:t>
            </w:r>
          </w:p>
          <w:p>
            <w:pPr>
              <w:jc w:val="center"/>
            </w:pPr>
            <w:r>
              <w:rPr>
                <w:rFonts w:ascii="Liberation Sans" w:hAnsi="Liberation Sans" w:eastAsia="Liberation Sans"/>
                <w:b w:val="0"/>
                <w:i w:val="0"/>
                <w:color w:val="FFFFFF"/>
                <w:sz w:val="20"/>
              </w:rPr>
              <w:t>A 300-kid dinner plan: 5:15–6:00, then camp.</w:t>
            </w:r>
          </w:p>
        </w:tc>
      </w:tr>
    </w:tbl>
    <w:p>
      <w:pPr>
        <w:spacing w:before="0" w:after="100" w:line="259" w:lineRule="auto"/>
      </w:pPr>
      <w:r>
        <w:rPr>
          <w:rFonts w:ascii="Liberation Sans" w:hAnsi="Liberation Sans" w:eastAsia="Liberation Sans"/>
          <w:b w:val="0"/>
          <w:i w:val="0"/>
          <w:color w:val="263342"/>
          <w:sz w:val="19"/>
        </w:rPr>
        <w:t>From 5:15 to 9:00, kids need a real meal — not just a snack. Dinner runs BEFORE the program so rotations still start on time: doors open for dinner at 5:15, the program begins at 6:00 for everyone. (Running the 60-kid version without dinner? Keep the 6:00 start — the schedule already works.)</w:t>
      </w:r>
    </w:p>
    <w:p>
      <w:pPr>
        <w:pStyle w:val="Heading2"/>
        <w:keepNext/>
        <w:spacing w:before="100" w:after="80"/>
      </w:pPr>
      <w:r>
        <w:rPr>
          <w:rFonts w:ascii="Liberation Sans" w:hAnsi="Liberation Sans" w:eastAsia="Liberation Sans"/>
          <w:b/>
          <w:i w:val="0"/>
          <w:color w:val="263342"/>
          <w:sz w:val="26"/>
        </w:rPr>
        <w:t>Serving flow: staggered lines, eat in homerooms</w:t>
      </w:r>
    </w:p>
    <w:p>
      <w:pPr>
        <w:spacing w:before="0" w:after="100" w:line="259" w:lineRule="auto"/>
      </w:pPr>
      <w:r>
        <w:rPr>
          <w:rFonts w:ascii="Liberation Sans" w:hAnsi="Liberation Sans" w:eastAsia="Liberation Sans"/>
          <w:b/>
          <w:i w:val="0"/>
          <w:color w:val="263342"/>
          <w:sz w:val="19"/>
        </w:rPr>
        <w:t>RECOMMENDED: two serving lines × 150 kids, pre-portioned trays, eaten in homerooms. Here is why it beats every alternative:</w:t>
      </w:r>
    </w:p>
    <w:p>
      <w:pPr>
        <w:pStyle w:val="ListBullet"/>
        <w:spacing w:before="0" w:after="40" w:line="250" w:lineRule="auto"/>
      </w:pPr>
      <w:r>
        <w:rPr>
          <w:rFonts w:ascii="Liberation Sans" w:hAnsi="Liberation Sans" w:eastAsia="Liberation Sans"/>
          <w:b w:val="0"/>
          <w:i w:val="0"/>
          <w:color w:val="263342"/>
          <w:sz w:val="18"/>
        </w:rPr>
        <w:t>SPEED: two lines move 150 kids each in about 20 minutes — roughly 8 kids per minute per line with trays already portioned. A single cafeteria line would take an hour.</w:t>
      </w:r>
    </w:p>
    <w:p>
      <w:pPr>
        <w:pStyle w:val="ListBullet"/>
        <w:spacing w:before="0" w:after="40" w:line="250" w:lineRule="auto"/>
      </w:pPr>
      <w:r>
        <w:rPr>
          <w:rFonts w:ascii="Liberation Sans" w:hAnsi="Liberation Sans" w:eastAsia="Liberation Sans"/>
          <w:b w:val="0"/>
          <w:i w:val="0"/>
          <w:color w:val="263342"/>
          <w:sz w:val="18"/>
        </w:rPr>
        <w:t>SAFETY: the allergy table serves first and separately (below). No allergen ever crosses the main lines.</w:t>
      </w:r>
    </w:p>
    <w:p>
      <w:pPr>
        <w:pStyle w:val="ListBullet"/>
        <w:spacing w:before="0" w:after="40" w:line="250" w:lineRule="auto"/>
      </w:pPr>
      <w:r>
        <w:rPr>
          <w:rFonts w:ascii="Liberation Sans" w:hAnsi="Liberation Sans" w:eastAsia="Liberation Sans"/>
          <w:b w:val="0"/>
          <w:i w:val="0"/>
          <w:color w:val="263342"/>
          <w:sz w:val="18"/>
        </w:rPr>
        <w:t>BONDING: teams eat together with their homeroom leaders. Night 1 dinner is where shy kids make their first friend.</w:t>
      </w:r>
    </w:p>
    <w:p>
      <w:pPr>
        <w:pStyle w:val="ListBullet"/>
        <w:spacing w:before="0" w:after="40" w:line="250" w:lineRule="auto"/>
      </w:pPr>
      <w:r>
        <w:rPr>
          <w:rFonts w:ascii="Liberation Sans" w:hAnsi="Liberation Sans" w:eastAsia="Liberation Sans"/>
          <w:b w:val="0"/>
          <w:i w:val="0"/>
          <w:color w:val="263342"/>
          <w:sz w:val="18"/>
        </w:rPr>
        <w:t>NO LOST KIDS: nobody wanders a 300-seat cafeteria. Kids go line → homeroom → stay put.</w:t>
      </w:r>
    </w:p>
    <w:p>
      <w:pPr>
        <w:pStyle w:val="ListBullet"/>
        <w:spacing w:before="0" w:after="40" w:line="250" w:lineRule="auto"/>
      </w:pPr>
      <w:r>
        <w:rPr>
          <w:rFonts w:ascii="Liberation Sans" w:hAnsi="Liberation Sans" w:eastAsia="Liberation Sans"/>
          <w:b w:val="0"/>
          <w:i w:val="0"/>
          <w:color w:val="263342"/>
          <w:sz w:val="18"/>
        </w:rPr>
        <w:t>Track A eats 5:15–5:35. Track B eats 5:35–5:55. Cleanup 5:55–6:10. Rooms reset for rotations by 6:25.</w:t>
      </w:r>
    </w:p>
    <w:p>
      <w:pPr>
        <w:pStyle w:val="ListBullet"/>
        <w:spacing w:before="0" w:after="40" w:line="250" w:lineRule="auto"/>
      </w:pPr>
      <w:r>
        <w:rPr>
          <w:rFonts w:ascii="Liberation Sans" w:hAnsi="Liberation Sans" w:eastAsia="Liberation Sans"/>
          <w:b w:val="0"/>
          <w:i w:val="0"/>
          <w:color w:val="263342"/>
          <w:sz w:val="18"/>
        </w:rPr>
        <w:t>EARLY ARRIVALS EAT FIRST: the 5:15 dinner wave is served in the homerooms where early arrivals are supervised — no separate trip to the serving area. (Churches using the optional holding area serve the first wave there instead.)</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Drinks</w:t>
            </w:r>
          </w:p>
          <w:p>
            <w:pPr>
              <w:spacing w:after="0" w:line="252" w:lineRule="auto"/>
            </w:pPr>
            <w:r>
              <w:rPr>
                <w:rFonts w:ascii="Liberation Sans" w:hAnsi="Liberation Sans" w:eastAsia="Liberation Sans"/>
                <w:b w:val="0"/>
                <w:i w:val="0"/>
                <w:color w:val="263342"/>
                <w:sz w:val="18"/>
              </w:rPr>
              <w:t>Water and juice boxes at a self-serve station past the lines — never IN the line (spills slow everything). One drink per child; refills at the homeroom water cooler.</w:t>
            </w:r>
          </w:p>
        </w:tc>
      </w:tr>
    </w:tbl>
    <w:p>
      <w:pPr>
        <w:pStyle w:val="Heading2"/>
        <w:keepNext/>
        <w:spacing w:before="100" w:after="80"/>
      </w:pPr>
      <w:r>
        <w:rPr>
          <w:rFonts w:ascii="Liberation Sans" w:hAnsi="Liberation Sans" w:eastAsia="Liberation Sans"/>
          <w:b/>
          <w:i w:val="0"/>
          <w:color w:val="263342"/>
          <w:sz w:val="26"/>
        </w:rPr>
        <w:t>Dinner staffing (16)</w:t>
      </w:r>
    </w:p>
    <w:tbl>
      <w:tblPr>
        <w:tblW w:type="auto" w:w="0"/>
        <w:jc w:val="center"/>
        <w:tblLayout w:type="fixed"/>
        <w:tblLook w:firstColumn="1" w:firstRow="1" w:lastColumn="0" w:lastRow="0" w:noHBand="0" w:noVBand="1" w:val="04A0"/>
      </w:tblPr>
      <w:tblGrid>
        <w:gridCol w:w="2160"/>
        <w:gridCol w:w="720"/>
        <w:gridCol w:w="7416"/>
      </w:tblGrid>
      <w:tr>
        <w:tc>
          <w:tcPr>
            <w:tcW w:type="dxa" w:w="3427"/>
            <w:shd w:fill="E35D5B"/>
            <w:tcMar>
              <w:top w:w="80" w:type="dxa"/>
              <w:start w:w="100" w:type="dxa"/>
              <w:bottom w:w="80" w:type="dxa"/>
              <w:end w:w="100" w:type="dxa"/>
            </w:tcMar>
          </w:tcPr>
          <w:p>
            <w:r>
              <w:rPr>
                <w:rFonts w:ascii="Liberation Sans" w:hAnsi="Liberation Sans" w:eastAsia="Liberation Sans"/>
                <w:b/>
                <w:i w:val="0"/>
                <w:color w:val="FFFFFF"/>
                <w:sz w:val="17"/>
              </w:rPr>
              <w:t>Role</w:t>
            </w:r>
          </w:p>
        </w:tc>
        <w:tc>
          <w:tcPr>
            <w:tcW w:type="dxa" w:w="3427"/>
            <w:shd w:fill="E35D5B"/>
            <w:tcMar>
              <w:top w:w="80" w:type="dxa"/>
              <w:start w:w="100" w:type="dxa"/>
              <w:bottom w:w="80" w:type="dxa"/>
              <w:end w:w="100" w:type="dxa"/>
            </w:tcMar>
          </w:tcPr>
          <w:p>
            <w:r>
              <w:rPr>
                <w:rFonts w:ascii="Liberation Sans" w:hAnsi="Liberation Sans" w:eastAsia="Liberation Sans"/>
                <w:b/>
                <w:i w:val="0"/>
                <w:color w:val="FFFFFF"/>
                <w:sz w:val="17"/>
              </w:rPr>
              <w:t>#</w:t>
            </w:r>
          </w:p>
        </w:tc>
        <w:tc>
          <w:tcPr>
            <w:tcW w:type="dxa" w:w="3427"/>
            <w:shd w:fill="E35D5B"/>
            <w:tcMar>
              <w:top w:w="80" w:type="dxa"/>
              <w:start w:w="100" w:type="dxa"/>
              <w:bottom w:w="80" w:type="dxa"/>
              <w:end w:w="100" w:type="dxa"/>
            </w:tcMar>
          </w:tcPr>
          <w:p>
            <w:r>
              <w:rPr>
                <w:rFonts w:ascii="Liberation Sans" w:hAnsi="Liberation Sans" w:eastAsia="Liberation Sans"/>
                <w:b/>
                <w:i w:val="0"/>
                <w:color w:val="FFFFFF"/>
                <w:sz w:val="17"/>
              </w:rPr>
              <w:t>Does what</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lead</w:t>
            </w:r>
          </w:p>
        </w:tc>
        <w:tc>
          <w:tcPr>
            <w:tcW w:type="dxa" w:w="72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w:t>
            </w:r>
          </w:p>
        </w:tc>
        <w:tc>
          <w:tcPr>
            <w:tcW w:type="dxa" w:w="74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Owns timing, portions, allergy table, cleanup. Radio/WhatsApp to the director.</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Prep crew</w:t>
            </w:r>
          </w:p>
        </w:tc>
        <w:tc>
          <w:tcPr>
            <w:tcW w:type="dxa" w:w="72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w:t>
            </w:r>
          </w:p>
        </w:tc>
        <w:tc>
          <w:tcPr>
            <w:tcW w:type="dxa" w:w="74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Portion trays, fill drink station, set allergy table. Arrive 4:00.</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Line servers</w:t>
            </w:r>
          </w:p>
        </w:tc>
        <w:tc>
          <w:tcPr>
            <w:tcW w:type="dxa" w:w="72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w:t>
            </w:r>
          </w:p>
        </w:tc>
        <w:tc>
          <w:tcPr>
            <w:tcW w:type="dxa" w:w="74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 per line: tray hand-off, 20-minute sprint, then done.</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Allergy table</w:t>
            </w:r>
          </w:p>
        </w:tc>
        <w:tc>
          <w:tcPr>
            <w:tcW w:type="dxa" w:w="72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w:t>
            </w:r>
          </w:p>
        </w:tc>
        <w:tc>
          <w:tcPr>
            <w:tcW w:type="dxa" w:w="74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Serve allergy kids first, verify against the flagged list. Trained, calm, unhurried.</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Floaters</w:t>
            </w:r>
          </w:p>
        </w:tc>
        <w:tc>
          <w:tcPr>
            <w:tcW w:type="dxa" w:w="72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w:t>
            </w:r>
          </w:p>
        </w:tc>
        <w:tc>
          <w:tcPr>
            <w:tcW w:type="dxa" w:w="74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Spills, seconds, lost trays, runner to the kitchen.</w:t>
            </w:r>
          </w:p>
        </w:tc>
      </w:tr>
    </w:tbl>
    <w:p>
      <w:pPr>
        <w:spacing w:before="0" w:after="100" w:line="259" w:lineRule="auto"/>
      </w:pPr>
      <w:r>
        <w:rPr>
          <w:rFonts w:ascii="Liberation Sans" w:hAnsi="Liberation Sans" w:eastAsia="Liberation Sans"/>
          <w:b w:val="0"/>
          <w:i/>
          <w:color w:val="526274"/>
          <w:sz w:val="18"/>
        </w:rPr>
        <w:t>Homeroom leaders supervise their own tables while kids eat — they are already in the room, and dinner is prime relationship time.</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Menus: 3 nights + Day 4</w:t>
      </w:r>
    </w:p>
    <w:p>
      <w:pPr>
        <w:spacing w:before="0" w:after="100" w:line="259" w:lineRule="auto"/>
      </w:pPr>
      <w:r>
        <w:rPr>
          <w:rFonts w:ascii="Liberation Sans" w:hAnsi="Liberation Sans" w:eastAsia="Liberation Sans"/>
          <w:b w:val="0"/>
          <w:i/>
          <w:color w:val="526274"/>
          <w:sz w:val="18"/>
        </w:rPr>
        <w:t>Kid-friendly, cheap, scalable to 300, nut-free as written. Vegetarian option every night.</w:t>
      </w:r>
    </w:p>
    <w:tbl>
      <w:tblPr>
        <w:tblW w:type="auto" w:w="0"/>
        <w:jc w:val="center"/>
        <w:tblLayout w:type="fixed"/>
        <w:tblLook w:firstColumn="1" w:firstRow="1" w:lastColumn="0" w:lastRow="0" w:noHBand="0" w:noVBand="1" w:val="04A0"/>
      </w:tblPr>
      <w:tblGrid>
        <w:gridCol w:w="1440"/>
        <w:gridCol w:w="4464"/>
        <w:gridCol w:w="4392"/>
      </w:tblGrid>
      <w:tr>
        <w:tc>
          <w:tcPr>
            <w:tcW w:type="dxa" w:w="3427"/>
            <w:shd w:fill="E35D5B"/>
            <w:tcMar>
              <w:top w:w="80" w:type="dxa"/>
              <w:start w:w="100" w:type="dxa"/>
              <w:bottom w:w="80" w:type="dxa"/>
              <w:end w:w="100" w:type="dxa"/>
            </w:tcMar>
          </w:tcPr>
          <w:p>
            <w:r>
              <w:rPr>
                <w:rFonts w:ascii="Liberation Sans" w:hAnsi="Liberation Sans" w:eastAsia="Liberation Sans"/>
                <w:b/>
                <w:i w:val="0"/>
                <w:color w:val="FFFFFF"/>
                <w:sz w:val="17"/>
              </w:rPr>
              <w:t>Night</w:t>
            </w:r>
          </w:p>
        </w:tc>
        <w:tc>
          <w:tcPr>
            <w:tcW w:type="dxa" w:w="3427"/>
            <w:shd w:fill="E35D5B"/>
            <w:tcMar>
              <w:top w:w="80" w:type="dxa"/>
              <w:start w:w="100" w:type="dxa"/>
              <w:bottom w:w="80" w:type="dxa"/>
              <w:end w:w="100" w:type="dxa"/>
            </w:tcMar>
          </w:tcPr>
          <w:p>
            <w:r>
              <w:rPr>
                <w:rFonts w:ascii="Liberation Sans" w:hAnsi="Liberation Sans" w:eastAsia="Liberation Sans"/>
                <w:b/>
                <w:i w:val="0"/>
                <w:color w:val="FFFFFF"/>
                <w:sz w:val="17"/>
              </w:rPr>
              <w:t>Menu</w:t>
            </w:r>
          </w:p>
        </w:tc>
        <w:tc>
          <w:tcPr>
            <w:tcW w:type="dxa" w:w="3427"/>
            <w:shd w:fill="E35D5B"/>
            <w:tcMar>
              <w:top w:w="80" w:type="dxa"/>
              <w:start w:w="100" w:type="dxa"/>
              <w:bottom w:w="80" w:type="dxa"/>
              <w:end w:w="100" w:type="dxa"/>
            </w:tcMar>
          </w:tcPr>
          <w:p>
            <w:r>
              <w:rPr>
                <w:rFonts w:ascii="Liberation Sans" w:hAnsi="Liberation Sans" w:eastAsia="Liberation Sans"/>
                <w:b/>
                <w:i w:val="0"/>
                <w:color w:val="FFFFFF"/>
                <w:sz w:val="17"/>
              </w:rPr>
              <w:t>Vegetarian / allergy notes</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1</w:t>
            </w:r>
          </w:p>
        </w:tc>
        <w:tc>
          <w:tcPr>
            <w:tcW w:type="dxa" w:w="44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Baked ziti + marinara, breadsticks, fruit cups</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Ziti IS the vegetarian option; gluten-free pasta tray on the allergy table</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2</w:t>
            </w:r>
          </w:p>
        </w:tc>
        <w:tc>
          <w:tcPr>
            <w:tcW w:type="dxa" w:w="44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Soft taco bar: seasoned ground turkey, cheese, lettuce, tortillas</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Black-bean tacos; corn tortillas gluten-free on the allergy table</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3</w:t>
            </w:r>
          </w:p>
        </w:tc>
        <w:tc>
          <w:tcPr>
            <w:tcW w:type="dxa" w:w="44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Chicken nuggets, mac &amp; cheese, veggie cups + ranch</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Mac &amp; cheese doubles as vegetarian; nugget-free tray on the allergy table</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Day 4</w:t>
            </w:r>
          </w:p>
        </w:tc>
        <w:tc>
          <w:tcPr>
            <w:tcW w:type="dxa" w:w="44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No camp dinner — families eat before Parent Night</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Doors 6:00; service 6:30</w:t>
            </w:r>
          </w:p>
        </w:tc>
      </w:tr>
    </w:tbl>
    <w:p>
      <w:pPr>
        <w:spacing w:before="0" w:after="100" w:line="259" w:lineRule="auto"/>
      </w:pPr>
      <w:r>
        <w:rPr>
          <w:rFonts w:ascii="Liberation Sans" w:hAnsi="Liberation Sans" w:eastAsia="Liberation Sans"/>
          <w:b w:val="0"/>
          <w:i/>
          <w:color w:val="526274"/>
          <w:sz w:val="18"/>
        </w:rPr>
        <w:t>Cost target: $2–$3 per plate via bulk/club-store buying or a catering partner. For 300 kids × 3 nights, budget $1,800–$2,700.</w:t>
      </w:r>
    </w:p>
    <w:p>
      <w:pPr>
        <w:pStyle w:val="Heading2"/>
        <w:keepNext/>
        <w:spacing w:before="100" w:after="80"/>
      </w:pPr>
      <w:r>
        <w:rPr>
          <w:rFonts w:ascii="Liberation Sans" w:hAnsi="Liberation Sans" w:eastAsia="Liberation Sans"/>
          <w:b/>
          <w:i w:val="0"/>
          <w:color w:val="263342"/>
          <w:sz w:val="26"/>
        </w:rPr>
        <w:t>Allergy protocol for dinner</w:t>
      </w:r>
    </w:p>
    <w:p>
      <w:pPr>
        <w:pStyle w:val="ListBullet"/>
        <w:spacing w:before="0" w:after="40" w:line="250" w:lineRule="auto"/>
      </w:pPr>
      <w:r>
        <w:rPr>
          <w:rFonts w:ascii="Liberation Sans" w:hAnsi="Liberation Sans" w:eastAsia="Liberation Sans"/>
          <w:b w:val="0"/>
          <w:i w:val="0"/>
          <w:color w:val="263342"/>
          <w:sz w:val="18"/>
        </w:rPr>
        <w:t>THE ALLERGY TABLE IS SEPARATE: its own table, its own utensils, its own servers — set apart from both lines. Allergy kids are served FIRST, before the rush.</w:t>
      </w:r>
    </w:p>
    <w:p>
      <w:pPr>
        <w:pStyle w:val="ListBullet"/>
        <w:spacing w:before="0" w:after="40" w:line="250" w:lineRule="auto"/>
      </w:pPr>
      <w:r>
        <w:rPr>
          <w:rFonts w:ascii="Liberation Sans" w:hAnsi="Liberation Sans" w:eastAsia="Liberation Sans"/>
          <w:b w:val="0"/>
          <w:i w:val="0"/>
          <w:color w:val="263342"/>
          <w:sz w:val="18"/>
        </w:rPr>
        <w:t>THE LIST RULES: the dinner lead holds the flagged allergy list from check-in. No list, no serve — the child waits with a leader while it is verified.</w:t>
      </w:r>
    </w:p>
    <w:p>
      <w:pPr>
        <w:pStyle w:val="ListBullet"/>
        <w:spacing w:before="0" w:after="40" w:line="250" w:lineRule="auto"/>
      </w:pPr>
      <w:r>
        <w:rPr>
          <w:rFonts w:ascii="Liberation Sans" w:hAnsi="Liberation Sans" w:eastAsia="Liberation Sans"/>
          <w:b w:val="0"/>
          <w:i w:val="0"/>
          <w:color w:val="263342"/>
          <w:sz w:val="18"/>
        </w:rPr>
        <w:t>LABEL EVERYTHING: ingredient cards at the allergy table AND both lines, print big enough to read at arm’s length.</w:t>
      </w:r>
    </w:p>
    <w:p>
      <w:pPr>
        <w:pStyle w:val="ListBullet"/>
        <w:spacing w:before="0" w:after="40" w:line="250" w:lineRule="auto"/>
      </w:pPr>
      <w:r>
        <w:rPr>
          <w:rFonts w:ascii="Liberation Sans" w:hAnsi="Liberation Sans" w:eastAsia="Liberation Sans"/>
          <w:b w:val="0"/>
          <w:i w:val="0"/>
          <w:color w:val="263342"/>
          <w:sz w:val="18"/>
        </w:rPr>
        <w:t>EPIPEN + ACTION PLANS: EpiPens live at the first-aid station and a copy of each child’s allergy action plan travels with their homeroom leader. The dinner lead knows exactly which kids carry what.</w:t>
      </w:r>
    </w:p>
    <w:p>
      <w:pPr>
        <w:pStyle w:val="ListBullet"/>
        <w:spacing w:before="0" w:after="40" w:line="250" w:lineRule="auto"/>
      </w:pPr>
      <w:r>
        <w:rPr>
          <w:rFonts w:ascii="Liberation Sans" w:hAnsi="Liberation Sans" w:eastAsia="Liberation Sans"/>
          <w:b w:val="0"/>
          <w:i w:val="0"/>
          <w:color w:val="263342"/>
          <w:sz w:val="18"/>
        </w:rPr>
        <w:t>BRIEFING LINE (read on Setup Day): “If a child says they can’t have something, believe them instantly. Send them to the allergy table. Never argue with an allergy.”</w:t>
      </w:r>
    </w:p>
    <w:p>
      <w:pPr>
        <w:pStyle w:val="ListBullet"/>
        <w:spacing w:before="0" w:after="40" w:line="250" w:lineRule="auto"/>
      </w:pPr>
      <w:r>
        <w:rPr>
          <w:rFonts w:ascii="Liberation Sans" w:hAnsi="Liberation Sans" w:eastAsia="Liberation Sans"/>
          <w:b w:val="0"/>
          <w:i w:val="0"/>
          <w:color w:val="263342"/>
          <w:sz w:val="18"/>
        </w:rPr>
        <w:t>REACTION RESPONSE: stop service at that table, follow the child’s action plan, call 911 for any breathing difficulty, notify the director immediately, log the incident.</w:t>
      </w:r>
    </w:p>
    <w:p>
      <w:pPr>
        <w:pStyle w:val="Heading2"/>
        <w:keepNext/>
        <w:spacing w:before="100" w:after="80"/>
      </w:pPr>
      <w:r>
        <w:rPr>
          <w:rFonts w:ascii="Liberation Sans" w:hAnsi="Liberation Sans" w:eastAsia="Liberation Sans"/>
          <w:b/>
          <w:i w:val="0"/>
          <w:color w:val="263342"/>
          <w:sz w:val="26"/>
        </w:rPr>
        <w:t>Cleanup: 5:55–6:10</w:t>
      </w:r>
    </w:p>
    <w:p>
      <w:pPr>
        <w:pStyle w:val="ListBullet"/>
        <w:spacing w:before="0" w:after="40" w:line="250" w:lineRule="auto"/>
      </w:pPr>
      <w:r>
        <w:rPr>
          <w:rFonts w:ascii="Liberation Sans" w:hAnsi="Liberation Sans" w:eastAsia="Liberation Sans"/>
          <w:b w:val="0"/>
          <w:i w:val="0"/>
          <w:color w:val="263342"/>
          <w:sz w:val="18"/>
        </w:rPr>
        <w:t>BUS TUBS per homeroom: kids stack trays, cups, and trash as they finish — make it a 2-minute team game (“cleanest table gets 5 spirit points”).</w:t>
      </w:r>
    </w:p>
    <w:p>
      <w:pPr>
        <w:pStyle w:val="ListBullet"/>
        <w:spacing w:before="0" w:after="40" w:line="250" w:lineRule="auto"/>
      </w:pPr>
      <w:r>
        <w:rPr>
          <w:rFonts w:ascii="Liberation Sans" w:hAnsi="Liberation Sans" w:eastAsia="Liberation Sans"/>
          <w:b w:val="0"/>
          <w:i w:val="0"/>
          <w:color w:val="263342"/>
          <w:sz w:val="18"/>
        </w:rPr>
        <w:t>TRASH FLOW: floaters haul tied bags to the dumpster line; never stack bags in hallways kids walk through.</w:t>
      </w:r>
    </w:p>
    <w:p>
      <w:pPr>
        <w:pStyle w:val="ListBullet"/>
        <w:spacing w:before="0" w:after="40" w:line="250" w:lineRule="auto"/>
      </w:pPr>
      <w:r>
        <w:rPr>
          <w:rFonts w:ascii="Liberation Sans" w:hAnsi="Liberation Sans" w:eastAsia="Liberation Sans"/>
          <w:b w:val="0"/>
          <w:i w:val="0"/>
          <w:color w:val="263342"/>
          <w:sz w:val="18"/>
        </w:rPr>
        <w:t>WIPE + RESET: homeroom leaders wipe tables; rotation rooms were never used for dinner, so they are already set.</w:t>
      </w:r>
    </w:p>
    <w:p>
      <w:pPr>
        <w:pStyle w:val="ListBullet"/>
        <w:spacing w:before="0" w:after="40" w:line="250" w:lineRule="auto"/>
      </w:pPr>
      <w:r>
        <w:rPr>
          <w:rFonts w:ascii="Liberation Sans" w:hAnsi="Liberation Sans" w:eastAsia="Liberation Sans"/>
          <w:b w:val="0"/>
          <w:i w:val="0"/>
          <w:color w:val="263342"/>
          <w:sz w:val="18"/>
        </w:rPr>
        <w:t>KITCHEN HANDOFF: prep crew breaks down the serving area by 6:15. Dinner is fully gone before main session starts.</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Dinner-night director timeline</w:t>
            </w:r>
          </w:p>
          <w:p>
            <w:pPr>
              <w:spacing w:after="0" w:line="252" w:lineRule="auto"/>
            </w:pPr>
            <w:r>
              <w:rPr>
                <w:rFonts w:ascii="Liberation Sans" w:hAnsi="Liberation Sans" w:eastAsia="Liberation Sans"/>
                <w:b w:val="0"/>
                <w:i w:val="0"/>
                <w:color w:val="263342"/>
                <w:sz w:val="18"/>
              </w:rPr>
              <w:t>On dinner nights the director’s day starts at 4:30: 4:30 walk the serving area + allergy table; 4:45 dinner lead check-in; 5:15 doors; 5:55 cleanup; 6:00 program doors as normal. Everything after 6:00 follows the standard director checklist.</w:t>
            </w:r>
          </w:p>
        </w:tc>
      </w:tr>
    </w:tbl>
    <w:p>
      <w:r>
        <w:br w:type="page"/>
      </w:r>
    </w:p>
    <w:tbl>
      <w:tblPr>
        <w:tblW w:type="auto" w:w="0"/>
        <w:jc w:val="center"/>
        <w:tblLook w:firstColumn="1" w:firstRow="1" w:lastColumn="0" w:lastRow="0" w:noHBand="0" w:noVBand="1" w:val="04A0"/>
      </w:tblPr>
      <w:tblGrid>
        <w:gridCol w:w="10282"/>
      </w:tblGrid>
      <w:tr>
        <w:tc>
          <w:tcPr>
            <w:tcW w:type="dxa" w:w="10282"/>
            <w:shd w:fill="086862"/>
            <w:tcMar>
              <w:top w:w="260" w:type="dxa"/>
              <w:start w:w="240" w:type="dxa"/>
              <w:bottom w:w="260" w:type="dxa"/>
              <w:end w:w="240" w:type="dxa"/>
            </w:tcMar>
          </w:tcPr>
          <w:p>
            <w:pPr>
              <w:jc w:val="center"/>
            </w:pPr>
            <w:r>
              <w:rPr>
                <w:rFonts w:ascii="Liberation Sans" w:hAnsi="Liberation Sans" w:eastAsia="Liberation Sans"/>
                <w:b/>
                <w:i w:val="0"/>
                <w:color w:val="FFFFFF"/>
                <w:sz w:val="18"/>
              </w:rPr>
              <w:t>CHECK-IN &amp; PICKUP</w:t>
            </w:r>
          </w:p>
          <w:p>
            <w:pPr>
              <w:jc w:val="center"/>
            </w:pPr>
            <w:r>
              <w:rPr>
                <w:rFonts w:ascii="Liberation Sans" w:hAnsi="Liberation Sans" w:eastAsia="Liberation Sans"/>
                <w:b/>
                <w:i w:val="0"/>
                <w:color w:val="FFFFFF"/>
                <w:sz w:val="50"/>
              </w:rPr>
              <w:t>Safe from curb to curb</w:t>
            </w:r>
          </w:p>
          <w:p>
            <w:pPr>
              <w:jc w:val="center"/>
            </w:pPr>
            <w:r>
              <w:rPr>
                <w:rFonts w:ascii="Liberation Sans" w:hAnsi="Liberation Sans" w:eastAsia="Liberation Sans"/>
                <w:b w:val="0"/>
                <w:i w:val="0"/>
                <w:color w:val="FFFFFF"/>
                <w:sz w:val="20"/>
              </w:rPr>
              <w:t>Barcodes, tags, runners, and a pickup system with zero holes.</w:t>
            </w:r>
          </w:p>
        </w:tc>
      </w:tr>
    </w:tbl>
    <w:p>
      <w:pPr>
        <w:spacing w:before="0" w:after="100" w:line="259" w:lineRule="auto"/>
      </w:pPr>
      <w:r>
        <w:rPr>
          <w:rFonts w:ascii="Liberation Sans" w:hAnsi="Liberation Sans" w:eastAsia="Liberation Sans"/>
          <w:b w:val="0"/>
          <w:i w:val="0"/>
          <w:color w:val="263342"/>
          <w:sz w:val="19"/>
        </w:rPr>
        <w:t>At 300 kids, check-in is a machine with five parts: early arrivals, check-in stations, barcode lanyards, runners, and parking. Every part below has a job, a count, and a place. Paper is the universal standard throughout — Planning Center + iPads is the upgrade path (it is what we use). (Running 60? The matching-tag system in the Before Camp section is your whole plan — this is the scaled version.)</w:t>
      </w:r>
    </w:p>
    <w:p>
      <w:pPr>
        <w:pStyle w:val="Heading2"/>
        <w:keepNext/>
        <w:spacing w:before="100" w:after="80"/>
      </w:pPr>
      <w:r>
        <w:rPr>
          <w:rFonts w:ascii="Liberation Sans" w:hAnsi="Liberation Sans" w:eastAsia="Liberation Sans"/>
          <w:b/>
          <w:i w:val="0"/>
          <w:color w:val="263342"/>
          <w:sz w:val="26"/>
        </w:rPr>
        <w:t>Early arrivals (5:15–6:00)</w:t>
      </w:r>
    </w:p>
    <w:p>
      <w:pPr>
        <w:pStyle w:val="ListBullet"/>
        <w:spacing w:before="0" w:after="40" w:line="250" w:lineRule="auto"/>
      </w:pPr>
      <w:r>
        <w:rPr>
          <w:rFonts w:ascii="Liberation Sans" w:hAnsi="Liberation Sans" w:eastAsia="Liberation Sans"/>
          <w:b w:val="0"/>
          <w:i w:val="0"/>
          <w:color w:val="263342"/>
          <w:sz w:val="18"/>
        </w:rPr>
        <w:t>THE STANDARD PLAN: doors open at 5:15 and early arrivals go straight to their homerooms, supervised by the early team — 3 volunteers per homeroom zone on a fixed roster, not whoever happens to show up first. Go Outside album playing; coloring sheets and quiet games — no running, no chaos before camp starts. Dinner’s first wave is served IN the homerooms at 5:15.</w:t>
      </w:r>
    </w:p>
    <w:p>
      <w:pPr>
        <w:pStyle w:val="ListBullet"/>
        <w:spacing w:before="0" w:after="40" w:line="250" w:lineRule="auto"/>
      </w:pPr>
      <w:r>
        <w:rPr>
          <w:rFonts w:ascii="Liberation Sans" w:hAnsi="Liberation Sans" w:eastAsia="Liberation Sans"/>
          <w:b w:val="0"/>
          <w:i w:val="0"/>
          <w:color w:val="263342"/>
          <w:sz w:val="18"/>
        </w:rPr>
        <w:t>OPTIONAL — HOLDING AREA (only if your church needs it): at our church, kids transferring from day camp during the day wait in a dedicated holding area before kids camp starts. If your church has that kind of overlap, run one holding room the same way (early team, first-wave dinner served there, runners walk kids to homerooms at 5:55). No day-camp transfers? Skip this entirely — homerooms cover it.</w:t>
      </w:r>
    </w:p>
    <w:p>
      <w:pPr>
        <w:pStyle w:val="Heading2"/>
        <w:keepNext/>
        <w:spacing w:before="100" w:after="80"/>
      </w:pPr>
      <w:r>
        <w:rPr>
          <w:rFonts w:ascii="Liberation Sans" w:hAnsi="Liberation Sans" w:eastAsia="Liberation Sans"/>
          <w:b/>
          <w:i w:val="0"/>
          <w:color w:val="263342"/>
          <w:sz w:val="26"/>
        </w:rPr>
        <w:t>Check-in stations — what we do + the paper alternative</w:t>
      </w:r>
    </w:p>
    <w:p>
      <w:pPr>
        <w:pStyle w:val="ListBullet"/>
        <w:spacing w:before="0" w:after="40" w:line="250" w:lineRule="auto"/>
      </w:pPr>
      <w:r>
        <w:rPr>
          <w:rFonts w:ascii="Liberation Sans" w:hAnsi="Liberation Sans" w:eastAsia="Liberation Sans"/>
          <w:b w:val="0"/>
          <w:i w:val="0"/>
          <w:color w:val="263342"/>
          <w:sz w:val="18"/>
        </w:rPr>
        <w:t>WHAT WE DO: Planning Center check-in via iPads. On night 1, each child picks up their barcode on a lanyard and keeps it all week — that barcode is check-in, pickup matching, and the allergy flag (red dot) in one. 8 iPads + 2 tag printers across the three zones check in 300 kids in about 25 minutes.</w:t>
      </w:r>
    </w:p>
    <w:p>
      <w:pPr>
        <w:pStyle w:val="ListBullet"/>
        <w:spacing w:before="0" w:after="40" w:line="250" w:lineRule="auto"/>
      </w:pPr>
      <w:r>
        <w:rPr>
          <w:rFonts w:ascii="Liberation Sans" w:hAnsi="Liberation Sans" w:eastAsia="Liberation Sans"/>
          <w:b w:val="0"/>
          <w:i w:val="0"/>
          <w:color w:val="263342"/>
          <w:sz w:val="18"/>
        </w:rPr>
        <w:t>ROLES PER SHIFT: 2 greeters (shortest line, questions), 8 iPad operators (confirm registration, print tags), 2 tag/allergy flaggers (lanyards on kids, matching pickup tags to parents, confirm authorized pickup list).</w:t>
      </w:r>
    </w:p>
    <w:p>
      <w:pPr>
        <w:pStyle w:val="ListBullet"/>
        <w:spacing w:before="0" w:after="40" w:line="250" w:lineRule="auto"/>
      </w:pPr>
      <w:r>
        <w:rPr>
          <w:rFonts w:ascii="Liberation Sans" w:hAnsi="Liberation Sans" w:eastAsia="Liberation Sans"/>
          <w:b w:val="0"/>
          <w:i w:val="0"/>
          <w:color w:val="263342"/>
          <w:sz w:val="18"/>
        </w:rPr>
        <w:t>NO PLANNING CENTER? THE PAPER PATH: printed nametags for kids, numbered matching pickup tags for parents, a red dot sticker for allergies, and a printed roster per zone. Same flow, same safety — no tech required. Paper backup sheets at every station either way — if Wi-Fi dies, check-in does not.</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86862"/>
              <w:bottom w:val="nil"/>
              <w:right w:val="nil"/>
            </w:tcBorders>
          </w:tcPr>
          <w:p>
            <w:pPr>
              <w:spacing w:after="40"/>
            </w:pPr>
            <w:r>
              <w:rPr>
                <w:rFonts w:ascii="Liberation Sans" w:hAnsi="Liberation Sans" w:eastAsia="Liberation Sans"/>
                <w:b/>
                <w:i w:val="0"/>
                <w:color w:val="14243A"/>
                <w:sz w:val="20"/>
              </w:rPr>
              <w:t>Lanyards all week</w:t>
            </w:r>
          </w:p>
          <w:p>
            <w:pPr>
              <w:spacing w:after="0" w:line="252" w:lineRule="auto"/>
            </w:pPr>
            <w:r>
              <w:rPr>
                <w:rFonts w:ascii="Liberation Sans" w:hAnsi="Liberation Sans" w:eastAsia="Liberation Sans"/>
                <w:b w:val="0"/>
                <w:i w:val="0"/>
                <w:color w:val="263342"/>
                <w:sz w:val="18"/>
              </w:rPr>
              <w:t>Barcodes live on lanyards the child keeps all week — no reprinting nightly. Lost lanyard? Reprint at the check-in tent with photo ID; the old barcode is voided in Planning Center (or crossed off the paper roster).</w:t>
            </w:r>
          </w:p>
        </w:tc>
      </w:tr>
    </w:tbl>
    <w:p>
      <w:pPr>
        <w:pStyle w:val="Heading2"/>
        <w:keepNext/>
        <w:spacing w:before="100" w:after="80"/>
      </w:pPr>
      <w:r>
        <w:rPr>
          <w:rFonts w:ascii="Liberation Sans" w:hAnsi="Liberation Sans" w:eastAsia="Liberation Sans"/>
          <w:b/>
          <w:i w:val="0"/>
          <w:color w:val="263342"/>
          <w:sz w:val="26"/>
        </w:rPr>
        <w:t>Barcodes on lanyards + matching parent tags</w:t>
      </w:r>
    </w:p>
    <w:p>
      <w:pPr>
        <w:pStyle w:val="ListBullet"/>
        <w:spacing w:before="0" w:after="40" w:line="250" w:lineRule="auto"/>
      </w:pPr>
      <w:r>
        <w:rPr>
          <w:rFonts w:ascii="Liberation Sans" w:hAnsi="Liberation Sans" w:eastAsia="Liberation Sans"/>
          <w:b w:val="0"/>
          <w:i w:val="0"/>
          <w:color w:val="263342"/>
          <w:sz w:val="18"/>
        </w:rPr>
        <w:t>THE CHILD WEARS IT: a barcode on a lanyard with the child’s name, homeroom, and a red dot if allergies are flagged. Picked up night 1, kept all week — no reprinting nightly. Lost lanyard? Reprint at the check-in tent with photo ID; the old barcode is voided.</w:t>
      </w:r>
    </w:p>
    <w:p>
      <w:pPr>
        <w:pStyle w:val="ListBullet"/>
        <w:spacing w:before="0" w:after="40" w:line="250" w:lineRule="auto"/>
      </w:pPr>
      <w:r>
        <w:rPr>
          <w:rFonts w:ascii="Liberation Sans" w:hAnsi="Liberation Sans" w:eastAsia="Liberation Sans"/>
          <w:b w:val="0"/>
          <w:i w:val="0"/>
          <w:color w:val="263342"/>
          <w:sz w:val="18"/>
        </w:rPr>
        <w:t>THE PARENT KEEPS IT: a matching pickup tag with the same barcode. No tag, no pickup — no exceptions, even for familiar faces.</w:t>
      </w:r>
    </w:p>
    <w:p>
      <w:pPr>
        <w:pStyle w:val="ListBullet"/>
        <w:spacing w:before="0" w:after="40" w:line="250" w:lineRule="auto"/>
      </w:pPr>
      <w:r>
        <w:rPr>
          <w:rFonts w:ascii="Liberation Sans" w:hAnsi="Liberation Sans" w:eastAsia="Liberation Sans"/>
          <w:b w:val="0"/>
          <w:i w:val="0"/>
          <w:color w:val="263342"/>
          <w:sz w:val="18"/>
        </w:rPr>
        <w:t>AT PICKUP: each zone has an AUTHORIZED DISMISSAL LEAD plus a few iPads with the live roster auto-updating. Names are called out over a microphone/speaker while multiple volunteers check out children simultaneously — scan/match the barcode (or check the number off the paper roster), verify the tag-holder, release. Fast, witnessed, no single-person bottleneck.</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Lost tag?</w:t>
            </w:r>
          </w:p>
          <w:p>
            <w:pPr>
              <w:spacing w:after="0" w:line="252" w:lineRule="auto"/>
            </w:pPr>
            <w:r>
              <w:rPr>
                <w:rFonts w:ascii="Liberation Sans" w:hAnsi="Liberation Sans" w:eastAsia="Liberation Sans"/>
                <w:b w:val="0"/>
                <w:i w:val="0"/>
                <w:color w:val="263342"/>
                <w:sz w:val="18"/>
              </w:rPr>
              <w:t>Parent goes to the check-in tent with photo ID. ID is checked against the authorized pickup list, the director approves, and it is logged. The child is never released on a stranger’s word.</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86862"/>
              <w:bottom w:val="nil"/>
              <w:right w:val="nil"/>
            </w:tcBorders>
          </w:tcPr>
          <w:p>
            <w:pPr>
              <w:spacing w:after="40"/>
            </w:pPr>
            <w:r>
              <w:rPr>
                <w:rFonts w:ascii="Liberation Sans" w:hAnsi="Liberation Sans" w:eastAsia="Liberation Sans"/>
                <w:b/>
                <w:i w:val="0"/>
                <w:color w:val="14243A"/>
                <w:sz w:val="20"/>
              </w:rPr>
              <w:t>A dismissal lead per zone</w:t>
            </w:r>
          </w:p>
          <w:p>
            <w:pPr>
              <w:spacing w:after="0" w:line="252" w:lineRule="auto"/>
            </w:pPr>
            <w:r>
              <w:rPr>
                <w:rFonts w:ascii="Liberation Sans" w:hAnsi="Liberation Sans" w:eastAsia="Liberation Sans"/>
                <w:b w:val="0"/>
                <w:i w:val="0"/>
                <w:color w:val="263342"/>
                <w:sz w:val="18"/>
              </w:rPr>
              <w:t>One authorized dismissal lead AT EACH ZONE — never one person for the whole camp. Each lead runs their zone’s checkouts (iPads with the live roster, or the paper roster), names called over the mic/speaker, multiple checkouts at once. Three zones, three leads, zero bottleneck.</w:t>
            </w:r>
          </w:p>
        </w:tc>
      </w:tr>
    </w:tbl>
    <w:p>
      <w:r>
        <w:br w:type="page"/>
      </w:r>
    </w:p>
    <w:p>
      <w:pPr>
        <w:pStyle w:val="Heading2"/>
        <w:keepNext/>
        <w:spacing w:before="100" w:after="80"/>
      </w:pPr>
      <w:r>
        <w:rPr>
          <w:rFonts w:ascii="Liberation Sans" w:hAnsi="Liberation Sans" w:eastAsia="Liberation Sans"/>
          <w:b/>
          <w:i w:val="0"/>
          <w:color w:val="263342"/>
          <w:sz w:val="26"/>
        </w:rPr>
        <w:t>Runner system</w:t>
      </w:r>
    </w:p>
    <w:p>
      <w:pPr>
        <w:pStyle w:val="ListBullet"/>
        <w:spacing w:before="0" w:after="40" w:line="250" w:lineRule="auto"/>
      </w:pPr>
      <w:r>
        <w:rPr>
          <w:rFonts w:ascii="Liberation Sans" w:hAnsi="Liberation Sans" w:eastAsia="Liberation Sans"/>
          <w:b w:val="0"/>
          <w:i w:val="0"/>
          <w:color w:val="263342"/>
          <w:sz w:val="18"/>
        </w:rPr>
        <w:t>8 RUNNERS, each assigned to a zone pair: their whole job is moving kids — homeroom → pickup zone at staggered dismissal, and any mid-night moves (bathroom buddy for VPK, first-aid escort). (Churches using the optional holding area: runners also walk holding-room kids to homerooms at 5:55.)</w:t>
      </w:r>
    </w:p>
    <w:p>
      <w:pPr>
        <w:pStyle w:val="ListBullet"/>
        <w:spacing w:before="0" w:after="40" w:line="250" w:lineRule="auto"/>
      </w:pPr>
      <w:r>
        <w:rPr>
          <w:rFonts w:ascii="Liberation Sans" w:hAnsi="Liberation Sans" w:eastAsia="Liberation Sans"/>
          <w:b w:val="0"/>
          <w:i w:val="0"/>
          <w:color w:val="263342"/>
          <w:sz w:val="18"/>
        </w:rPr>
        <w:t>RUNNERS NEVER release a child to an adult directly — they deliver to the zone, where the dismissal lead verifies the tag and releases. The handoff is always witnessed.</w:t>
      </w:r>
    </w:p>
    <w:p>
      <w:pPr>
        <w:pStyle w:val="ListBullet"/>
        <w:spacing w:before="0" w:after="40" w:line="250" w:lineRule="auto"/>
      </w:pPr>
      <w:r>
        <w:rPr>
          <w:rFonts w:ascii="Liberation Sans" w:hAnsi="Liberation Sans" w:eastAsia="Liberation Sans"/>
          <w:b w:val="0"/>
          <w:i w:val="0"/>
          <w:color w:val="263342"/>
          <w:sz w:val="18"/>
        </w:rPr>
        <w:t>Runners wear a distinct color lanyard so any volunteer can spot one fast.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The one rule — everywhere, every night</w:t>
            </w:r>
          </w:p>
          <w:p>
            <w:pPr>
              <w:spacing w:after="0" w:line="252" w:lineRule="auto"/>
            </w:pPr>
            <w:r>
              <w:rPr>
                <w:rFonts w:ascii="Liberation Sans" w:hAnsi="Liberation Sans" w:eastAsia="Liberation Sans"/>
                <w:b w:val="0"/>
                <w:i w:val="0"/>
                <w:color w:val="263342"/>
                <w:sz w:val="18"/>
              </w:rPr>
              <w:t>RUNNERS MOVE CHILDREN; A DISMISSAL LEAD RELEASES — one authorized lead per zone. No runner hands a child directly to an adult, including VPK. Every release happens at the zone, tag verified (scan or paper), witnessed. One procedure, no exceptions, no improvising.</w:t>
            </w:r>
          </w:p>
        </w:tc>
      </w:tr>
    </w:tbl>
    <w:p>
      <w:pPr>
        <w:pStyle w:val="Heading2"/>
        <w:keepNext/>
        <w:spacing w:before="100" w:after="80"/>
      </w:pPr>
      <w:r>
        <w:rPr>
          <w:rFonts w:ascii="Liberation Sans" w:hAnsi="Liberation Sans" w:eastAsia="Liberation Sans"/>
          <w:b/>
          <w:i w:val="0"/>
          <w:color w:val="263342"/>
          <w:sz w:val="26"/>
        </w:rPr>
        <w:t>Parking flow</w:t>
      </w:r>
    </w:p>
    <w:p>
      <w:pPr>
        <w:pStyle w:val="ListBullet"/>
        <w:spacing w:before="0" w:after="40" w:line="250" w:lineRule="auto"/>
      </w:pPr>
      <w:r>
        <w:rPr>
          <w:rFonts w:ascii="Liberation Sans" w:hAnsi="Liberation Sans" w:eastAsia="Liberation Sans"/>
          <w:b w:val="0"/>
          <w:i w:val="0"/>
          <w:color w:val="263342"/>
          <w:sz w:val="18"/>
        </w:rPr>
        <w:t>ONE-WAY LOOP: cars enter at [ENTRANCE], flow past the three zone tents in order (Yellow → Teal → Blue), exit at [EXIT]. The loop never stops moving.</w:t>
      </w:r>
    </w:p>
    <w:p>
      <w:pPr>
        <w:pStyle w:val="ListBullet"/>
        <w:spacing w:before="0" w:after="40" w:line="250" w:lineRule="auto"/>
      </w:pPr>
      <w:r>
        <w:rPr>
          <w:rFonts w:ascii="Liberation Sans" w:hAnsi="Liberation Sans" w:eastAsia="Liberation Sans"/>
          <w:b w:val="0"/>
          <w:i w:val="0"/>
          <w:color w:val="263342"/>
          <w:sz w:val="18"/>
        </w:rPr>
        <w:t>DROP-OFF LANE vs. PARK-AND-WALK: the lane is for quick drop-offs — volunteers open car doors, kids walk with a runner to check-in, cars keep rolling. Families who want to walk in park in the main lot and use the marked crosswalks.</w:t>
      </w:r>
    </w:p>
    <w:p>
      <w:pPr>
        <w:pStyle w:val="ListBullet"/>
        <w:spacing w:before="0" w:after="40" w:line="250" w:lineRule="auto"/>
      </w:pPr>
      <w:r>
        <w:rPr>
          <w:rFonts w:ascii="Liberation Sans" w:hAnsi="Liberation Sans" w:eastAsia="Liberation Sans"/>
          <w:b w:val="0"/>
          <w:i w:val="0"/>
          <w:color w:val="263342"/>
          <w:sz w:val="18"/>
        </w:rPr>
        <w:t>6 PARKING VOLUNTEERS in vests with light wands: two at the entrance (direct: lane or lot?), two at the drop-off lane (doors, kids, keep it moving), two at crosswalks (stop cars, walk families). Posts assigned on Setup Day; nobody improvises on Day 1.</w:t>
      </w:r>
    </w:p>
    <w:p>
      <w:pPr>
        <w:pStyle w:val="Heading2"/>
        <w:keepNext/>
        <w:spacing w:before="100" w:after="80"/>
      </w:pPr>
      <w:r>
        <w:rPr>
          <w:rFonts w:ascii="Liberation Sans" w:hAnsi="Liberation Sans" w:eastAsia="Liberation Sans"/>
          <w:b/>
          <w:i w:val="0"/>
          <w:color w:val="263342"/>
          <w:sz w:val="26"/>
        </w:rPr>
        <w:t>Authorized pickup verification — step by step</w:t>
      </w:r>
    </w:p>
    <w:tbl>
      <w:tblPr>
        <w:tblW w:type="auto" w:w="0"/>
        <w:jc w:val="center"/>
        <w:tblLayout w:type="fixed"/>
        <w:tblLook w:firstColumn="1" w:firstRow="1" w:lastColumn="0" w:lastRow="0" w:noHBand="0" w:noVBand="1" w:val="04A0"/>
      </w:tblPr>
      <w:tblGrid>
        <w:gridCol w:w="1872"/>
        <w:gridCol w:w="8424"/>
      </w:tblGrid>
      <w:tr>
        <w:tc>
          <w:tcPr>
            <w:tcW w:type="dxa" w:w="5141"/>
            <w:shd w:fill="086862"/>
            <w:tcMar>
              <w:top w:w="80" w:type="dxa"/>
              <w:start w:w="100" w:type="dxa"/>
              <w:bottom w:w="80" w:type="dxa"/>
              <w:end w:w="100" w:type="dxa"/>
            </w:tcMar>
          </w:tcPr>
          <w:p>
            <w:r>
              <w:rPr>
                <w:rFonts w:ascii="Liberation Sans" w:hAnsi="Liberation Sans" w:eastAsia="Liberation Sans"/>
                <w:b/>
                <w:i w:val="0"/>
                <w:color w:val="FFFFFF"/>
                <w:sz w:val="17"/>
              </w:rPr>
              <w:t>Step</w:t>
            </w:r>
          </w:p>
        </w:tc>
        <w:tc>
          <w:tcPr>
            <w:tcW w:type="dxa" w:w="5141"/>
            <w:shd w:fill="086862"/>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 Tag presented</w:t>
            </w:r>
          </w:p>
        </w:tc>
        <w:tc>
          <w:tcPr>
            <w:tcW w:type="dxa" w:w="84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Parent shows the matching pickup tag at their zone tent.</w:t>
            </w:r>
          </w:p>
        </w:tc>
      </w:tr>
      <w:tr>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Verify + match</w:t>
            </w:r>
          </w:p>
        </w:tc>
        <w:tc>
          <w:tcPr>
            <w:tcW w:type="dxa" w:w="84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Volunteer scans the barcode (or matches the number on the paper roster); the screen/roster shows the child’s name, photo, and homeroom. Must match the adult’s tag.</w:t>
            </w:r>
          </w:p>
        </w:tc>
      </w:tr>
      <w:tr>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 Zone lead releases</w:t>
            </w:r>
          </w:p>
        </w:tc>
        <w:tc>
          <w:tcPr>
            <w:tcW w:type="dxa" w:w="84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 ZONE’S dismissal lead verifies the tag-holder and releases the child, in view of the zone team. Multiple checkouts run at once while names are called over the mic/speaker.</w:t>
            </w:r>
          </w:p>
        </w:tc>
      </w:tr>
      <w:tr>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 No tag</w:t>
            </w:r>
          </w:p>
        </w:tc>
        <w:tc>
          <w:tcPr>
            <w:tcW w:type="dxa" w:w="84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Photo ID checked against the authorized pickup list on file. Director approval required. Log the exception.</w:t>
            </w:r>
          </w:p>
        </w:tc>
      </w:tr>
      <w:tr>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 Not authorized</w:t>
            </w:r>
          </w:p>
        </w:tc>
        <w:tc>
          <w:tcPr>
            <w:tcW w:type="dxa" w:w="84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Child stays with two volunteers. Director calls the parent and emergency contacts. The child is NOT released until the parent confirms — by voice, on the phone, to the director.</w:t>
            </w:r>
          </w:p>
        </w:tc>
      </w:tr>
    </w:tbl>
    <w:p>
      <w:pPr>
        <w:pStyle w:val="Heading2"/>
        <w:keepNext/>
        <w:spacing w:before="100" w:after="80"/>
      </w:pPr>
      <w:r>
        <w:rPr>
          <w:rFonts w:ascii="Liberation Sans" w:hAnsi="Liberation Sans" w:eastAsia="Liberation Sans"/>
          <w:b/>
          <w:i w:val="0"/>
          <w:color w:val="263342"/>
          <w:sz w:val="26"/>
        </w:rPr>
        <w:t>Pickup dispute escalation</w:t>
      </w:r>
    </w:p>
    <w:p>
      <w:pPr>
        <w:pStyle w:val="ListBullet"/>
        <w:spacing w:before="0" w:after="40" w:line="250" w:lineRule="auto"/>
      </w:pPr>
      <w:r>
        <w:rPr>
          <w:rFonts w:ascii="Liberation Sans" w:hAnsi="Liberation Sans" w:eastAsia="Liberation Sans"/>
          <w:b w:val="0"/>
          <w:i w:val="0"/>
          <w:color w:val="263342"/>
          <w:sz w:val="18"/>
        </w:rPr>
        <w:t>STAY CALM, HOLD THE LINE: the volunteer never argues and never releases the child to end an argument. “I understand this is frustrating — let me get my lead so we can sort it out right now.”</w:t>
      </w:r>
    </w:p>
    <w:p>
      <w:pPr>
        <w:pStyle w:val="ListBullet"/>
        <w:spacing w:before="0" w:after="40" w:line="250" w:lineRule="auto"/>
      </w:pPr>
      <w:r>
        <w:rPr>
          <w:rFonts w:ascii="Liberation Sans" w:hAnsi="Liberation Sans" w:eastAsia="Liberation Sans"/>
          <w:b w:val="0"/>
          <w:i w:val="0"/>
          <w:color w:val="263342"/>
          <w:sz w:val="18"/>
        </w:rPr>
        <w:t>ESCALATION PATH: zone volunteer → zone lead → camp director + security officer → 911 if anyone’s safety is threatened.</w:t>
      </w:r>
    </w:p>
    <w:p>
      <w:pPr>
        <w:pStyle w:val="ListBullet"/>
        <w:spacing w:before="0" w:after="40" w:line="250" w:lineRule="auto"/>
      </w:pPr>
      <w:r>
        <w:rPr>
          <w:rFonts w:ascii="Liberation Sans" w:hAnsi="Liberation Sans" w:eastAsia="Liberation Sans"/>
          <w:b w:val="0"/>
          <w:i w:val="0"/>
          <w:color w:val="263342"/>
          <w:sz w:val="18"/>
        </w:rPr>
        <w:t>NEVER physically restrain an adult or block a car with your body. Step back, note the description and plate, call 911, and document everything.</w:t>
      </w:r>
    </w:p>
    <w:p>
      <w:pPr>
        <w:pStyle w:val="ListBullet"/>
        <w:spacing w:before="0" w:after="40" w:line="250" w:lineRule="auto"/>
      </w:pPr>
      <w:r>
        <w:rPr>
          <w:rFonts w:ascii="Liberation Sans" w:hAnsi="Liberation Sans" w:eastAsia="Liberation Sans"/>
          <w:b w:val="0"/>
          <w:i w:val="0"/>
          <w:color w:val="263342"/>
          <w:sz w:val="18"/>
        </w:rPr>
        <w:t>EVERY dispute gets an incident report — even the ones that resolve calmly. Patterns matter.</w:t>
      </w:r>
    </w:p>
    <w:p>
      <w:r>
        <w:br w:type="page"/>
      </w:r>
    </w:p>
    <w:tbl>
      <w:tblPr>
        <w:tblW w:type="auto" w:w="0"/>
        <w:jc w:val="center"/>
        <w:tblLook w:firstColumn="1" w:firstRow="1" w:lastColumn="0" w:lastRow="0" w:noHBand="0" w:noVBand="1" w:val="04A0"/>
      </w:tblPr>
      <w:tblGrid>
        <w:gridCol w:w="10282"/>
      </w:tblGrid>
      <w:tr>
        <w:tc>
          <w:tcPr>
            <w:tcW w:type="dxa" w:w="10282"/>
            <w:shd w:fill="E35D5B"/>
            <w:tcMar>
              <w:top w:w="260" w:type="dxa"/>
              <w:start w:w="240" w:type="dxa"/>
              <w:bottom w:w="260" w:type="dxa"/>
              <w:end w:w="240" w:type="dxa"/>
            </w:tcMar>
          </w:tcPr>
          <w:p>
            <w:pPr>
              <w:jc w:val="center"/>
            </w:pPr>
            <w:r>
              <w:rPr>
                <w:rFonts w:ascii="Liberation Sans" w:hAnsi="Liberation Sans" w:eastAsia="Liberation Sans"/>
                <w:b/>
                <w:i w:val="0"/>
                <w:color w:val="FFFFFF"/>
                <w:sz w:val="18"/>
              </w:rPr>
              <w:t>SAFETY</w:t>
            </w:r>
          </w:p>
          <w:p>
            <w:pPr>
              <w:jc w:val="center"/>
            </w:pPr>
            <w:r>
              <w:rPr>
                <w:rFonts w:ascii="Liberation Sans" w:hAnsi="Liberation Sans" w:eastAsia="Liberation Sans"/>
                <w:b/>
                <w:i w:val="0"/>
                <w:color w:val="FFFFFF"/>
                <w:sz w:val="50"/>
              </w:rPr>
              <w:t>Everyone knows the plan</w:t>
            </w:r>
          </w:p>
          <w:p>
            <w:pPr>
              <w:jc w:val="center"/>
            </w:pPr>
            <w:r>
              <w:rPr>
                <w:rFonts w:ascii="Liberation Sans" w:hAnsi="Liberation Sans" w:eastAsia="Liberation Sans"/>
                <w:b w:val="0"/>
                <w:i w:val="0"/>
                <w:color w:val="FFFFFF"/>
                <w:sz w:val="20"/>
              </w:rPr>
              <w:t>Officers, color codes, WhatsApp, and escalation — written down before Night 1.</w:t>
            </w:r>
          </w:p>
        </w:tc>
      </w:tr>
    </w:tbl>
    <w:p>
      <w:pPr>
        <w:spacing w:before="0" w:after="100" w:line="259" w:lineRule="auto"/>
      </w:pPr>
      <w:r>
        <w:rPr>
          <w:rFonts w:ascii="Liberation Sans" w:hAnsi="Liberation Sans" w:eastAsia="Liberation Sans"/>
          <w:b w:val="0"/>
          <w:i w:val="0"/>
          <w:color w:val="263342"/>
          <w:sz w:val="19"/>
        </w:rPr>
        <w:t>Safety is not a vibe; it is a plan every volunteer can recite. Two officers, three colors, one chat structure, and escalation paths with no gaps. Rehearse the YELLOW and RED responses on Setup Day — ten minutes that buys total confidence.</w:t>
      </w:r>
    </w:p>
    <w:p>
      <w:pPr>
        <w:pStyle w:val="Heading2"/>
        <w:keepNext/>
        <w:spacing w:before="100" w:after="80"/>
      </w:pPr>
      <w:r>
        <w:rPr>
          <w:rFonts w:ascii="Liberation Sans" w:hAnsi="Liberation Sans" w:eastAsia="Liberation Sans"/>
          <w:b/>
          <w:i w:val="0"/>
          <w:color w:val="263342"/>
          <w:sz w:val="26"/>
        </w:rPr>
        <w:t>Two security officers, every night</w:t>
      </w:r>
    </w:p>
    <w:tbl>
      <w:tblPr>
        <w:tblW w:type="auto" w:w="0"/>
        <w:jc w:val="center"/>
        <w:tblLayout w:type="fixed"/>
        <w:tblLook w:firstColumn="1" w:firstRow="1" w:lastColumn="0" w:lastRow="0" w:noHBand="0" w:noVBand="1" w:val="04A0"/>
      </w:tblPr>
      <w:tblGrid>
        <w:gridCol w:w="3168"/>
        <w:gridCol w:w="7128"/>
      </w:tblGrid>
      <w:tr>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Post</w:t>
            </w:r>
          </w:p>
        </w:tc>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Owns</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Officer 1 — Main entrance / check-in</w:t>
            </w:r>
          </w:p>
        </w:tc>
        <w:tc>
          <w:tcPr>
            <w:tcW w:type="dxa" w:w="71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Visible presence at the doors. Backs up tag enforcement. Locks doors at 6:30 (single entry after). First eyes on anyone unfamiliar.</w:t>
            </w:r>
          </w:p>
        </w:tc>
      </w:tr>
      <w:tr>
        <w:tc>
          <w:tcPr>
            <w:tcW w:type="dxa" w:w="31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Officer 2 — Roving: lot + perimeter + halls</w:t>
            </w:r>
          </w:p>
        </w:tc>
        <w:tc>
          <w:tcPr>
            <w:tcW w:type="dxa" w:w="71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Parking lot and building perimeter sweep at 6:00, 7:30, 8:30. Hallway presence during transitions. Responds to any zone’s call.</w:t>
            </w:r>
          </w:p>
        </w:tc>
      </w:tr>
    </w:tbl>
    <w:p>
      <w:pPr>
        <w:pStyle w:val="ListBullet"/>
        <w:spacing w:before="0" w:after="40" w:line="250" w:lineRule="auto"/>
      </w:pPr>
      <w:r>
        <w:rPr>
          <w:rFonts w:ascii="Liberation Sans" w:hAnsi="Liberation Sans" w:eastAsia="Liberation Sans"/>
          <w:b w:val="0"/>
          <w:i w:val="0"/>
          <w:color w:val="263342"/>
          <w:sz w:val="18"/>
        </w:rPr>
        <w:t>COMMS: both officers are in the EC Command WhatsApp group and carry radios on the same channel. Check-in lead and parking lead report TO them; they report to the camp director.</w:t>
      </w:r>
    </w:p>
    <w:p>
      <w:pPr>
        <w:pStyle w:val="ListBullet"/>
        <w:spacing w:before="0" w:after="40" w:line="250" w:lineRule="auto"/>
      </w:pPr>
      <w:r>
        <w:rPr>
          <w:rFonts w:ascii="Liberation Sans" w:hAnsi="Liberation Sans" w:eastAsia="Liberation Sans"/>
          <w:b w:val="0"/>
          <w:i w:val="0"/>
          <w:color w:val="263342"/>
          <w:sz w:val="18"/>
        </w:rPr>
        <w:t>RELATIONSHIP TO TEAMS: officers support — they do not replace — the safety volunteers, check-in team, and parking crew. Volunteers handle friendly; officers handle firm.</w:t>
      </w:r>
    </w:p>
    <w:p>
      <w:pPr>
        <w:pStyle w:val="ListBullet"/>
        <w:spacing w:before="0" w:after="40" w:line="250" w:lineRule="auto"/>
      </w:pPr>
      <w:r>
        <w:rPr>
          <w:rFonts w:ascii="Liberation Sans" w:hAnsi="Liberation Sans" w:eastAsia="Liberation Sans"/>
          <w:b w:val="0"/>
          <w:i w:val="0"/>
          <w:color w:val="263342"/>
          <w:sz w:val="18"/>
        </w:rPr>
        <w:t>911: either officer is authorized to call 911 without waiting for the director when seconds matter. They tell the director immediately after.</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Color-coded safety system</w:t>
      </w:r>
    </w:p>
    <w:p>
      <w:pPr>
        <w:spacing w:before="0" w:after="100" w:line="259" w:lineRule="auto"/>
      </w:pPr>
      <w:r>
        <w:rPr>
          <w:rFonts w:ascii="Liberation Sans" w:hAnsi="Liberation Sans" w:eastAsia="Liberation Sans"/>
          <w:b/>
          <w:i w:val="0"/>
          <w:color w:val="263342"/>
          <w:sz w:val="19"/>
        </w:rPr>
        <w:t>Three colors. Plain language. Every volunteer learns this on Setup Day.</w:t>
      </w:r>
    </w:p>
    <w:tbl>
      <w:tblPr>
        <w:tblW w:type="auto" w:w="0"/>
        <w:jc w:val="center"/>
        <w:tblLayout w:type="fixed"/>
        <w:tblLook w:firstColumn="1" w:firstRow="1" w:lastColumn="0" w:lastRow="0" w:noHBand="0" w:noVBand="1" w:val="04A0"/>
      </w:tblPr>
      <w:tblGrid>
        <w:gridCol w:w="1440"/>
        <w:gridCol w:w="2736"/>
        <w:gridCol w:w="2232"/>
        <w:gridCol w:w="3096"/>
        <w:gridCol w:w="1656"/>
      </w:tblGrid>
      <w:tr>
        <w:tc>
          <w:tcPr>
            <w:tcW w:type="dxa" w:w="2056"/>
            <w:shd w:fill="E35D5B"/>
            <w:tcMar>
              <w:top w:w="80" w:type="dxa"/>
              <w:start w:w="100" w:type="dxa"/>
              <w:bottom w:w="80" w:type="dxa"/>
              <w:end w:w="100" w:type="dxa"/>
            </w:tcMar>
          </w:tcPr>
          <w:p>
            <w:r>
              <w:rPr>
                <w:rFonts w:ascii="Liberation Sans" w:hAnsi="Liberation Sans" w:eastAsia="Liberation Sans"/>
                <w:b/>
                <w:i w:val="0"/>
                <w:color w:val="FFFFFF"/>
                <w:sz w:val="17"/>
              </w:rPr>
              <w:t>Color</w:t>
            </w:r>
          </w:p>
        </w:tc>
        <w:tc>
          <w:tcPr>
            <w:tcW w:type="dxa" w:w="2056"/>
            <w:shd w:fill="E35D5B"/>
            <w:tcMar>
              <w:top w:w="80" w:type="dxa"/>
              <w:start w:w="100" w:type="dxa"/>
              <w:bottom w:w="80" w:type="dxa"/>
              <w:end w:w="100" w:type="dxa"/>
            </w:tcMar>
          </w:tcPr>
          <w:p>
            <w:r>
              <w:rPr>
                <w:rFonts w:ascii="Liberation Sans" w:hAnsi="Liberation Sans" w:eastAsia="Liberation Sans"/>
                <w:b/>
                <w:i w:val="0"/>
                <w:color w:val="FFFFFF"/>
                <w:sz w:val="17"/>
              </w:rPr>
              <w:t>Meaning</w:t>
            </w:r>
          </w:p>
        </w:tc>
        <w:tc>
          <w:tcPr>
            <w:tcW w:type="dxa" w:w="2056"/>
            <w:shd w:fill="E35D5B"/>
            <w:tcMar>
              <w:top w:w="80" w:type="dxa"/>
              <w:start w:w="100" w:type="dxa"/>
              <w:bottom w:w="80" w:type="dxa"/>
              <w:end w:w="100" w:type="dxa"/>
            </w:tcMar>
          </w:tcPr>
          <w:p>
            <w:r>
              <w:rPr>
                <w:rFonts w:ascii="Liberation Sans" w:hAnsi="Liberation Sans" w:eastAsia="Liberation Sans"/>
                <w:b/>
                <w:i w:val="0"/>
                <w:color w:val="FFFFFF"/>
                <w:sz w:val="17"/>
              </w:rPr>
              <w:t>Who can call it</w:t>
            </w:r>
          </w:p>
        </w:tc>
        <w:tc>
          <w:tcPr>
            <w:tcW w:type="dxa" w:w="2056"/>
            <w:shd w:fill="E35D5B"/>
            <w:tcMar>
              <w:top w:w="80" w:type="dxa"/>
              <w:start w:w="100" w:type="dxa"/>
              <w:bottom w:w="80" w:type="dxa"/>
              <w:end w:w="100" w:type="dxa"/>
            </w:tcMar>
          </w:tcPr>
          <w:p>
            <w:r>
              <w:rPr>
                <w:rFonts w:ascii="Liberation Sans" w:hAnsi="Liberation Sans" w:eastAsia="Liberation Sans"/>
                <w:b/>
                <w:i w:val="0"/>
                <w:color w:val="FFFFFF"/>
                <w:sz w:val="17"/>
              </w:rPr>
              <w:t>What every volunteer does</w:t>
            </w:r>
          </w:p>
        </w:tc>
        <w:tc>
          <w:tcPr>
            <w:tcW w:type="dxa" w:w="2056"/>
            <w:shd w:fill="E35D5B"/>
            <w:tcMar>
              <w:top w:w="80" w:type="dxa"/>
              <w:start w:w="100" w:type="dxa"/>
              <w:bottom w:w="80" w:type="dxa"/>
              <w:end w:w="100" w:type="dxa"/>
            </w:tcMar>
          </w:tcPr>
          <w:p>
            <w:r>
              <w:rPr>
                <w:rFonts w:ascii="Liberation Sans" w:hAnsi="Liberation Sans" w:eastAsia="Liberation Sans"/>
                <w:b/>
                <w:i w:val="0"/>
                <w:color w:val="FFFFFF"/>
                <w:sz w:val="17"/>
              </w:rPr>
              <w:t>Parents notified?</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GREEN</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Normal operations</w:t>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 (default state)</w:t>
            </w:r>
          </w:p>
        </w:tc>
        <w:tc>
          <w:tcPr>
            <w:tcW w:type="dxa" w:w="30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Run the plan. Stay in your post.</w:t>
            </w:r>
          </w:p>
        </w:tc>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No</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YELLOW</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HOLD IN ROOMS — weather threat, nearby incident, medical situation in a hallway</w:t>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either security officer</w:t>
            </w:r>
          </w:p>
        </w:tc>
        <w:tc>
          <w:tcPr>
            <w:tcW w:type="dxa" w:w="30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Keep kids in rooms with calm activities. No hallway movement. Homeroom leaders take attendance. Await the all-clear in the Command group.</w:t>
            </w:r>
          </w:p>
        </w:tc>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Only if it lasts 15+ min (Church Center push)</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RED — LOCKDOWN</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Threat inside/on grounds</w:t>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either officer, ANY staffer witnessing immediate danger</w:t>
            </w:r>
          </w:p>
        </w:tc>
        <w:tc>
          <w:tcPr>
            <w:tcW w:type="dxa" w:w="30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Lock doors, lights low, kids quiet in corners away from doors/windows. Leader phones on silent. Attendance whispered. NO ONE opens for any voice — wait for the all-clear from the director or officers in person.</w:t>
            </w:r>
          </w:p>
        </w:tc>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Immediately (Church Center push + PA when safe)</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RED — EVACUATE</w:t>
            </w:r>
          </w:p>
        </w:tc>
        <w:tc>
          <w:tcPr>
            <w:tcW w:type="dxa" w:w="27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Fire / gas / building unsafe</w:t>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either officer, ANY staffer witnessing immediate danger</w:t>
            </w:r>
          </w:p>
        </w:tc>
        <w:tc>
          <w:tcPr>
            <w:tcW w:type="dxa" w:w="30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 leaders take rosters, lead lines to the rally point at [LOCATION] — away from the building, upwind of smoke. Attendance on arrival. No re-entry until officers clear it.</w:t>
            </w:r>
          </w:p>
        </w:tc>
        <w:tc>
          <w:tcPr>
            <w:tcW w:type="dxa" w:w="16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Immediately (Church Center push)</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One checkbox</w:t>
            </w:r>
          </w:p>
          <w:p>
            <w:pPr>
              <w:spacing w:after="0" w:line="252" w:lineRule="auto"/>
            </w:pPr>
            <w:r>
              <w:rPr>
                <w:rFonts w:ascii="Liberation Sans" w:hAnsi="Liberation Sans" w:eastAsia="Liberation Sans"/>
                <w:b w:val="0"/>
                <w:i w:val="0"/>
                <w:color w:val="263342"/>
                <w:sz w:val="18"/>
              </w:rPr>
              <w:t>Before Night 1, have your safety lead read the emergency plan and initial the safety sign-off checkbox at the back of this pack — confirming it fits your building. A plan nobody read is a plan nobody owns.</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Reunification</w:t>
            </w:r>
          </w:p>
          <w:p>
            <w:pPr>
              <w:spacing w:after="0" w:line="252" w:lineRule="auto"/>
            </w:pPr>
            <w:r>
              <w:rPr>
                <w:rFonts w:ascii="Liberation Sans" w:hAnsi="Liberation Sans" w:eastAsia="Liberation Sans"/>
                <w:b w:val="0"/>
                <w:i w:val="0"/>
                <w:color w:val="263342"/>
                <w:sz w:val="18"/>
              </w:rPr>
              <w:t>After any RED: families reunite at [LOCATION] — NOT at classroom doors. Tag-scan pickup still applies, run by the check-in lead with security present. Order beats speed.</w:t>
            </w:r>
          </w:p>
        </w:tc>
      </w:tr>
    </w:tbl>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86862"/>
              <w:bottom w:val="nil"/>
              <w:right w:val="nil"/>
            </w:tcBorders>
          </w:tcPr>
          <w:p>
            <w:pPr>
              <w:spacing w:after="40"/>
            </w:pPr>
            <w:r>
              <w:rPr>
                <w:rFonts w:ascii="Liberation Sans" w:hAnsi="Liberation Sans" w:eastAsia="Liberation Sans"/>
                <w:b/>
                <w:i w:val="0"/>
                <w:color w:val="14243A"/>
                <w:sz w:val="20"/>
              </w:rPr>
              <w:t>Tech upgrade (optional)</w:t>
            </w:r>
          </w:p>
          <w:p>
            <w:pPr>
              <w:spacing w:after="0" w:line="252" w:lineRule="auto"/>
            </w:pPr>
            <w:r>
              <w:rPr>
                <w:rFonts w:ascii="Liberation Sans" w:hAnsi="Liberation Sans" w:eastAsia="Liberation Sans"/>
                <w:b w:val="0"/>
                <w:i w:val="0"/>
                <w:color w:val="263342"/>
                <w:sz w:val="18"/>
              </w:rPr>
              <w:t>Emergency push alerts are an optional upgrade if your system sends them. Otherwise use your real alert method — text tree, PA announcement, phone chain — and write it into the safety worksheet before Night 1.</w:t>
            </w:r>
          </w:p>
        </w:tc>
      </w:tr>
    </w:tbl>
    <w:p>
      <w:r>
        <w:br w:type="page"/>
      </w:r>
    </w:p>
    <w:p>
      <w:pPr>
        <w:pStyle w:val="Heading2"/>
        <w:keepNext/>
        <w:spacing w:before="100" w:after="80"/>
      </w:pPr>
      <w:r>
        <w:rPr>
          <w:rFonts w:ascii="Liberation Sans" w:hAnsi="Liberation Sans" w:eastAsia="Liberation Sans"/>
          <w:b/>
          <w:i w:val="0"/>
          <w:color w:val="263342"/>
          <w:sz w:val="26"/>
        </w:rPr>
        <w:t>WhatsApp coordination</w:t>
      </w:r>
    </w:p>
    <w:p>
      <w:pPr>
        <w:spacing w:before="0" w:after="100" w:line="259" w:lineRule="auto"/>
      </w:pPr>
      <w:r>
        <w:rPr>
          <w:rFonts w:ascii="Liberation Sans" w:hAnsi="Liberation Sans" w:eastAsia="Liberation Sans"/>
          <w:b/>
          <w:i w:val="0"/>
          <w:color w:val="263342"/>
          <w:sz w:val="19"/>
        </w:rPr>
        <w:t>WhatsApp is the nervous system. Structure it on Setup Day; discipline keeps it usable on Day 1.</w:t>
      </w:r>
    </w:p>
    <w:tbl>
      <w:tblPr>
        <w:tblW w:type="auto" w:w="0"/>
        <w:jc w:val="center"/>
        <w:tblLayout w:type="fixed"/>
        <w:tblLook w:firstColumn="1" w:firstRow="1" w:lastColumn="0" w:lastRow="0" w:noHBand="0" w:noVBand="1" w:val="04A0"/>
      </w:tblPr>
      <w:tblGrid>
        <w:gridCol w:w="2304"/>
        <w:gridCol w:w="3600"/>
        <w:gridCol w:w="4392"/>
      </w:tblGrid>
      <w:tr>
        <w:tc>
          <w:tcPr>
            <w:tcW w:type="dxa" w:w="3427"/>
            <w:shd w:fill="086862"/>
            <w:tcMar>
              <w:top w:w="80" w:type="dxa"/>
              <w:start w:w="100" w:type="dxa"/>
              <w:bottom w:w="80" w:type="dxa"/>
              <w:end w:w="100" w:type="dxa"/>
            </w:tcMar>
          </w:tcPr>
          <w:p>
            <w:r>
              <w:rPr>
                <w:rFonts w:ascii="Liberation Sans" w:hAnsi="Liberation Sans" w:eastAsia="Liberation Sans"/>
                <w:b/>
                <w:i w:val="0"/>
                <w:color w:val="FFFFFF"/>
                <w:sz w:val="17"/>
              </w:rPr>
              <w:t>Group</w:t>
            </w:r>
          </w:p>
        </w:tc>
        <w:tc>
          <w:tcPr>
            <w:tcW w:type="dxa" w:w="3427"/>
            <w:shd w:fill="086862"/>
            <w:tcMar>
              <w:top w:w="80" w:type="dxa"/>
              <w:start w:w="100" w:type="dxa"/>
              <w:bottom w:w="80" w:type="dxa"/>
              <w:end w:w="100" w:type="dxa"/>
            </w:tcMar>
          </w:tcPr>
          <w:p>
            <w:r>
              <w:rPr>
                <w:rFonts w:ascii="Liberation Sans" w:hAnsi="Liberation Sans" w:eastAsia="Liberation Sans"/>
                <w:b/>
                <w:i w:val="0"/>
                <w:color w:val="FFFFFF"/>
                <w:sz w:val="17"/>
              </w:rPr>
              <w:t>Who’s in</w:t>
            </w:r>
          </w:p>
        </w:tc>
        <w:tc>
          <w:tcPr>
            <w:tcW w:type="dxa" w:w="3427"/>
            <w:shd w:fill="086862"/>
            <w:tcMar>
              <w:top w:w="80" w:type="dxa"/>
              <w:start w:w="100" w:type="dxa"/>
              <w:bottom w:w="80" w:type="dxa"/>
              <w:end w:w="100" w:type="dxa"/>
            </w:tcMar>
          </w:tcPr>
          <w:p>
            <w:r>
              <w:rPr>
                <w:rFonts w:ascii="Liberation Sans" w:hAnsi="Liberation Sans" w:eastAsia="Liberation Sans"/>
                <w:b/>
                <w:i w:val="0"/>
                <w:color w:val="FFFFFF"/>
                <w:sz w:val="17"/>
              </w:rPr>
              <w:t>Used for</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EC Command</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2 assistants, 2 security officers, check-in lead, dinner lead</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Decisions + emergencies ONLY. YELLOW/RED calls, schedule changes, all-clears.</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EC Homerooms</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assistants, 24 homeroom leaders</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Attendance flags, missing kids, behavior escalations, pickup issues.</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EC Rotations</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24 rotation leaders</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Room needs, supply emergencies, timing holds.</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EC Safety + Parking</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officers, 8 safety volunteers, 6 parking volunteers, 8 runners</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Posts, traffic, door locks, sweeps.</w:t>
            </w:r>
          </w:p>
        </w:tc>
      </w:tr>
      <w:tr>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EC Dinner</w:t>
            </w:r>
          </w:p>
        </w:tc>
        <w:tc>
          <w:tcPr>
            <w:tcW w:type="dxa" w:w="36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dinner lead + team</w:t>
            </w:r>
          </w:p>
        </w:tc>
        <w:tc>
          <w:tcPr>
            <w:tcW w:type="dxa" w:w="43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Lines, portions, allergy table, cleanup timing.</w:t>
            </w:r>
          </w:p>
        </w:tc>
      </w:tr>
    </w:tbl>
    <w:p>
      <w:pPr>
        <w:pStyle w:val="Heading2"/>
        <w:keepNext/>
        <w:spacing w:before="100" w:after="80"/>
      </w:pPr>
      <w:r>
        <w:rPr>
          <w:rFonts w:ascii="Liberation Sans" w:hAnsi="Liberation Sans" w:eastAsia="Liberation Sans"/>
          <w:b/>
          <w:i w:val="0"/>
          <w:color w:val="263342"/>
          <w:sz w:val="26"/>
        </w:rPr>
        <w:t>Message discipline (read on Setup Day)</w:t>
      </w:r>
    </w:p>
    <w:p>
      <w:pPr>
        <w:pStyle w:val="ListBullet"/>
        <w:spacing w:before="0" w:after="40" w:line="250" w:lineRule="auto"/>
      </w:pPr>
      <w:r>
        <w:rPr>
          <w:rFonts w:ascii="Liberation Sans" w:hAnsi="Liberation Sans" w:eastAsia="Liberation Sans"/>
          <w:b w:val="0"/>
          <w:i w:val="0"/>
          <w:color w:val="263342"/>
          <w:sz w:val="18"/>
        </w:rPr>
        <w:t>COMMAND GROUP = emergencies and decisions only. If it is not urgent, it does not go here.</w:t>
      </w:r>
    </w:p>
    <w:p>
      <w:pPr>
        <w:pStyle w:val="ListBullet"/>
        <w:spacing w:before="0" w:after="40" w:line="250" w:lineRule="auto"/>
      </w:pPr>
      <w:r>
        <w:rPr>
          <w:rFonts w:ascii="Liberation Sans" w:hAnsi="Liberation Sans" w:eastAsia="Liberation Sans"/>
          <w:b w:val="0"/>
          <w:i w:val="0"/>
          <w:color w:val="263342"/>
          <w:sz w:val="18"/>
        </w:rPr>
        <w:t>AREA GROUPS = logistics. “Crafts C2 needs more tape” goes here, never in Command.</w:t>
      </w:r>
    </w:p>
    <w:p>
      <w:pPr>
        <w:pStyle w:val="ListBullet"/>
        <w:spacing w:before="0" w:after="40" w:line="250" w:lineRule="auto"/>
      </w:pPr>
      <w:r>
        <w:rPr>
          <w:rFonts w:ascii="Liberation Sans" w:hAnsi="Liberation Sans" w:eastAsia="Liberation Sans"/>
          <w:b w:val="0"/>
          <w:i w:val="0"/>
          <w:color w:val="263342"/>
          <w:sz w:val="18"/>
        </w:rPr>
        <w:t>RADIO = moving right now. “Runner to Yellow zone tent” — voice beats typing when feet are moving.</w:t>
      </w:r>
    </w:p>
    <w:p>
      <w:pPr>
        <w:pStyle w:val="ListBullet"/>
        <w:spacing w:before="0" w:after="40" w:line="250" w:lineRule="auto"/>
      </w:pPr>
      <w:r>
        <w:rPr>
          <w:rFonts w:ascii="Liberation Sans" w:hAnsi="Liberation Sans" w:eastAsia="Liberation Sans"/>
          <w:b w:val="0"/>
          <w:i w:val="0"/>
          <w:color w:val="263342"/>
          <w:sz w:val="18"/>
        </w:rPr>
        <w:t>IN PERSON = sensitive. Behavior issues, parent concerns, and anything about a specific child are NEVER in chat — find the lead face to face.</w:t>
      </w:r>
    </w:p>
    <w:p>
      <w:pPr>
        <w:pStyle w:val="ListBullet"/>
        <w:spacing w:before="0" w:after="40" w:line="250" w:lineRule="auto"/>
      </w:pPr>
      <w:r>
        <w:rPr>
          <w:rFonts w:ascii="Liberation Sans" w:hAnsi="Liberation Sans" w:eastAsia="Liberation Sans"/>
          <w:b w:val="0"/>
          <w:i w:val="0"/>
          <w:color w:val="263342"/>
          <w:sz w:val="18"/>
        </w:rPr>
        <w:t>NO KID PHOTOS in WhatsApp, ever. Photos go to the photographer, who follows the photo-release list.</w:t>
      </w:r>
    </w:p>
    <w:p>
      <w:pPr>
        <w:pStyle w:val="ListBullet"/>
        <w:spacing w:before="0" w:after="40" w:line="250" w:lineRule="auto"/>
      </w:pPr>
      <w:r>
        <w:rPr>
          <w:rFonts w:ascii="Liberation Sans" w:hAnsi="Liberation Sans" w:eastAsia="Liberation Sans"/>
          <w:b w:val="0"/>
          <w:i w:val="0"/>
          <w:color w:val="263342"/>
          <w:sz w:val="18"/>
        </w:rPr>
        <w:t>Acknowledge urgent messages with ✅. Silence during program hours means “working” — not “ignoring.”</w:t>
      </w:r>
    </w:p>
    <w:p>
      <w:r>
        <w:br w:type="page"/>
      </w:r>
    </w:p>
    <w:p>
      <w:pPr>
        <w:pStyle w:val="Heading2"/>
        <w:keepNext/>
        <w:spacing w:before="100" w:after="80"/>
      </w:pPr>
      <w:r>
        <w:rPr>
          <w:rFonts w:ascii="Liberation Sans" w:hAnsi="Liberation Sans" w:eastAsia="Liberation Sans"/>
          <w:b/>
          <w:i w:val="0"/>
          <w:color w:val="263342"/>
          <w:sz w:val="26"/>
        </w:rPr>
        <w:t>Responsibilities matrix</w:t>
      </w:r>
    </w:p>
    <w:tbl>
      <w:tblPr>
        <w:tblW w:type="auto" w:w="0"/>
        <w:jc w:val="center"/>
        <w:tblLayout w:type="fixed"/>
        <w:tblLook w:firstColumn="1" w:firstRow="1" w:lastColumn="0" w:lastRow="0" w:noHBand="0" w:noVBand="1" w:val="04A0"/>
      </w:tblPr>
      <w:tblGrid>
        <w:gridCol w:w="2232"/>
        <w:gridCol w:w="4176"/>
        <w:gridCol w:w="3888"/>
      </w:tblGrid>
      <w:tr>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Role</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Owns</w:t>
            </w:r>
          </w:p>
        </w:tc>
        <w:tc>
          <w:tcPr>
            <w:tcW w:type="dxa" w:w="3427"/>
            <w:shd w:fill="14243A"/>
            <w:tcMar>
              <w:top w:w="80" w:type="dxa"/>
              <w:start w:w="100" w:type="dxa"/>
              <w:bottom w:w="80" w:type="dxa"/>
              <w:end w:w="100" w:type="dxa"/>
            </w:tcMar>
          </w:tcPr>
          <w:p>
            <w:r>
              <w:rPr>
                <w:rFonts w:ascii="Liberation Sans" w:hAnsi="Liberation Sans" w:eastAsia="Liberation Sans"/>
                <w:b/>
                <w:i w:val="0"/>
                <w:color w:val="FFFFFF"/>
                <w:sz w:val="17"/>
              </w:rPr>
              <w:t>Escalates to</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director</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 clock, the calls, the calm. Final say on YELLOW/RED.</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Assistant directors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Their track/wing: six homerooms, six rotation rooms.</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director</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 leaders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Their 25 kids, all night: attendance, behavior steps 1–3, points.</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Assistant director</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 leaders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Their room: the plan, the energy, the reset.</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Assistant director</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Check-in lead</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Stations, tags, allergy flags, authorized pickup list.</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 Officer 1</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Dinner lead</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Lines, portions, allergy table, cleanup.</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Security officers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Doors, perimeter, disputes, 911 when seconds matter.</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(after, if instant call made)</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Safety volunteers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Hallways, bathrooms, sweep, YELLOW/RED room support.</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Officers → director</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Parking crew</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Loop flow, crosswalks, drop-off lane.</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Officer 2</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First aid</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Kit, incidents, allergy action plans, forms.</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911 directly when critical</w:t>
            </w:r>
          </w:p>
        </w:tc>
      </w:tr>
      <w:tr>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Runners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Kid movement between zones.</w:t>
            </w:r>
          </w:p>
        </w:tc>
        <w:tc>
          <w:tcPr>
            <w:tcW w:type="dxa" w:w="388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Assistant directors</w:t>
            </w:r>
          </w:p>
        </w:tc>
      </w:tr>
    </w:tbl>
    <w:p>
      <w:pPr>
        <w:pStyle w:val="Heading2"/>
        <w:keepNext/>
        <w:spacing w:before="100" w:after="80"/>
      </w:pPr>
      <w:r>
        <w:rPr>
          <w:rFonts w:ascii="Liberation Sans" w:hAnsi="Liberation Sans" w:eastAsia="Liberation Sans"/>
          <w:b/>
          <w:i w:val="0"/>
          <w:color w:val="263342"/>
          <w:sz w:val="26"/>
        </w:rPr>
        <w:t>Escalation procedures</w:t>
      </w:r>
    </w:p>
    <w:tbl>
      <w:tblPr>
        <w:tblW w:type="auto" w:w="0"/>
        <w:jc w:val="center"/>
        <w:tblLayout w:type="fixed"/>
        <w:tblLook w:firstColumn="1" w:firstRow="1" w:lastColumn="0" w:lastRow="0" w:noHBand="0" w:noVBand="1" w:val="04A0"/>
      </w:tblPr>
      <w:tblGrid>
        <w:gridCol w:w="2160"/>
        <w:gridCol w:w="8136"/>
      </w:tblGrid>
      <w:tr>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Situation</w:t>
            </w:r>
          </w:p>
        </w:tc>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Chain</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Behavior</w:t>
            </w:r>
          </w:p>
        </w:tc>
        <w:tc>
          <w:tcPr>
            <w:tcW w:type="dxa" w:w="81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Redirect → buddy/job → leader reset → director break → parent call (in person to the lead first; never in chat). Skip straight to director + security if anyone is unsafe.</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Medical</w:t>
            </w:r>
          </w:p>
        </w:tc>
        <w:tc>
          <w:tcPr>
            <w:tcW w:type="dxa" w:w="81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First aid volunteer → 911 if critical (no waiting) → director → parent called by the check-in lead → incident form, director signs.</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Security / dispute</w:t>
            </w:r>
          </w:p>
        </w:tc>
        <w:tc>
          <w:tcPr>
            <w:tcW w:type="dxa" w:w="81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Volunteer holds the line calmly → zone lead → director + security officer → 911 if safety threatened. Document everything.</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Missing child</w:t>
            </w:r>
          </w:p>
        </w:tc>
        <w:tc>
          <w:tcPr>
            <w:tcW w:type="dxa" w:w="81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 leader alerts assistant director + Command group IMMEDIATELY → hallway hold (YELLOW-style freeze, no panic announcement) → officers sweep → director calls parent if not found in 5 minutes.</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Parent notification</w:t>
            </w:r>
          </w:p>
        </w:tc>
        <w:tc>
          <w:tcPr>
            <w:tcW w:type="dxa" w:w="81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Only the director (or check-in lead for routine calls) contacts parents about incidents. Volunteers never deliver bad news alone — the director frames it as partnership.</w:t>
            </w:r>
          </w:p>
        </w:tc>
      </w:tr>
    </w:tbl>
    <w:p>
      <w:r>
        <w:br w:type="page"/>
      </w:r>
    </w:p>
    <w:tbl>
      <w:tblPr>
        <w:tblW w:type="auto" w:w="0"/>
        <w:jc w:val="center"/>
        <w:tblLook w:firstColumn="1" w:firstRow="1" w:lastColumn="0" w:lastRow="0" w:noHBand="0" w:noVBand="1" w:val="04A0"/>
      </w:tblPr>
      <w:tblGrid>
        <w:gridCol w:w="10282"/>
      </w:tblGrid>
      <w:tr>
        <w:tc>
          <w:tcPr>
            <w:tcW w:type="dxa" w:w="10282"/>
            <w:shd w:fill="E35D5B"/>
            <w:tcMar>
              <w:top w:w="260" w:type="dxa"/>
              <w:start w:w="240" w:type="dxa"/>
              <w:bottom w:w="260" w:type="dxa"/>
              <w:end w:w="240" w:type="dxa"/>
            </w:tcMar>
          </w:tcPr>
          <w:p>
            <w:pPr>
              <w:jc w:val="center"/>
            </w:pPr>
            <w:r>
              <w:rPr>
                <w:rFonts w:ascii="Liberation Sans" w:hAnsi="Liberation Sans" w:eastAsia="Liberation Sans"/>
                <w:b/>
                <w:i w:val="0"/>
                <w:color w:val="FFFFFF"/>
                <w:sz w:val="18"/>
              </w:rPr>
              <w:t>WORKSHEET</w:t>
            </w:r>
          </w:p>
          <w:p>
            <w:pPr>
              <w:jc w:val="center"/>
            </w:pPr>
            <w:r>
              <w:rPr>
                <w:rFonts w:ascii="Liberation Sans" w:hAnsi="Liberation Sans" w:eastAsia="Liberation Sans"/>
                <w:b/>
                <w:i w:val="0"/>
                <w:color w:val="FFFFFF"/>
                <w:sz w:val="50"/>
              </w:rPr>
              <w:t>Safety worksheet — complete before Night 1</w:t>
            </w:r>
          </w:p>
          <w:p>
            <w:pPr>
              <w:jc w:val="center"/>
            </w:pPr>
            <w:r>
              <w:rPr>
                <w:rFonts w:ascii="Liberation Sans" w:hAnsi="Liberation Sans" w:eastAsia="Liberation Sans"/>
                <w:b w:val="0"/>
                <w:i w:val="0"/>
                <w:color w:val="FFFFFF"/>
                <w:sz w:val="20"/>
              </w:rPr>
              <w:t>Fill this in WITH your safety team. Print one copy for the director’s binder.</w:t>
            </w:r>
          </w:p>
        </w:tc>
      </w:tr>
    </w:tbl>
    <w:p>
      <w:pPr>
        <w:spacing w:before="0" w:after="100" w:line="259" w:lineRule="auto"/>
      </w:pPr>
      <w:r>
        <w:rPr>
          <w:rFonts w:ascii="Liberation Sans" w:hAnsi="Liberation Sans" w:eastAsia="Liberation Sans"/>
          <w:b w:val="0"/>
          <w:i/>
          <w:color w:val="526274"/>
          <w:sz w:val="18"/>
        </w:rPr>
        <w:t>The safety plan in this pack is a template. This worksheet makes it YOUR plan — real names, real places, real numbers. Complete it at the Setup Day safety walkthrough.</w:t>
      </w:r>
    </w:p>
    <w:p>
      <w:pPr>
        <w:spacing w:before="200" w:after="40"/>
        <w:keepNext/>
      </w:pPr>
      <w:r>
        <w:rPr>
          <w:rFonts w:ascii="Liberation Sans" w:hAnsi="Liberation Sans" w:eastAsia="Liberation Sans"/>
          <w:b/>
          <w:i w:val="0"/>
          <w:color w:val="E35D5B"/>
          <w:sz w:val="19"/>
        </w:rPr>
        <w:t>OUR APPROVED CHECK-IN / PICKUP PROCEDURE</w:t>
      </w:r>
    </w:p>
    <w:p>
      <w:pPr>
        <w:spacing w:before="0" w:after="40" w:line="259" w:lineRule="auto"/>
      </w:pPr>
      <w:r>
        <w:rPr>
          <w:rFonts w:ascii="Liberation Sans" w:hAnsi="Liberation Sans" w:eastAsia="Liberation Sans"/>
          <w:b w:val="0"/>
          <w:i w:val="0"/>
          <w:color w:val="263342"/>
          <w:sz w:val="18"/>
        </w:rPr>
        <w:t>How WE do it (paper, app, or hybrid):</w:t>
        <w:br/>
        <w:t>————————————————————————————————————————————————————————————————————————</w:t>
      </w:r>
    </w:p>
    <w:p>
      <w:pPr>
        <w:spacing w:before="200" w:after="40"/>
        <w:keepNext/>
      </w:pPr>
      <w:r>
        <w:rPr>
          <w:rFonts w:ascii="Liberation Sans" w:hAnsi="Liberation Sans" w:eastAsia="Liberation Sans"/>
          <w:b/>
          <w:i w:val="0"/>
          <w:color w:val="E35D5B"/>
          <w:sz w:val="19"/>
        </w:rPr>
        <w:t>WHO IS AUTHORIZED FOR WHAT</w:t>
      </w:r>
    </w:p>
    <w:p>
      <w:pPr>
        <w:spacing w:before="0" w:after="40" w:line="259" w:lineRule="auto"/>
      </w:pPr>
      <w:r>
        <w:rPr>
          <w:rFonts w:ascii="Liberation Sans" w:hAnsi="Liberation Sans" w:eastAsia="Liberation Sans"/>
          <w:b w:val="0"/>
          <w:i w:val="0"/>
          <w:color w:val="263342"/>
          <w:sz w:val="18"/>
        </w:rPr>
        <w:t>Check-in lead: ____   Dismissal lead: ____   Officers: ____   First aid: ____</w:t>
        <w:br/>
        <w:t>————————————————————————————————————————————————————————————————————————</w:t>
      </w:r>
    </w:p>
    <w:p>
      <w:pPr>
        <w:spacing w:before="200" w:after="40"/>
        <w:keepNext/>
      </w:pPr>
      <w:r>
        <w:rPr>
          <w:rFonts w:ascii="Liberation Sans" w:hAnsi="Liberation Sans" w:eastAsia="Liberation Sans"/>
          <w:b/>
          <w:i w:val="0"/>
          <w:color w:val="E35D5B"/>
          <w:sz w:val="19"/>
        </w:rPr>
        <w:t>EMERGENCY LOCATIONS + PHONE NUMBERS</w:t>
      </w:r>
    </w:p>
    <w:p>
      <w:pPr>
        <w:spacing w:before="0" w:after="40" w:line="259" w:lineRule="auto"/>
      </w:pPr>
      <w:r>
        <w:rPr>
          <w:rFonts w:ascii="Liberation Sans" w:hAnsi="Liberation Sans" w:eastAsia="Liberation Sans"/>
          <w:b w:val="0"/>
          <w:i w:val="0"/>
          <w:color w:val="263342"/>
          <w:sz w:val="18"/>
        </w:rPr>
        <w:t>Rally point: ____   Nearest ER: ____   Poison control: 1-800-222-1222   Director cell: ____</w:t>
        <w:br/>
        <w:t>————————————————————————————————————————————————————————————————————————</w:t>
      </w:r>
    </w:p>
    <w:p>
      <w:pPr>
        <w:spacing w:before="200" w:after="40"/>
        <w:keepNext/>
      </w:pPr>
      <w:r>
        <w:rPr>
          <w:rFonts w:ascii="Liberation Sans" w:hAnsi="Liberation Sans" w:eastAsia="Liberation Sans"/>
          <w:b/>
          <w:i w:val="0"/>
          <w:color w:val="E35D5B"/>
          <w:sz w:val="19"/>
        </w:rPr>
        <w:t>BATHROOM ASSISTANCE POLICY</w:t>
      </w:r>
    </w:p>
    <w:p>
      <w:pPr>
        <w:spacing w:before="0" w:after="40" w:line="259" w:lineRule="auto"/>
      </w:pPr>
      <w:r>
        <w:rPr>
          <w:rFonts w:ascii="Liberation Sans" w:hAnsi="Liberation Sans" w:eastAsia="Liberation Sans"/>
          <w:b w:val="0"/>
          <w:i w:val="0"/>
          <w:color w:val="263342"/>
          <w:sz w:val="18"/>
        </w:rPr>
        <w:t>☐ Kids go in pairs with a buddy ☐ Volunteer waits outside the door ☐ VPK: volunteer + buddy inside ☐ Our policy: ____</w:t>
        <w:br/>
        <w:t>————————————————————————————————————————————————————————————————————————</w:t>
      </w:r>
    </w:p>
    <w:p>
      <w:pPr>
        <w:spacing w:before="200" w:after="40"/>
        <w:keepNext/>
      </w:pPr>
      <w:r>
        <w:rPr>
          <w:rFonts w:ascii="Liberation Sans" w:hAnsi="Liberation Sans" w:eastAsia="Liberation Sans"/>
          <w:b/>
          <w:i w:val="0"/>
          <w:color w:val="E35D5B"/>
          <w:sz w:val="19"/>
        </w:rPr>
        <w:t>MISSING-CHILD PROCEDURE</w:t>
      </w:r>
    </w:p>
    <w:p>
      <w:pPr>
        <w:spacing w:before="0" w:after="40" w:line="259" w:lineRule="auto"/>
      </w:pPr>
      <w:r>
        <w:rPr>
          <w:rFonts w:ascii="Liberation Sans" w:hAnsi="Liberation Sans" w:eastAsia="Liberation Sans"/>
          <w:b w:val="0"/>
          <w:i w:val="0"/>
          <w:color w:val="263342"/>
          <w:sz w:val="18"/>
        </w:rPr>
        <w:t>Who is called first: ____   Hallway hold called by: ____   Sweep team: ____</w:t>
        <w:br/>
        <w:t>————————————————————————————————————————————————————————————————————————</w:t>
      </w:r>
    </w:p>
    <w:p>
      <w:pPr>
        <w:spacing w:before="200" w:after="40"/>
        <w:keepNext/>
      </w:pPr>
      <w:r>
        <w:rPr>
          <w:rFonts w:ascii="Liberation Sans" w:hAnsi="Liberation Sans" w:eastAsia="Liberation Sans"/>
          <w:b/>
          <w:i w:val="0"/>
          <w:color w:val="E35D5B"/>
          <w:sz w:val="19"/>
        </w:rPr>
        <w:t>MEDICATION + ALLERGY ACTION-PLAN STORAGE</w:t>
      </w:r>
    </w:p>
    <w:p>
      <w:pPr>
        <w:spacing w:before="0" w:after="40" w:line="259" w:lineRule="auto"/>
      </w:pPr>
      <w:r>
        <w:rPr>
          <w:rFonts w:ascii="Liberation Sans" w:hAnsi="Liberation Sans" w:eastAsia="Liberation Sans"/>
          <w:b w:val="0"/>
          <w:i w:val="0"/>
          <w:color w:val="263342"/>
          <w:sz w:val="18"/>
        </w:rPr>
        <w:t>Stored where: ____   Who holds the key / has access: ____   EpiPens located: ____</w:t>
        <w:br/>
        <w:t>————————————————————————————————————————————————————————————————————————</w:t>
      </w:r>
    </w:p>
    <w:p>
      <w:pPr>
        <w:spacing w:before="200" w:after="40"/>
        <w:keepNext/>
      </w:pPr>
      <w:r>
        <w:rPr>
          <w:rFonts w:ascii="Liberation Sans" w:hAnsi="Liberation Sans" w:eastAsia="Liberation Sans"/>
          <w:b/>
          <w:i w:val="0"/>
          <w:color w:val="E35D5B"/>
          <w:sz w:val="19"/>
        </w:rPr>
        <w:t>PICKUP EXCEPTIONS</w:t>
      </w:r>
    </w:p>
    <w:p>
      <w:pPr>
        <w:spacing w:before="0" w:after="40" w:line="259" w:lineRule="auto"/>
      </w:pPr>
      <w:r>
        <w:rPr>
          <w:rFonts w:ascii="Liberation Sans" w:hAnsi="Liberation Sans" w:eastAsia="Liberation Sans"/>
          <w:b w:val="0"/>
          <w:i w:val="0"/>
          <w:color w:val="263342"/>
          <w:sz w:val="18"/>
        </w:rPr>
        <w:t>Custody notes on file: ☐ Yes ☐ None   Special instructions: ____</w:t>
        <w:br/>
        <w:t>————————————————————————————————————————————————————————————————————————</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Sign it</w:t>
            </w:r>
          </w:p>
          <w:p>
            <w:pPr>
              <w:spacing w:after="0" w:line="252" w:lineRule="auto"/>
            </w:pPr>
            <w:r>
              <w:rPr>
                <w:rFonts w:ascii="Liberation Sans" w:hAnsi="Liberation Sans" w:eastAsia="Liberation Sans"/>
                <w:b w:val="0"/>
                <w:i w:val="0"/>
                <w:color w:val="263342"/>
                <w:sz w:val="18"/>
              </w:rPr>
              <w:t>Safety team lead signature: ______________________   Date: __________   Director signature: ______________________   Date: __________</w:t>
            </w:r>
          </w:p>
        </w:tc>
      </w:tr>
    </w:tbl>
    <w:p>
      <w:r>
        <w:br w:type="page"/>
      </w:r>
    </w:p>
    <w:tbl>
      <w:tblPr>
        <w:tblW w:type="auto" w:w="0"/>
        <w:jc w:val="center"/>
        <w:tblLook w:firstColumn="1" w:firstRow="1" w:lastColumn="0" w:lastRow="0" w:noHBand="0" w:noVBand="1" w:val="04A0"/>
      </w:tblPr>
      <w:tblGrid>
        <w:gridCol w:w="10282"/>
      </w:tblGrid>
      <w:tr>
        <w:tc>
          <w:tcPr>
            <w:tcW w:type="dxa" w:w="10282"/>
            <w:shd w:fill="E35D5B"/>
            <w:tcMar>
              <w:top w:w="260" w:type="dxa"/>
              <w:start w:w="240" w:type="dxa"/>
              <w:bottom w:w="260" w:type="dxa"/>
              <w:end w:w="240" w:type="dxa"/>
            </w:tcMar>
          </w:tcPr>
          <w:p>
            <w:pPr>
              <w:jc w:val="center"/>
            </w:pPr>
            <w:r>
              <w:rPr>
                <w:rFonts w:ascii="Liberation Sans" w:hAnsi="Liberation Sans" w:eastAsia="Liberation Sans"/>
                <w:b/>
                <w:i w:val="0"/>
                <w:color w:val="FFFFFF"/>
                <w:sz w:val="18"/>
              </w:rPr>
              <w:t>DURING CAMP</w:t>
            </w:r>
          </w:p>
          <w:p>
            <w:pPr>
              <w:jc w:val="center"/>
            </w:pPr>
            <w:r>
              <w:rPr>
                <w:rFonts w:ascii="Liberation Sans" w:hAnsi="Liberation Sans" w:eastAsia="Liberation Sans"/>
                <w:b/>
                <w:i w:val="0"/>
                <w:color w:val="FFFFFF"/>
                <w:sz w:val="50"/>
              </w:rPr>
              <w:t>Run the night</w:t>
            </w:r>
          </w:p>
          <w:p>
            <w:pPr>
              <w:jc w:val="center"/>
            </w:pPr>
            <w:r>
              <w:rPr>
                <w:rFonts w:ascii="Liberation Sans" w:hAnsi="Liberation Sans" w:eastAsia="Liberation Sans"/>
                <w:b w:val="0"/>
                <w:i w:val="0"/>
                <w:color w:val="FFFFFF"/>
                <w:sz w:val="20"/>
              </w:rPr>
              <w:t>What the director does, how kids move, and how to handle anything.</w:t>
            </w:r>
          </w:p>
        </w:tc>
      </w:tr>
    </w:tbl>
    <w:p>
      <w:pPr>
        <w:pStyle w:val="Heading2"/>
        <w:keepNext/>
        <w:spacing w:before="100" w:after="80"/>
      </w:pPr>
      <w:r>
        <w:rPr>
          <w:rFonts w:ascii="Liberation Sans" w:hAnsi="Liberation Sans" w:eastAsia="Liberation Sans"/>
          <w:b/>
          <w:i w:val="0"/>
          <w:color w:val="263342"/>
          <w:sz w:val="26"/>
        </w:rPr>
        <w:t>Director’s daily checklist</w:t>
      </w:r>
    </w:p>
    <w:tbl>
      <w:tblPr>
        <w:tblW w:type="auto" w:w="0"/>
        <w:jc w:val="center"/>
        <w:tblLayout w:type="fixed"/>
        <w:tblLook w:firstColumn="1" w:firstRow="1" w:lastColumn="0" w:lastRow="0" w:noHBand="0" w:noVBand="1" w:val="04A0"/>
      </w:tblPr>
      <w:tblGrid>
        <w:gridCol w:w="1224"/>
        <w:gridCol w:w="9072"/>
      </w:tblGrid>
      <w:tr>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Director does this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Arrive. Walk every room: supplies staged? tea lights tested? allergy labels up?</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5:20</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Sound check: worship set, transition cue (Unplug It), mics, slides.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5:40</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Team huddle (10 min): tonight’s Remember This, any allergy/absence flags, prayer.</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6:00</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Doors. Director at check-in, visible, greeting families.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6:25</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Check-in closes to auditorium sweep; late families to the side door.</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6:30</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Main session. Director stage-manages transitions, not the teaching.</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7:00</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Rotations. Director floats: hallway flow, supply emergencies, volunteer relief.</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8:30</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Move to homerooms. Director confirms every team is back.</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8:35</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 recap. Director collects score sheets from homeroom leaders.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8:50–9:00</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Staggered dismissal (Yellow 8:50 / Teal 8:55 / Blue 9:00). Director confirms every zone cleared, then room sweep. Director is last to leave the kids’ areas.</w:t>
            </w:r>
          </w:p>
        </w:tc>
      </w:tr>
      <w:tr>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9:05</w:t>
            </w:r>
          </w:p>
        </w:tc>
        <w:tc>
          <w:tcPr>
            <w:tcW w:type="dxa" w:w="90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5-minute team debrief: what worked, what needs fixing tomorrow. Go home.</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The 5-minute transition plan</w:t>
      </w:r>
    </w:p>
    <w:p>
      <w:pPr>
        <w:pStyle w:val="ListBullet"/>
        <w:spacing w:before="0" w:after="40" w:line="250" w:lineRule="auto"/>
      </w:pPr>
      <w:r>
        <w:rPr>
          <w:rFonts w:ascii="Liberation Sans" w:hAnsi="Liberation Sans" w:eastAsia="Liberation Sans"/>
          <w:b w:val="0"/>
          <w:i w:val="0"/>
          <w:color w:val="263342"/>
          <w:sz w:val="18"/>
        </w:rPr>
        <w:t>MUSIC CUE = “POWER DOWN” SIGNAL: when Unplug It starts, rotation stops. Leaders call: “Power down! Line up!” Kids freeze, then line up behind their homeroom leader.</w:t>
      </w:r>
    </w:p>
    <w:p>
      <w:pPr>
        <w:pStyle w:val="ListBullet"/>
        <w:spacing w:before="0" w:after="40" w:line="250" w:lineRule="auto"/>
      </w:pPr>
      <w:r>
        <w:rPr>
          <w:rFonts w:ascii="Liberation Sans" w:hAnsi="Liberation Sans" w:eastAsia="Liberation Sans"/>
          <w:b w:val="0"/>
          <w:i w:val="0"/>
          <w:color w:val="263342"/>
          <w:sz w:val="18"/>
        </w:rPr>
        <w:t>LINE-UP SPOTS: each team has a taped floor marker outside every rotation room. Same spot, every night — kids learn it by Night 2.</w:t>
      </w:r>
    </w:p>
    <w:p>
      <w:pPr>
        <w:pStyle w:val="ListBullet"/>
        <w:spacing w:before="0" w:after="40" w:line="250" w:lineRule="auto"/>
      </w:pPr>
      <w:r>
        <w:rPr>
          <w:rFonts w:ascii="Liberation Sans" w:hAnsi="Liberation Sans" w:eastAsia="Liberation Sans"/>
          <w:b w:val="0"/>
          <w:i w:val="0"/>
          <w:color w:val="263342"/>
          <w:sz w:val="18"/>
        </w:rPr>
        <w:t>HALLWAY MONITORS at every corner. Their only job: keep lines moving, voices joyful, hands to self.</w:t>
      </w:r>
    </w:p>
    <w:p>
      <w:pPr>
        <w:pStyle w:val="ListBullet"/>
        <w:spacing w:before="0" w:after="40" w:line="250" w:lineRule="auto"/>
      </w:pPr>
      <w:r>
        <w:rPr>
          <w:rFonts w:ascii="Liberation Sans" w:hAnsi="Liberation Sans" w:eastAsia="Liberation Sans"/>
          <w:b w:val="0"/>
          <w:i w:val="0"/>
          <w:color w:val="263342"/>
          <w:sz w:val="18"/>
        </w:rPr>
        <w:t>LEADER IN FRONT, SWEEPER IN BACK: homeroom leader leads the line; the second adult walks last. No child between rooms alone.</w:t>
      </w:r>
    </w:p>
    <w:p>
      <w:pPr>
        <w:pStyle w:val="ListBullet"/>
        <w:spacing w:before="0" w:after="40" w:line="250" w:lineRule="auto"/>
      </w:pPr>
      <w:r>
        <w:rPr>
          <w:rFonts w:ascii="Liberation Sans" w:hAnsi="Liberation Sans" w:eastAsia="Liberation Sans"/>
          <w:b w:val="0"/>
          <w:i w:val="0"/>
          <w:color w:val="263342"/>
          <w:sz w:val="18"/>
        </w:rPr>
        <w:t>SONG FADES = SEATED: when the music fades in the next room, kids are seated and the rotation leader starts. No waiting on stragglers — the sweeper delivers them.</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Behavior guide — grace-based, volunteer-simple</w:t>
      </w:r>
    </w:p>
    <w:p>
      <w:pPr>
        <w:spacing w:before="0" w:after="100" w:line="259" w:lineRule="auto"/>
      </w:pPr>
      <w:r>
        <w:rPr>
          <w:rFonts w:ascii="Liberation Sans" w:hAnsi="Liberation Sans" w:eastAsia="Liberation Sans"/>
          <w:b w:val="0"/>
          <w:i/>
          <w:color w:val="526274"/>
          <w:sz w:val="18"/>
        </w:rPr>
        <w:t>Every volunteer can follow this. No one improvises discipline.</w:t>
      </w:r>
    </w:p>
    <w:tbl>
      <w:tblPr>
        <w:tblW w:type="auto" w:w="0"/>
        <w:jc w:val="center"/>
        <w:tblLayout w:type="fixed"/>
        <w:tblLook w:firstColumn="1" w:firstRow="1" w:lastColumn="0" w:lastRow="0" w:noHBand="0" w:noVBand="1" w:val="04A0"/>
      </w:tblPr>
      <w:tblGrid>
        <w:gridCol w:w="1440"/>
        <w:gridCol w:w="8856"/>
      </w:tblGrid>
      <w:tr>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Step</w:t>
            </w:r>
          </w:p>
        </w:tc>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What it looks like</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 Redirect</w:t>
            </w:r>
          </w:p>
        </w:tc>
        <w:tc>
          <w:tcPr>
            <w:tcW w:type="dxa" w:w="88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Name the expected behavior warmly: “We’re listening ears right now.” Move the child closer to you.</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 Buddy</w:t>
            </w:r>
          </w:p>
        </w:tc>
        <w:tc>
          <w:tcPr>
            <w:tcW w:type="dxa" w:w="88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Pair the child with a calm buddy or give them a job (hold the verse card). Boredom is the #1 behavior problem.</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 Leader</w:t>
            </w:r>
          </w:p>
        </w:tc>
        <w:tc>
          <w:tcPr>
            <w:tcW w:type="dxa" w:w="88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Rotation/homeroom leader has a quiet 30-second reset conversation: “What’s going on? Here’s what I need.”</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 Director</w:t>
            </w:r>
          </w:p>
        </w:tc>
        <w:tc>
          <w:tcPr>
            <w:tcW w:type="dxa" w:w="88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Director steps in, child takes a break with a trusted adult. Never shame in front of the group.</w:t>
            </w:r>
          </w:p>
        </w:tc>
      </w:tr>
      <w:tr>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 Parent</w:t>
            </w:r>
          </w:p>
        </w:tc>
        <w:tc>
          <w:tcPr>
            <w:tcW w:type="dxa" w:w="885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Call the parent — framed as partnership: “We want [name] to have a great night. Here’s what we’re seeing.”</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The rule behind the rules</w:t>
            </w:r>
          </w:p>
          <w:p>
            <w:pPr>
              <w:spacing w:after="0" w:line="252" w:lineRule="auto"/>
            </w:pPr>
            <w:r>
              <w:rPr>
                <w:rFonts w:ascii="Liberation Sans" w:hAnsi="Liberation Sans" w:eastAsia="Liberation Sans"/>
                <w:b w:val="0"/>
                <w:i w:val="0"/>
                <w:color w:val="263342"/>
                <w:sz w:val="18"/>
              </w:rPr>
              <w:t>We correct in private, celebrate in public, and never use shame as a tool. A kid who feels safe will listen; a kid who feels embarrassed will shut down.</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First aid + incident report</w:t>
      </w:r>
    </w:p>
    <w:p>
      <w:pPr>
        <w:pStyle w:val="ListBullet"/>
        <w:spacing w:before="0" w:after="40" w:line="250" w:lineRule="auto"/>
      </w:pPr>
      <w:r>
        <w:rPr>
          <w:rFonts w:ascii="Liberation Sans" w:hAnsi="Liberation Sans" w:eastAsia="Liberation Sans"/>
          <w:b w:val="0"/>
          <w:i w:val="0"/>
          <w:color w:val="263342"/>
          <w:sz w:val="18"/>
        </w:rPr>
        <w:t>First aid kit at check-in AND with the safety team floater. Ice packs in the kitchen freezer.</w:t>
      </w:r>
    </w:p>
    <w:p>
      <w:pPr>
        <w:pStyle w:val="ListBullet"/>
        <w:spacing w:before="0" w:after="40" w:line="250" w:lineRule="auto"/>
      </w:pPr>
      <w:r>
        <w:rPr>
          <w:rFonts w:ascii="Liberation Sans" w:hAnsi="Liberation Sans" w:eastAsia="Liberation Sans"/>
          <w:b w:val="0"/>
          <w:i w:val="0"/>
          <w:color w:val="263342"/>
          <w:sz w:val="18"/>
        </w:rPr>
        <w:t>Anything beyond a bandage: fill the incident form, call the parent, and have the director sign it.</w:t>
      </w:r>
    </w:p>
    <w:p>
      <w:pPr>
        <w:pStyle w:val="ListBullet"/>
        <w:spacing w:before="0" w:after="40" w:line="250" w:lineRule="auto"/>
      </w:pPr>
      <w:r>
        <w:rPr>
          <w:rFonts w:ascii="Liberation Sans" w:hAnsi="Liberation Sans" w:eastAsia="Liberation Sans"/>
          <w:b w:val="0"/>
          <w:i w:val="0"/>
          <w:color w:val="263342"/>
          <w:sz w:val="18"/>
        </w:rPr>
        <w:t>Allergy reaction: follow the child’s action plan from registration; call 911 for breathing difficulty; notify the director immediately.</w:t>
      </w:r>
    </w:p>
    <w:p>
      <w:pPr>
        <w:pStyle w:val="Heading3"/>
        <w:keepNext/>
        <w:spacing w:before="100" w:after="80"/>
      </w:pPr>
      <w:r>
        <w:rPr>
          <w:rFonts w:ascii="Liberation Sans" w:hAnsi="Liberation Sans" w:eastAsia="Liberation Sans"/>
          <w:b/>
          <w:i w:val="0"/>
          <w:color w:val="263342"/>
          <w:sz w:val="26"/>
        </w:rPr>
        <w:t>Incident report (print + copy)</w:t>
      </w:r>
    </w:p>
    <w:p>
      <w:pPr>
        <w:spacing w:before="120" w:after="40"/>
      </w:pPr>
      <w:r>
        <w:rPr>
          <w:rFonts w:ascii="Liberation Sans" w:hAnsi="Liberation Sans" w:eastAsia="Liberation Sans"/>
          <w:b/>
          <w:i w:val="0"/>
          <w:color w:val="086862"/>
          <w:sz w:val="17"/>
        </w:rPr>
        <w:t>DATE / TIME</w:t>
      </w:r>
    </w:p>
    <w:p>
      <w:pPr>
        <w:spacing w:after="80"/>
        <w:pBdr>
          <w:bottom w:val="single" w:sz="4" w:space="4" w:color="CBD5DE"/>
        </w:pBdr>
      </w:pPr>
    </w:p>
    <w:p>
      <w:pPr>
        <w:spacing w:before="120" w:after="40"/>
      </w:pPr>
      <w:r>
        <w:rPr>
          <w:rFonts w:ascii="Liberation Sans" w:hAnsi="Liberation Sans" w:eastAsia="Liberation Sans"/>
          <w:b/>
          <w:i w:val="0"/>
          <w:color w:val="086862"/>
          <w:sz w:val="17"/>
        </w:rPr>
        <w:t>CHILD’S NAME + TEAM</w:t>
      </w:r>
    </w:p>
    <w:p>
      <w:pPr>
        <w:spacing w:after="80"/>
        <w:pBdr>
          <w:bottom w:val="single" w:sz="4" w:space="4" w:color="CBD5DE"/>
        </w:pBdr>
      </w:pPr>
    </w:p>
    <w:p>
      <w:pPr>
        <w:spacing w:before="120" w:after="40"/>
      </w:pPr>
      <w:r>
        <w:rPr>
          <w:rFonts w:ascii="Liberation Sans" w:hAnsi="Liberation Sans" w:eastAsia="Liberation Sans"/>
          <w:b/>
          <w:i w:val="0"/>
          <w:color w:val="086862"/>
          <w:sz w:val="17"/>
        </w:rPr>
        <w:t>WHERE IT HAPPENED</w:t>
      </w:r>
    </w:p>
    <w:p>
      <w:pPr>
        <w:spacing w:after="80"/>
        <w:pBdr>
          <w:bottom w:val="single" w:sz="4" w:space="4" w:color="CBD5DE"/>
        </w:pBdr>
      </w:pPr>
    </w:p>
    <w:p>
      <w:pPr>
        <w:spacing w:before="120" w:after="40"/>
      </w:pPr>
      <w:r>
        <w:rPr>
          <w:rFonts w:ascii="Liberation Sans" w:hAnsi="Liberation Sans" w:eastAsia="Liberation Sans"/>
          <w:b/>
          <w:i w:val="0"/>
          <w:color w:val="086862"/>
          <w:sz w:val="17"/>
        </w:rPr>
        <w:t>WHAT HAPPENED (FACTS ONLY)</w:t>
      </w:r>
    </w:p>
    <w:p>
      <w:pPr>
        <w:spacing w:after="80"/>
        <w:pBdr>
          <w:bottom w:val="single" w:sz="4" w:space="4" w:color="CBD5DE"/>
        </w:pBdr>
      </w:pPr>
    </w:p>
    <w:p>
      <w:pPr>
        <w:spacing w:before="120" w:after="40"/>
      </w:pPr>
      <w:r>
        <w:rPr>
          <w:rFonts w:ascii="Liberation Sans" w:hAnsi="Liberation Sans" w:eastAsia="Liberation Sans"/>
          <w:b/>
          <w:i w:val="0"/>
          <w:color w:val="086862"/>
          <w:sz w:val="17"/>
        </w:rPr>
        <w:t>CARE GIVEN</w:t>
      </w:r>
    </w:p>
    <w:p>
      <w:pPr>
        <w:spacing w:after="80"/>
        <w:pBdr>
          <w:bottom w:val="single" w:sz="4" w:space="4" w:color="CBD5DE"/>
        </w:pBdr>
      </w:pPr>
    </w:p>
    <w:p>
      <w:pPr>
        <w:spacing w:before="120" w:after="40"/>
      </w:pPr>
      <w:r>
        <w:rPr>
          <w:rFonts w:ascii="Liberation Sans" w:hAnsi="Liberation Sans" w:eastAsia="Liberation Sans"/>
          <w:b/>
          <w:i w:val="0"/>
          <w:color w:val="086862"/>
          <w:sz w:val="17"/>
        </w:rPr>
        <w:t>PARENT NOTIFIED (NAME + TIME)</w:t>
      </w:r>
    </w:p>
    <w:p>
      <w:pPr>
        <w:spacing w:after="80"/>
        <w:pBdr>
          <w:bottom w:val="single" w:sz="4" w:space="4" w:color="CBD5DE"/>
        </w:pBdr>
      </w:pPr>
    </w:p>
    <w:p>
      <w:pPr>
        <w:spacing w:before="120" w:after="40"/>
      </w:pPr>
      <w:r>
        <w:rPr>
          <w:rFonts w:ascii="Liberation Sans" w:hAnsi="Liberation Sans" w:eastAsia="Liberation Sans"/>
          <w:b/>
          <w:i w:val="0"/>
          <w:color w:val="086862"/>
          <w:sz w:val="17"/>
        </w:rPr>
        <w:t>VOLUNTEER NAME + SIGNATURE</w:t>
      </w:r>
    </w:p>
    <w:p>
      <w:pPr>
        <w:spacing w:after="80"/>
        <w:pBdr>
          <w:bottom w:val="single" w:sz="4" w:space="4" w:color="CBD5DE"/>
        </w:pBdr>
      </w:pPr>
    </w:p>
    <w:p>
      <w:pPr>
        <w:spacing w:before="120" w:after="40"/>
      </w:pPr>
      <w:r>
        <w:rPr>
          <w:rFonts w:ascii="Liberation Sans" w:hAnsi="Liberation Sans" w:eastAsia="Liberation Sans"/>
          <w:b/>
          <w:i w:val="0"/>
          <w:color w:val="086862"/>
          <w:sz w:val="17"/>
        </w:rPr>
        <w:t>DIRECTOR SIGNATURE</w:t>
      </w:r>
    </w:p>
    <w:p>
      <w:pPr>
        <w:spacing w:after="80"/>
        <w:pBdr>
          <w:bottom w:val="single" w:sz="4" w:space="4" w:color="CBD5DE"/>
        </w:pBdr>
      </w:pP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Weather backup plan (Sports alternate)</w:t>
      </w:r>
    </w:p>
    <w:p>
      <w:pPr>
        <w:pStyle w:val="ListBullet"/>
        <w:spacing w:before="0" w:after="40" w:line="250" w:lineRule="auto"/>
      </w:pPr>
      <w:r>
        <w:rPr>
          <w:rFonts w:ascii="Liberation Sans" w:hAnsi="Liberation Sans" w:eastAsia="Liberation Sans"/>
          <w:b w:val="0"/>
          <w:i w:val="0"/>
          <w:color w:val="263342"/>
          <w:sz w:val="18"/>
        </w:rPr>
        <w:t>DECISION BY 4:00 PM: director checks radar; if lightning is possible, call it indoors — no game is worth the risk.</w:t>
      </w:r>
    </w:p>
    <w:p>
      <w:pPr>
        <w:pStyle w:val="ListBullet"/>
        <w:spacing w:before="0" w:after="40" w:line="250" w:lineRule="auto"/>
      </w:pPr>
      <w:r>
        <w:rPr>
          <w:rFonts w:ascii="Liberation Sans" w:hAnsi="Liberation Sans" w:eastAsia="Liberation Sans"/>
          <w:b w:val="0"/>
          <w:i w:val="0"/>
          <w:color w:val="263342"/>
          <w:sz w:val="18"/>
        </w:rPr>
        <w:t>INDOOR VERSION: run all three Sports nights in the gym or largest classroom. Wind Keep-Up and Stay Linked work perfectly indoors; Lighthouse Rescue just needs the boundaries smaller.</w:t>
      </w:r>
    </w:p>
    <w:p>
      <w:pPr>
        <w:pStyle w:val="ListBullet"/>
        <w:spacing w:before="0" w:after="40" w:line="250" w:lineRule="auto"/>
      </w:pPr>
      <w:r>
        <w:rPr>
          <w:rFonts w:ascii="Liberation Sans" w:hAnsi="Liberation Sans" w:eastAsia="Liberation Sans"/>
          <w:b w:val="0"/>
          <w:i w:val="0"/>
          <w:color w:val="263342"/>
          <w:sz w:val="18"/>
        </w:rPr>
        <w:t>NO GYM? Run the Sports games as a high-energy main-session extension instead: 15 minutes of Wind Keep-Up with the whole camp together, then straight to homerooms.</w:t>
      </w:r>
    </w:p>
    <w:p>
      <w:pPr>
        <w:pStyle w:val="ListBullet"/>
        <w:spacing w:before="0" w:after="40" w:line="250" w:lineRule="auto"/>
      </w:pPr>
      <w:r>
        <w:rPr>
          <w:rFonts w:ascii="Liberation Sans" w:hAnsi="Liberation Sans" w:eastAsia="Liberation Sans"/>
          <w:b w:val="0"/>
          <w:i w:val="0"/>
          <w:color w:val="263342"/>
          <w:sz w:val="18"/>
        </w:rPr>
        <w:t>Tell parents at drop-off if the plan changed: “Sports moved inside tonight — same games, same fun.”</w:t>
      </w:r>
    </w:p>
    <w:p>
      <w:pPr>
        <w:pStyle w:val="Heading2"/>
        <w:keepNext/>
        <w:spacing w:before="100" w:after="80"/>
      </w:pPr>
      <w:r>
        <w:rPr>
          <w:rFonts w:ascii="Liberation Sans" w:hAnsi="Liberation Sans" w:eastAsia="Liberation Sans"/>
          <w:b/>
          <w:i w:val="0"/>
          <w:color w:val="263342"/>
          <w:sz w:val="26"/>
        </w:rPr>
        <w:t>Inclusion notes</w:t>
      </w:r>
    </w:p>
    <w:p>
      <w:pPr>
        <w:pStyle w:val="ListBullet"/>
        <w:spacing w:before="0" w:after="40" w:line="250" w:lineRule="auto"/>
      </w:pPr>
      <w:r>
        <w:rPr>
          <w:rFonts w:ascii="Liberation Sans" w:hAnsi="Liberation Sans" w:eastAsia="Liberation Sans"/>
          <w:b w:val="0"/>
          <w:i w:val="0"/>
          <w:color w:val="263342"/>
          <w:sz w:val="18"/>
        </w:rPr>
        <w:t>BUDDY SYSTEM: every child who needs one gets a trained buddy volunteer — for transitions, loud moments, and new rooms. Buddies stay close, not in charge.</w:t>
      </w:r>
    </w:p>
    <w:p>
      <w:pPr>
        <w:pStyle w:val="ListBullet"/>
        <w:spacing w:before="0" w:after="40" w:line="250" w:lineRule="auto"/>
      </w:pPr>
      <w:r>
        <w:rPr>
          <w:rFonts w:ascii="Liberation Sans" w:hAnsi="Liberation Sans" w:eastAsia="Liberation Sans"/>
          <w:b w:val="0"/>
          <w:i w:val="0"/>
          <w:color w:val="263342"/>
          <w:sz w:val="18"/>
        </w:rPr>
        <w:t>SENSORY-FRIENDLY: main session runs loud; keep a “chill corner” in the auditorium with noise-reducing headphones and fidgets. No one is forced into the dark room on Lab Night 2.</w:t>
      </w:r>
    </w:p>
    <w:p>
      <w:pPr>
        <w:pStyle w:val="ListBullet"/>
        <w:spacing w:before="0" w:after="40" w:line="250" w:lineRule="auto"/>
      </w:pPr>
      <w:r>
        <w:rPr>
          <w:rFonts w:ascii="Liberation Sans" w:hAnsi="Liberation Sans" w:eastAsia="Liberation Sans"/>
          <w:b w:val="0"/>
          <w:i w:val="0"/>
          <w:color w:val="263342"/>
          <w:sz w:val="18"/>
        </w:rPr>
        <w:t>VISUAL SCHEDULES: post the night’s picture schedule in every homeroom. Predictability lowers anxiety for everyone.</w:t>
      </w:r>
    </w:p>
    <w:p>
      <w:pPr>
        <w:pStyle w:val="ListBullet"/>
        <w:spacing w:before="0" w:after="40" w:line="250" w:lineRule="auto"/>
      </w:pPr>
      <w:r>
        <w:rPr>
          <w:rFonts w:ascii="Liberation Sans" w:hAnsi="Liberation Sans" w:eastAsia="Liberation Sans"/>
          <w:b w:val="0"/>
          <w:i w:val="0"/>
          <w:color w:val="263342"/>
          <w:sz w:val="18"/>
        </w:rPr>
        <w:t>COMMUNICATION: accept pointing, devices, and partner answers everywhere points or answers are needed. Participation never requires speech.</w:t>
      </w:r>
    </w:p>
    <w:p>
      <w:pPr>
        <w:pStyle w:val="ListBullet"/>
        <w:spacing w:before="0" w:after="40" w:line="250" w:lineRule="auto"/>
      </w:pPr>
      <w:r>
        <w:rPr>
          <w:rFonts w:ascii="Liberation Sans" w:hAnsi="Liberation Sans" w:eastAsia="Liberation Sans"/>
          <w:b w:val="0"/>
          <w:i w:val="0"/>
          <w:color w:val="263342"/>
          <w:sz w:val="18"/>
        </w:rPr>
        <w:t>ASK, DON’T ASSUME: at check-in, ask families “What helps your child have a great night?” — then tell the homeroom leader.</w:t>
      </w:r>
    </w:p>
    <w:p>
      <w:r>
        <w:br w:type="page"/>
      </w:r>
    </w:p>
    <w:tbl>
      <w:tblPr>
        <w:tblW w:type="auto" w:w="0"/>
        <w:jc w:val="center"/>
        <w:tblLook w:firstColumn="1" w:firstRow="1" w:lastColumn="0" w:lastRow="0" w:noHBand="0" w:noVBand="1" w:val="04A0"/>
      </w:tblPr>
      <w:tblGrid>
        <w:gridCol w:w="10282"/>
      </w:tblGrid>
      <w:tr>
        <w:tc>
          <w:tcPr>
            <w:tcW w:type="dxa" w:w="10282"/>
            <w:shd w:fill="E35D5B"/>
            <w:tcMar>
              <w:top w:w="260" w:type="dxa"/>
              <w:start w:w="240" w:type="dxa"/>
              <w:bottom w:w="260" w:type="dxa"/>
              <w:end w:w="240" w:type="dxa"/>
            </w:tcMar>
          </w:tcPr>
          <w:p>
            <w:pPr>
              <w:jc w:val="center"/>
            </w:pPr>
            <w:r>
              <w:rPr>
                <w:rFonts w:ascii="Liberation Sans" w:hAnsi="Liberation Sans" w:eastAsia="Liberation Sans"/>
                <w:b/>
                <w:i w:val="0"/>
                <w:color w:val="FFFFFF"/>
                <w:sz w:val="18"/>
              </w:rPr>
              <w:t>MAIN SESSION</w:t>
            </w:r>
          </w:p>
          <w:p>
            <w:pPr>
              <w:jc w:val="center"/>
            </w:pPr>
            <w:r>
              <w:rPr>
                <w:rFonts w:ascii="Liberation Sans" w:hAnsi="Liberation Sans" w:eastAsia="Liberation Sans"/>
                <w:b/>
                <w:i w:val="0"/>
                <w:color w:val="FFFFFF"/>
                <w:sz w:val="50"/>
              </w:rPr>
              <w:t>One room. One voice. One truth.</w:t>
            </w:r>
          </w:p>
          <w:p>
            <w:pPr>
              <w:jc w:val="center"/>
            </w:pPr>
            <w:r>
              <w:rPr>
                <w:rFonts w:ascii="Liberation Sans" w:hAnsi="Liberation Sans" w:eastAsia="Liberation Sans"/>
                <w:b w:val="0"/>
                <w:i w:val="0"/>
                <w:color w:val="FFFFFF"/>
                <w:sz w:val="20"/>
              </w:rPr>
              <w:t>Worship + big teaching for all campers, every night.</w:t>
            </w:r>
          </w:p>
        </w:tc>
      </w:tr>
    </w:tbl>
    <w:p>
      <w:pPr>
        <w:spacing w:before="0" w:after="100" w:line="259" w:lineRule="auto"/>
      </w:pPr>
      <w:r>
        <w:rPr>
          <w:rFonts w:ascii="Liberation Sans" w:hAnsi="Liberation Sans" w:eastAsia="Liberation Sans"/>
          <w:b w:val="0"/>
          <w:i w:val="0"/>
          <w:color w:val="263342"/>
          <w:sz w:val="19"/>
        </w:rPr>
        <w:t>Main session opens every night at 6:30 with everybody together. Keep it high-energy, keep it moving, and land one truth. The teaching scripts below are bullets on purpose — read them in your own words.</w:t>
      </w:r>
    </w:p>
    <w:p>
      <w:r>
        <w:br w:type="page"/>
      </w:r>
    </w:p>
    <w:p>
      <w:pPr>
        <w:spacing w:after="20"/>
      </w:pPr>
      <w:r>
        <w:rPr>
          <w:rFonts w:ascii="Liberation Sans" w:hAnsi="Liberation Sans" w:eastAsia="Liberation Sans"/>
          <w:b/>
          <w:i w:val="0"/>
          <w:color w:val="E35D5B"/>
          <w:sz w:val="17"/>
        </w:rPr>
        <w:t>MAIN SESSION</w:t>
      </w:r>
    </w:p>
    <w:p>
      <w:pPr>
        <w:spacing w:after="60"/>
      </w:pPr>
      <w:r>
        <w:rPr>
          <w:rFonts w:ascii="Liberation Sans" w:hAnsi="Liberation Sans" w:eastAsia="Liberation Sans"/>
          <w:b/>
          <w:i w:val="0"/>
          <w:color w:val="14243A"/>
          <w:sz w:val="40"/>
        </w:rPr>
        <w:t>Day 1 — Power Up</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Jesus gives me power through the Holy Spirit.  (Acts 1:8, NIV)</w:t>
            </w:r>
          </w:p>
        </w:tc>
      </w:tr>
    </w:tbl>
    <w:p>
      <w:pPr>
        <w:spacing w:before="100" w:after="40"/>
        <w:keepNext/>
      </w:pPr>
      <w:r>
        <w:rPr>
          <w:rFonts w:ascii="Liberation Sans" w:hAnsi="Liberation Sans" w:eastAsia="Liberation Sans"/>
          <w:b/>
          <w:i w:val="0"/>
          <w:color w:val="E35D5B"/>
          <w:sz w:val="18"/>
        </w:rPr>
        <w:t>WORSHIP FLOW</w:t>
      </w:r>
    </w:p>
    <w:p>
      <w:pPr>
        <w:pStyle w:val="ListBullet"/>
        <w:spacing w:before="0" w:after="40" w:line="250" w:lineRule="auto"/>
      </w:pPr>
      <w:r>
        <w:rPr>
          <w:rFonts w:ascii="Liberation Sans" w:hAnsi="Liberation Sans" w:eastAsia="Liberation Sans"/>
          <w:b w:val="0"/>
          <w:i w:val="0"/>
          <w:color w:val="263342"/>
          <w:sz w:val="18"/>
        </w:rPr>
        <w:t>6:30 — Doors: Go Outside (full energy, lights up, lyrics on screen).</w:t>
      </w:r>
    </w:p>
    <w:p>
      <w:pPr>
        <w:pStyle w:val="ListBullet"/>
        <w:spacing w:before="0" w:after="40" w:line="250" w:lineRule="auto"/>
      </w:pPr>
      <w:r>
        <w:rPr>
          <w:rFonts w:ascii="Liberation Sans" w:hAnsi="Liberation Sans" w:eastAsia="Liberation Sans"/>
          <w:b w:val="0"/>
          <w:i w:val="0"/>
          <w:color w:val="263342"/>
          <w:sz w:val="18"/>
        </w:rPr>
        <w:t>Welcome + camp rules in 60 seconds: “Stay with your homeroom. Move when the music moves. Shine.”</w:t>
      </w:r>
    </w:p>
    <w:p>
      <w:pPr>
        <w:pStyle w:val="ListBullet"/>
        <w:spacing w:before="0" w:after="40" w:line="250" w:lineRule="auto"/>
      </w:pPr>
      <w:r>
        <w:rPr>
          <w:rFonts w:ascii="Liberation Sans" w:hAnsi="Liberation Sans" w:eastAsia="Liberation Sans"/>
          <w:b w:val="0"/>
          <w:i w:val="0"/>
          <w:color w:val="263342"/>
          <w:sz w:val="18"/>
        </w:rPr>
        <w:t>Worship set: Church In The Summer, then Go Outside again with the Night 1 motion.</w:t>
      </w:r>
    </w:p>
    <w:p>
      <w:pPr>
        <w:pStyle w:val="ListBullet"/>
        <w:spacing w:before="0" w:after="40" w:line="250" w:lineRule="auto"/>
      </w:pPr>
      <w:r>
        <w:rPr>
          <w:rFonts w:ascii="Liberation Sans" w:hAnsi="Liberation Sans" w:eastAsia="Liberation Sans"/>
          <w:b w:val="0"/>
          <w:i w:val="0"/>
          <w:color w:val="263342"/>
          <w:sz w:val="18"/>
        </w:rPr>
        <w:t>Big teaching: Power Up (script below).</w:t>
      </w:r>
    </w:p>
    <w:p>
      <w:pPr>
        <w:pStyle w:val="ListBullet"/>
        <w:spacing w:before="0" w:after="40" w:line="250" w:lineRule="auto"/>
      </w:pPr>
      <w:r>
        <w:rPr>
          <w:rFonts w:ascii="Liberation Sans" w:hAnsi="Liberation Sans" w:eastAsia="Liberation Sans"/>
          <w:b w:val="0"/>
          <w:i w:val="0"/>
          <w:color w:val="263342"/>
          <w:sz w:val="18"/>
        </w:rPr>
        <w:t>Prayer: invite the Holy Spirit to fill the week. Dismiss by team to Rotation 1.</w:t>
      </w:r>
    </w:p>
    <w:p>
      <w:pPr>
        <w:spacing w:before="100" w:after="40"/>
        <w:keepNext/>
      </w:pPr>
      <w:r>
        <w:rPr>
          <w:rFonts w:ascii="Liberation Sans" w:hAnsi="Liberation Sans" w:eastAsia="Liberation Sans"/>
          <w:b/>
          <w:i w:val="0"/>
          <w:color w:val="E35D5B"/>
          <w:sz w:val="18"/>
        </w:rPr>
        <w:t>BIG TEACHING — SAY IT LIKE THIS</w:t>
      </w:r>
    </w:p>
    <w:p>
      <w:pPr>
        <w:pStyle w:val="ListBullet"/>
        <w:spacing w:before="0" w:after="40" w:line="250" w:lineRule="auto"/>
      </w:pPr>
      <w:r>
        <w:rPr>
          <w:rFonts w:ascii="Liberation Sans" w:hAnsi="Liberation Sans" w:eastAsia="Liberation Sans"/>
          <w:b w:val="0"/>
          <w:i w:val="0"/>
          <w:color w:val="263342"/>
          <w:sz w:val="18"/>
        </w:rPr>
        <w:t>Hold up a phone with a dead battery. “This phone can do amazing things — unless it has no power. Then it is just a rectangle.”</w:t>
      </w:r>
    </w:p>
    <w:p>
      <w:pPr>
        <w:pStyle w:val="ListBullet"/>
        <w:spacing w:before="0" w:after="40" w:line="250" w:lineRule="auto"/>
      </w:pPr>
      <w:r>
        <w:rPr>
          <w:rFonts w:ascii="Liberation Sans" w:hAnsi="Liberation Sans" w:eastAsia="Liberation Sans"/>
          <w:b w:val="0"/>
          <w:i w:val="0"/>
          <w:color w:val="263342"/>
          <w:sz w:val="18"/>
        </w:rPr>
        <w:t>Before Jesus went back to heaven, He made a promise: His followers would receive POWER when the Holy Spirit came. Not “be nice” power — real, wind-and-fire power.</w:t>
      </w:r>
    </w:p>
    <w:p>
      <w:pPr>
        <w:pStyle w:val="ListBullet"/>
        <w:spacing w:before="0" w:after="40" w:line="250" w:lineRule="auto"/>
      </w:pPr>
      <w:r>
        <w:rPr>
          <w:rFonts w:ascii="Liberation Sans" w:hAnsi="Liberation Sans" w:eastAsia="Liberation Sans"/>
          <w:b w:val="0"/>
          <w:i w:val="0"/>
          <w:color w:val="263342"/>
          <w:sz w:val="18"/>
        </w:rPr>
        <w:t>Tell Acts 2 in one minute: the sound of wind, tongues of fire, everyone hearing in their own language. God kept His promise.</w:t>
      </w:r>
    </w:p>
    <w:p>
      <w:pPr>
        <w:pStyle w:val="ListBullet"/>
        <w:spacing w:before="0" w:after="40" w:line="250" w:lineRule="auto"/>
      </w:pPr>
      <w:r>
        <w:rPr>
          <w:rFonts w:ascii="Liberation Sans" w:hAnsi="Liberation Sans" w:eastAsia="Liberation Sans"/>
          <w:b w:val="0"/>
          <w:i w:val="0"/>
          <w:color w:val="263342"/>
          <w:sz w:val="18"/>
        </w:rPr>
        <w:t>That same Holy Spirit lives in everyone who follows Jesus today. You do not have to be a grown-up, a pastor, or perfect. If you belong to Jesus, His power is in you.</w:t>
      </w:r>
    </w:p>
    <w:p>
      <w:pPr>
        <w:pStyle w:val="ListBullet"/>
        <w:spacing w:before="0" w:after="40" w:line="250" w:lineRule="auto"/>
      </w:pPr>
      <w:r>
        <w:rPr>
          <w:rFonts w:ascii="Liberation Sans" w:hAnsi="Liberation Sans" w:eastAsia="Liberation Sans"/>
          <w:b w:val="0"/>
          <w:i w:val="0"/>
          <w:color w:val="263342"/>
          <w:sz w:val="18"/>
        </w:rPr>
        <w:t>“Tonight you start building Electric City. But the real power plant is not cardboard — it is the Holy Spirit, right here.” (Hand on heart.)</w:t>
      </w:r>
    </w:p>
    <w:p>
      <w:pPr>
        <w:pStyle w:val="ListBullet"/>
        <w:spacing w:before="0" w:after="40" w:line="250" w:lineRule="auto"/>
      </w:pPr>
      <w:r>
        <w:rPr>
          <w:rFonts w:ascii="Liberation Sans" w:hAnsi="Liberation Sans" w:eastAsia="Liberation Sans"/>
          <w:b w:val="0"/>
          <w:i w:val="0"/>
          <w:color w:val="263342"/>
          <w:sz w:val="18"/>
        </w:rPr>
        <w:t>Lead the Remember This with motions: flex arms on “POWER,” point up on “Holy Spirit.”</w:t>
      </w:r>
    </w:p>
    <w:p>
      <w:pPr>
        <w:spacing w:before="100" w:after="40"/>
        <w:keepNext/>
      </w:pPr>
      <w:r>
        <w:rPr>
          <w:rFonts w:ascii="Liberation Sans" w:hAnsi="Liberation Sans" w:eastAsia="Liberation Sans"/>
          <w:b/>
          <w:i w:val="0"/>
          <w:color w:val="E35D5B"/>
          <w:sz w:val="18"/>
        </w:rPr>
        <w:t>VERSE MOTIONS</w:t>
      </w:r>
    </w:p>
    <w:p>
      <w:pPr>
        <w:pStyle w:val="ListBullet"/>
        <w:spacing w:before="0" w:after="40" w:line="250" w:lineRule="auto"/>
      </w:pPr>
      <w:r>
        <w:rPr>
          <w:rFonts w:ascii="Liberation Sans" w:hAnsi="Liberation Sans" w:eastAsia="Liberation Sans"/>
          <w:b w:val="0"/>
          <w:i w:val="0"/>
          <w:color w:val="263342"/>
          <w:sz w:val="18"/>
        </w:rPr>
        <w:t>Acts 1:8 motions — “You will receive POWER” (flex), “when the Holy Spirit comes on you” (hands flutter down like fire), “You will be my witnesses” (point out to the world).</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Younger band</w:t>
            </w:r>
          </w:p>
          <w:p>
            <w:pPr>
              <w:spacing w:after="0" w:line="252" w:lineRule="auto"/>
            </w:pPr>
            <w:r>
              <w:rPr>
                <w:rFonts w:ascii="Liberation Sans" w:hAnsi="Liberation Sans" w:eastAsia="Liberation Sans"/>
                <w:b w:val="0"/>
                <w:i w:val="0"/>
                <w:color w:val="263342"/>
                <w:sz w:val="18"/>
              </w:rPr>
              <w:t>Younger band: teach only “Jesus gives me power” with the flex motion. Tell the Pentecost story with wind sounds the kids make together.</w:t>
            </w:r>
          </w:p>
        </w:tc>
      </w:tr>
    </w:tbl>
    <w:p>
      <w:r>
        <w:br w:type="page"/>
      </w:r>
    </w:p>
    <w:p>
      <w:pPr>
        <w:spacing w:after="20"/>
      </w:pPr>
      <w:r>
        <w:rPr>
          <w:rFonts w:ascii="Liberation Sans" w:hAnsi="Liberation Sans" w:eastAsia="Liberation Sans"/>
          <w:b/>
          <w:i w:val="0"/>
          <w:color w:val="E35D5B"/>
          <w:sz w:val="17"/>
        </w:rPr>
        <w:t>MAIN SESSION</w:t>
      </w:r>
    </w:p>
    <w:p>
      <w:pPr>
        <w:spacing w:after="60"/>
      </w:pPr>
      <w:r>
        <w:rPr>
          <w:rFonts w:ascii="Liberation Sans" w:hAnsi="Liberation Sans" w:eastAsia="Liberation Sans"/>
          <w:b/>
          <w:i w:val="0"/>
          <w:color w:val="14243A"/>
          <w:sz w:val="40"/>
        </w:rPr>
        <w:t>Day 2 — Light Up</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shine for Jesus like a city on a hill.  (Matthew 5:14–16, NIV)</w:t>
            </w:r>
          </w:p>
        </w:tc>
      </w:tr>
    </w:tbl>
    <w:p>
      <w:pPr>
        <w:spacing w:before="100" w:after="40"/>
        <w:keepNext/>
      </w:pPr>
      <w:r>
        <w:rPr>
          <w:rFonts w:ascii="Liberation Sans" w:hAnsi="Liberation Sans" w:eastAsia="Liberation Sans"/>
          <w:b/>
          <w:i w:val="0"/>
          <w:color w:val="E35D5B"/>
          <w:sz w:val="18"/>
        </w:rPr>
        <w:t>WORSHIP FLOW</w:t>
      </w:r>
    </w:p>
    <w:p>
      <w:pPr>
        <w:pStyle w:val="ListBullet"/>
        <w:spacing w:before="0" w:after="40" w:line="250" w:lineRule="auto"/>
      </w:pPr>
      <w:r>
        <w:rPr>
          <w:rFonts w:ascii="Liberation Sans" w:hAnsi="Liberation Sans" w:eastAsia="Liberation Sans"/>
          <w:b w:val="0"/>
          <w:i w:val="0"/>
          <w:color w:val="263342"/>
          <w:sz w:val="18"/>
        </w:rPr>
        <w:t>6:30 — Doors: Go Outside (Night 2 motion added).</w:t>
      </w:r>
    </w:p>
    <w:p>
      <w:pPr>
        <w:pStyle w:val="ListBullet"/>
        <w:spacing w:before="0" w:after="40" w:line="250" w:lineRule="auto"/>
      </w:pPr>
      <w:r>
        <w:rPr>
          <w:rFonts w:ascii="Liberation Sans" w:hAnsi="Liberation Sans" w:eastAsia="Liberation Sans"/>
          <w:b w:val="0"/>
          <w:i w:val="0"/>
          <w:color w:val="263342"/>
          <w:sz w:val="18"/>
        </w:rPr>
        <w:t>Shout-back: leader yells “POWER UP!” kids answer with Day 1’s Remember This.</w:t>
      </w:r>
    </w:p>
    <w:p>
      <w:pPr>
        <w:pStyle w:val="ListBullet"/>
        <w:spacing w:before="0" w:after="40" w:line="250" w:lineRule="auto"/>
      </w:pPr>
      <w:r>
        <w:rPr>
          <w:rFonts w:ascii="Liberation Sans" w:hAnsi="Liberation Sans" w:eastAsia="Liberation Sans"/>
          <w:b w:val="0"/>
          <w:i w:val="0"/>
          <w:color w:val="263342"/>
          <w:sz w:val="18"/>
        </w:rPr>
        <w:t>Worship set: Church In The Summer, Go Outside.</w:t>
      </w:r>
    </w:p>
    <w:p>
      <w:pPr>
        <w:pStyle w:val="ListBullet"/>
        <w:spacing w:before="0" w:after="40" w:line="250" w:lineRule="auto"/>
      </w:pPr>
      <w:r>
        <w:rPr>
          <w:rFonts w:ascii="Liberation Sans" w:hAnsi="Liberation Sans" w:eastAsia="Liberation Sans"/>
          <w:b w:val="0"/>
          <w:i w:val="0"/>
          <w:color w:val="263342"/>
          <w:sz w:val="18"/>
        </w:rPr>
        <w:t>Big teaching: Light Up (script below).</w:t>
      </w:r>
    </w:p>
    <w:p>
      <w:pPr>
        <w:pStyle w:val="ListBullet"/>
        <w:spacing w:before="0" w:after="40" w:line="250" w:lineRule="auto"/>
      </w:pPr>
      <w:r>
        <w:rPr>
          <w:rFonts w:ascii="Liberation Sans" w:hAnsi="Liberation Sans" w:eastAsia="Liberation Sans"/>
          <w:b w:val="0"/>
          <w:i w:val="0"/>
          <w:color w:val="263342"/>
          <w:sz w:val="18"/>
        </w:rPr>
        <w:t>Response: “Where will you shine this week?” Kids whisper it to their homeroom leader. Dismiss to Rotation 1.</w:t>
      </w:r>
    </w:p>
    <w:p>
      <w:pPr>
        <w:spacing w:before="100" w:after="40"/>
        <w:keepNext/>
      </w:pPr>
      <w:r>
        <w:rPr>
          <w:rFonts w:ascii="Liberation Sans" w:hAnsi="Liberation Sans" w:eastAsia="Liberation Sans"/>
          <w:b/>
          <w:i w:val="0"/>
          <w:color w:val="E35D5B"/>
          <w:sz w:val="18"/>
        </w:rPr>
        <w:t>BIG TEACHING — SAY IT LIKE THIS</w:t>
      </w:r>
    </w:p>
    <w:p>
      <w:pPr>
        <w:pStyle w:val="ListBullet"/>
        <w:spacing w:before="0" w:after="40" w:line="250" w:lineRule="auto"/>
      </w:pPr>
      <w:r>
        <w:rPr>
          <w:rFonts w:ascii="Liberation Sans" w:hAnsi="Liberation Sans" w:eastAsia="Liberation Sans"/>
          <w:b w:val="0"/>
          <w:i w:val="0"/>
          <w:color w:val="263342"/>
          <w:sz w:val="18"/>
        </w:rPr>
        <w:t>Dim the room lights. Hold up one small flashlight. “One tiny light just changed this whole room.”</w:t>
      </w:r>
    </w:p>
    <w:p>
      <w:pPr>
        <w:pStyle w:val="ListBullet"/>
        <w:spacing w:before="0" w:after="40" w:line="250" w:lineRule="auto"/>
      </w:pPr>
      <w:r>
        <w:rPr>
          <w:rFonts w:ascii="Liberation Sans" w:hAnsi="Liberation Sans" w:eastAsia="Liberation Sans"/>
          <w:b w:val="0"/>
          <w:i w:val="0"/>
          <w:color w:val="263342"/>
          <w:sz w:val="18"/>
        </w:rPr>
        <w:t>Jesus said: YOU are the light of the world. Not “you will be one day.” You ARE. Right now. At your age. At your school.</w:t>
      </w:r>
    </w:p>
    <w:p>
      <w:pPr>
        <w:pStyle w:val="ListBullet"/>
        <w:spacing w:before="0" w:after="40" w:line="250" w:lineRule="auto"/>
      </w:pPr>
      <w:r>
        <w:rPr>
          <w:rFonts w:ascii="Liberation Sans" w:hAnsi="Liberation Sans" w:eastAsia="Liberation Sans"/>
          <w:b w:val="0"/>
          <w:i w:val="0"/>
          <w:color w:val="263342"/>
          <w:sz w:val="18"/>
        </w:rPr>
        <w:t>“A town built on a hill cannot be hidden.” Nobody lights a lamp and hides it under a bowl — that would be silly. Light is for shining.</w:t>
      </w:r>
    </w:p>
    <w:p>
      <w:pPr>
        <w:pStyle w:val="ListBullet"/>
        <w:spacing w:before="0" w:after="40" w:line="250" w:lineRule="auto"/>
      </w:pPr>
      <w:r>
        <w:rPr>
          <w:rFonts w:ascii="Liberation Sans" w:hAnsi="Liberation Sans" w:eastAsia="Liberation Sans"/>
          <w:b w:val="0"/>
          <w:i w:val="0"/>
          <w:color w:val="263342"/>
          <w:sz w:val="18"/>
        </w:rPr>
        <w:t>Shining looks like: kindness when nobody is watching, courage to do right, telling a friend about Jesus. “That they may see your good deeds and glorify your Father in heaven.”</w:t>
      </w:r>
    </w:p>
    <w:p>
      <w:pPr>
        <w:pStyle w:val="ListBullet"/>
        <w:spacing w:before="0" w:after="40" w:line="250" w:lineRule="auto"/>
      </w:pPr>
      <w:r>
        <w:rPr>
          <w:rFonts w:ascii="Liberation Sans" w:hAnsi="Liberation Sans" w:eastAsia="Liberation Sans"/>
          <w:b w:val="0"/>
          <w:i w:val="0"/>
          <w:color w:val="263342"/>
          <w:sz w:val="18"/>
        </w:rPr>
        <w:t>“Tonight your city gets its lights. And remember — YOU are the light.”</w:t>
      </w:r>
    </w:p>
    <w:p>
      <w:pPr>
        <w:pStyle w:val="ListBullet"/>
        <w:spacing w:before="0" w:after="40" w:line="250" w:lineRule="auto"/>
      </w:pPr>
      <w:r>
        <w:rPr>
          <w:rFonts w:ascii="Liberation Sans" w:hAnsi="Liberation Sans" w:eastAsia="Liberation Sans"/>
          <w:b w:val="0"/>
          <w:i w:val="0"/>
          <w:color w:val="263342"/>
          <w:sz w:val="18"/>
        </w:rPr>
        <w:t>Lead the Remember This with motions: arms spread wide like a sunrise on “SHINE.”</w:t>
      </w:r>
    </w:p>
    <w:p>
      <w:pPr>
        <w:spacing w:before="100" w:after="40"/>
        <w:keepNext/>
      </w:pPr>
      <w:r>
        <w:rPr>
          <w:rFonts w:ascii="Liberation Sans" w:hAnsi="Liberation Sans" w:eastAsia="Liberation Sans"/>
          <w:b/>
          <w:i w:val="0"/>
          <w:color w:val="E35D5B"/>
          <w:sz w:val="18"/>
        </w:rPr>
        <w:t>VERSE MOTIONS</w:t>
      </w:r>
    </w:p>
    <w:p>
      <w:pPr>
        <w:pStyle w:val="ListBullet"/>
        <w:spacing w:before="0" w:after="40" w:line="250" w:lineRule="auto"/>
      </w:pPr>
      <w:r>
        <w:rPr>
          <w:rFonts w:ascii="Liberation Sans" w:hAnsi="Liberation Sans" w:eastAsia="Liberation Sans"/>
          <w:b w:val="0"/>
          <w:i w:val="0"/>
          <w:color w:val="263342"/>
          <w:sz w:val="18"/>
        </w:rPr>
        <w:t>Matthew 5:16 motions — “Let your LIGHT shine” (fingers burst open above head), “before others” (sweep arms out), “glorify your Father in heaven” (point up).</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Younger band</w:t>
            </w:r>
          </w:p>
          <w:p>
            <w:pPr>
              <w:spacing w:after="0" w:line="252" w:lineRule="auto"/>
            </w:pPr>
            <w:r>
              <w:rPr>
                <w:rFonts w:ascii="Liberation Sans" w:hAnsi="Liberation Sans" w:eastAsia="Liberation Sans"/>
                <w:b w:val="0"/>
                <w:i w:val="0"/>
                <w:color w:val="263342"/>
                <w:sz w:val="18"/>
              </w:rPr>
              <w:t>Younger band: one flashlight per small group; let each child hold it and say “I shine for Jesus.” Keep the room dim for 30 seconds max — some little ones find darkness scary.</w:t>
            </w:r>
          </w:p>
        </w:tc>
      </w:tr>
    </w:tbl>
    <w:p>
      <w:r>
        <w:br w:type="page"/>
      </w:r>
    </w:p>
    <w:p>
      <w:pPr>
        <w:spacing w:after="20"/>
      </w:pPr>
      <w:r>
        <w:rPr>
          <w:rFonts w:ascii="Liberation Sans" w:hAnsi="Liberation Sans" w:eastAsia="Liberation Sans"/>
          <w:b/>
          <w:i w:val="0"/>
          <w:color w:val="E35D5B"/>
          <w:sz w:val="17"/>
        </w:rPr>
        <w:t>MAIN SESSION</w:t>
      </w:r>
    </w:p>
    <w:p>
      <w:pPr>
        <w:spacing w:after="60"/>
      </w:pPr>
      <w:r>
        <w:rPr>
          <w:rFonts w:ascii="Liberation Sans" w:hAnsi="Liberation Sans" w:eastAsia="Liberation Sans"/>
          <w:b/>
          <w:i w:val="0"/>
          <w:color w:val="14243A"/>
          <w:sz w:val="40"/>
        </w:rPr>
        <w:t>Day 3 — Plug In</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stay connected to Jesus.  (John 15:5, NIV)</w:t>
            </w:r>
          </w:p>
        </w:tc>
      </w:tr>
    </w:tbl>
    <w:p>
      <w:pPr>
        <w:spacing w:before="100" w:after="40"/>
        <w:keepNext/>
      </w:pPr>
      <w:r>
        <w:rPr>
          <w:rFonts w:ascii="Liberation Sans" w:hAnsi="Liberation Sans" w:eastAsia="Liberation Sans"/>
          <w:b/>
          <w:i w:val="0"/>
          <w:color w:val="E35D5B"/>
          <w:sz w:val="18"/>
        </w:rPr>
        <w:t>WORSHIP FLOW</w:t>
      </w:r>
    </w:p>
    <w:p>
      <w:pPr>
        <w:pStyle w:val="ListBullet"/>
        <w:spacing w:before="0" w:after="40" w:line="250" w:lineRule="auto"/>
      </w:pPr>
      <w:r>
        <w:rPr>
          <w:rFonts w:ascii="Liberation Sans" w:hAnsi="Liberation Sans" w:eastAsia="Liberation Sans"/>
          <w:b w:val="0"/>
          <w:i w:val="0"/>
          <w:color w:val="263342"/>
          <w:sz w:val="18"/>
        </w:rPr>
        <w:t>6:30 — Doors: Go Outside (all three motions — the kids own it now).</w:t>
      </w:r>
    </w:p>
    <w:p>
      <w:pPr>
        <w:pStyle w:val="ListBullet"/>
        <w:spacing w:before="0" w:after="40" w:line="250" w:lineRule="auto"/>
      </w:pPr>
      <w:r>
        <w:rPr>
          <w:rFonts w:ascii="Liberation Sans" w:hAnsi="Liberation Sans" w:eastAsia="Liberation Sans"/>
          <w:b w:val="0"/>
          <w:i w:val="0"/>
          <w:color w:val="263342"/>
          <w:sz w:val="18"/>
        </w:rPr>
        <w:t>Shout-backs for Day 1 and Day 2’s Remember This lines.</w:t>
      </w:r>
    </w:p>
    <w:p>
      <w:pPr>
        <w:pStyle w:val="ListBullet"/>
        <w:spacing w:before="0" w:after="40" w:line="250" w:lineRule="auto"/>
      </w:pPr>
      <w:r>
        <w:rPr>
          <w:rFonts w:ascii="Liberation Sans" w:hAnsi="Liberation Sans" w:eastAsia="Liberation Sans"/>
          <w:b w:val="0"/>
          <w:i w:val="0"/>
          <w:color w:val="263342"/>
          <w:sz w:val="18"/>
        </w:rPr>
        <w:t>Worship set: Church In The Summer (slower, hands lifted), Go Outside.</w:t>
      </w:r>
    </w:p>
    <w:p>
      <w:pPr>
        <w:pStyle w:val="ListBullet"/>
        <w:spacing w:before="0" w:after="40" w:line="250" w:lineRule="auto"/>
      </w:pPr>
      <w:r>
        <w:rPr>
          <w:rFonts w:ascii="Liberation Sans" w:hAnsi="Liberation Sans" w:eastAsia="Liberation Sans"/>
          <w:b w:val="0"/>
          <w:i w:val="0"/>
          <w:color w:val="263342"/>
          <w:sz w:val="18"/>
        </w:rPr>
        <w:t>Big teaching: Plug In (script below).</w:t>
      </w:r>
    </w:p>
    <w:p>
      <w:pPr>
        <w:pStyle w:val="ListBullet"/>
        <w:spacing w:before="0" w:after="40" w:line="250" w:lineRule="auto"/>
      </w:pPr>
      <w:r>
        <w:rPr>
          <w:rFonts w:ascii="Liberation Sans" w:hAnsi="Liberation Sans" w:eastAsia="Liberation Sans"/>
          <w:b w:val="0"/>
          <w:i w:val="0"/>
          <w:color w:val="263342"/>
          <w:sz w:val="18"/>
        </w:rPr>
        <w:t>Quiet response: “Stay connected” prayer — heads bowed, leaders pray over teams. Dismiss to Rotation 1.</w:t>
      </w:r>
    </w:p>
    <w:p>
      <w:pPr>
        <w:spacing w:before="100" w:after="40"/>
        <w:keepNext/>
      </w:pPr>
      <w:r>
        <w:rPr>
          <w:rFonts w:ascii="Liberation Sans" w:hAnsi="Liberation Sans" w:eastAsia="Liberation Sans"/>
          <w:b/>
          <w:i w:val="0"/>
          <w:color w:val="E35D5B"/>
          <w:sz w:val="18"/>
        </w:rPr>
        <w:t>BIG TEACHING — SAY IT LIKE THIS</w:t>
      </w:r>
    </w:p>
    <w:p>
      <w:pPr>
        <w:pStyle w:val="ListBullet"/>
        <w:spacing w:before="0" w:after="40" w:line="250" w:lineRule="auto"/>
      </w:pPr>
      <w:r>
        <w:rPr>
          <w:rFonts w:ascii="Liberation Sans" w:hAnsi="Liberation Sans" w:eastAsia="Liberation Sans"/>
          <w:b w:val="0"/>
          <w:i w:val="0"/>
          <w:color w:val="263342"/>
          <w:sz w:val="18"/>
        </w:rPr>
        <w:t>Hold up a lamp unplugged. Click the switch. Nothing. “Is the lamp broken? No — it is just not connected.” Plug it in. Light.</w:t>
      </w:r>
    </w:p>
    <w:p>
      <w:pPr>
        <w:pStyle w:val="ListBullet"/>
        <w:spacing w:before="0" w:after="40" w:line="250" w:lineRule="auto"/>
      </w:pPr>
      <w:r>
        <w:rPr>
          <w:rFonts w:ascii="Liberation Sans" w:hAnsi="Liberation Sans" w:eastAsia="Liberation Sans"/>
          <w:b w:val="0"/>
          <w:i w:val="0"/>
          <w:color w:val="263342"/>
          <w:sz w:val="18"/>
        </w:rPr>
        <w:t>Jesus said: “I am the vine; you are the branches.” A branch cut off from the vine cannot grow fruit, no matter how hard it tries. “Apart from me you can do nothing.”</w:t>
      </w:r>
    </w:p>
    <w:p>
      <w:pPr>
        <w:pStyle w:val="ListBullet"/>
        <w:spacing w:before="0" w:after="40" w:line="250" w:lineRule="auto"/>
      </w:pPr>
      <w:r>
        <w:rPr>
          <w:rFonts w:ascii="Liberation Sans" w:hAnsi="Liberation Sans" w:eastAsia="Liberation Sans"/>
          <w:b w:val="0"/>
          <w:i w:val="0"/>
          <w:color w:val="263342"/>
          <w:sz w:val="18"/>
        </w:rPr>
        <w:t>Staying connected looks like: talking to Jesus (prayer), listening to Jesus (His Word), and staying close to His people (church).</w:t>
      </w:r>
    </w:p>
    <w:p>
      <w:pPr>
        <w:pStyle w:val="ListBullet"/>
        <w:spacing w:before="0" w:after="40" w:line="250" w:lineRule="auto"/>
      </w:pPr>
      <w:r>
        <w:rPr>
          <w:rFonts w:ascii="Liberation Sans" w:hAnsi="Liberation Sans" w:eastAsia="Liberation Sans"/>
          <w:b w:val="0"/>
          <w:i w:val="0"/>
          <w:color w:val="263342"/>
          <w:sz w:val="18"/>
        </w:rPr>
        <w:t>“You have built a whole city this week. Tonight you plug YOUR house into it. A city is just buildings — until the power flows.”</w:t>
      </w:r>
    </w:p>
    <w:p>
      <w:pPr>
        <w:pStyle w:val="ListBullet"/>
        <w:spacing w:before="0" w:after="40" w:line="250" w:lineRule="auto"/>
      </w:pPr>
      <w:r>
        <w:rPr>
          <w:rFonts w:ascii="Liberation Sans" w:hAnsi="Liberation Sans" w:eastAsia="Liberation Sans"/>
          <w:b w:val="0"/>
          <w:i w:val="0"/>
          <w:color w:val="263342"/>
          <w:sz w:val="18"/>
        </w:rPr>
        <w:t>Lead the Remember This with motions: interlock fingers on “CONNECTED.”</w:t>
      </w:r>
    </w:p>
    <w:p>
      <w:pPr>
        <w:pStyle w:val="ListBullet"/>
        <w:spacing w:before="0" w:after="40" w:line="250" w:lineRule="auto"/>
      </w:pPr>
      <w:r>
        <w:rPr>
          <w:rFonts w:ascii="Liberation Sans" w:hAnsi="Liberation Sans" w:eastAsia="Liberation Sans"/>
          <w:b w:val="0"/>
          <w:i w:val="0"/>
          <w:color w:val="263342"/>
          <w:sz w:val="18"/>
        </w:rPr>
        <w:t>Close gently: “On Day 4 your parents come. And you get to show them the city — and the Jesus — that powers it.”</w:t>
      </w:r>
    </w:p>
    <w:p>
      <w:pPr>
        <w:spacing w:before="100" w:after="40"/>
        <w:keepNext/>
      </w:pPr>
      <w:r>
        <w:rPr>
          <w:rFonts w:ascii="Liberation Sans" w:hAnsi="Liberation Sans" w:eastAsia="Liberation Sans"/>
          <w:b/>
          <w:i w:val="0"/>
          <w:color w:val="E35D5B"/>
          <w:sz w:val="18"/>
        </w:rPr>
        <w:t>VERSE MOTIONS</w:t>
      </w:r>
    </w:p>
    <w:p>
      <w:pPr>
        <w:pStyle w:val="ListBullet"/>
        <w:spacing w:before="0" w:after="40" w:line="250" w:lineRule="auto"/>
      </w:pPr>
      <w:r>
        <w:rPr>
          <w:rFonts w:ascii="Liberation Sans" w:hAnsi="Liberation Sans" w:eastAsia="Liberation Sans"/>
          <w:b w:val="0"/>
          <w:i w:val="0"/>
          <w:color w:val="263342"/>
          <w:sz w:val="18"/>
        </w:rPr>
        <w:t>John 15:5 motions — “I am the VINE” (one arm up like a trunk), “you are the BRANCHES” (other arm out), “If you REMAIN in me” (hug self), “apart from me you can do NOTHING” (shake head, hands out).</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Younger band</w:t>
            </w:r>
          </w:p>
          <w:p>
            <w:pPr>
              <w:spacing w:after="0" w:line="252" w:lineRule="auto"/>
            </w:pPr>
            <w:r>
              <w:rPr>
                <w:rFonts w:ascii="Liberation Sans" w:hAnsi="Liberation Sans" w:eastAsia="Liberation Sans"/>
                <w:b w:val="0"/>
                <w:i w:val="0"/>
                <w:color w:val="263342"/>
                <w:sz w:val="18"/>
              </w:rPr>
              <w:t>Younger band: use a real plant with a broken-off twig vs. a connected branch. “Which one can grow?” Keep it to one picture: stay close to Jesus.</w:t>
            </w:r>
          </w:p>
        </w:tc>
      </w:tr>
    </w:tbl>
    <w:p>
      <w:r>
        <w:br w:type="page"/>
      </w:r>
    </w:p>
    <w:tbl>
      <w:tblPr>
        <w:tblW w:type="auto" w:w="0"/>
        <w:jc w:val="center"/>
        <w:tblLook w:firstColumn="1" w:firstRow="1" w:lastColumn="0" w:lastRow="0" w:noHBand="0" w:noVBand="1" w:val="04A0"/>
      </w:tblPr>
      <w:tblGrid>
        <w:gridCol w:w="10282"/>
      </w:tblGrid>
      <w:tr>
        <w:tc>
          <w:tcPr>
            <w:tcW w:type="dxa" w:w="10282"/>
            <w:shd w:fill="086862"/>
            <w:tcMar>
              <w:top w:w="260" w:type="dxa"/>
              <w:start w:w="240" w:type="dxa"/>
              <w:bottom w:w="260" w:type="dxa"/>
              <w:end w:w="240" w:type="dxa"/>
            </w:tcMar>
          </w:tcPr>
          <w:p>
            <w:pPr>
              <w:jc w:val="center"/>
            </w:pPr>
            <w:r>
              <w:rPr>
                <w:rFonts w:ascii="Liberation Sans" w:hAnsi="Liberation Sans" w:eastAsia="Liberation Sans"/>
                <w:b/>
                <w:i w:val="0"/>
                <w:color w:val="FFFFFF"/>
                <w:sz w:val="18"/>
              </w:rPr>
              <w:t>MUSIC</w:t>
            </w:r>
          </w:p>
          <w:p>
            <w:pPr>
              <w:jc w:val="center"/>
            </w:pPr>
            <w:r>
              <w:rPr>
                <w:rFonts w:ascii="Liberation Sans" w:hAnsi="Liberation Sans" w:eastAsia="Liberation Sans"/>
                <w:b/>
                <w:i w:val="0"/>
                <w:color w:val="FFFFFF"/>
                <w:sz w:val="50"/>
              </w:rPr>
              <w:t>Access + permissions</w:t>
            </w:r>
          </w:p>
          <w:p>
            <w:pPr>
              <w:jc w:val="center"/>
            </w:pPr>
            <w:r>
              <w:rPr>
                <w:rFonts w:ascii="Liberation Sans" w:hAnsi="Liberation Sans" w:eastAsia="Liberation Sans"/>
                <w:b w:val="0"/>
                <w:i w:val="0"/>
                <w:color w:val="FFFFFF"/>
                <w:sz w:val="20"/>
              </w:rPr>
              <w:t>How to get the songs — and what you may do with them.</w:t>
            </w:r>
          </w:p>
        </w:tc>
      </w:tr>
    </w:tbl>
    <w:p>
      <w:pPr>
        <w:pStyle w:val="Heading2"/>
        <w:keepNext/>
        <w:spacing w:before="100" w:after="80"/>
      </w:pPr>
      <w:r>
        <w:rPr>
          <w:rFonts w:ascii="Liberation Sans" w:hAnsi="Liberation Sans" w:eastAsia="Liberation Sans"/>
          <w:b/>
          <w:i w:val="0"/>
          <w:color w:val="263342"/>
          <w:sz w:val="26"/>
        </w:rPr>
        <w:t>How churches may use the music</w:t>
      </w:r>
    </w:p>
    <w:p>
      <w:pPr>
        <w:spacing w:before="0" w:after="100" w:line="259" w:lineRule="auto"/>
      </w:pPr>
      <w:r>
        <w:rPr>
          <w:rFonts w:ascii="Liberation Sans" w:hAnsi="Liberation Sans" w:eastAsia="Liberation Sans"/>
          <w:b w:val="0"/>
          <w:i/>
          <w:color w:val="526274"/>
          <w:sz w:val="18"/>
        </w:rPr>
        <w:t>The intent is simple: churches should be able to USE the music freely in ministry — not wonder whether they are allowed to.</w:t>
      </w:r>
    </w:p>
    <w:p>
      <w:pPr>
        <w:pStyle w:val="Heading2"/>
        <w:keepNext/>
        <w:spacing w:before="100" w:after="80"/>
      </w:pPr>
      <w:r>
        <w:rPr>
          <w:rFonts w:ascii="Liberation Sans" w:hAnsi="Liberation Sans" w:eastAsia="Liberation Sans"/>
          <w:b/>
          <w:i w:val="0"/>
          <w:color w:val="263342"/>
          <w:sz w:val="26"/>
        </w:rPr>
        <w:t>What churches may do</w:t>
      </w:r>
    </w:p>
    <w:p>
      <w:pPr>
        <w:pStyle w:val="ListBullet"/>
        <w:spacing w:before="0" w:after="40" w:line="250" w:lineRule="auto"/>
      </w:pPr>
      <w:r>
        <w:rPr>
          <w:rFonts w:ascii="Liberation Sans" w:hAnsi="Liberation Sans" w:eastAsia="Liberation Sans"/>
          <w:b w:val="0"/>
          <w:i w:val="0"/>
          <w:color w:val="263342"/>
          <w:sz w:val="18"/>
        </w:rPr>
        <w:t>PROJECT LYRICS in services and main sessions — on screen, any size, every night.</w:t>
      </w:r>
    </w:p>
    <w:p>
      <w:pPr>
        <w:pStyle w:val="ListBullet"/>
        <w:spacing w:before="0" w:after="40" w:line="250" w:lineRule="auto"/>
      </w:pPr>
      <w:r>
        <w:rPr>
          <w:rFonts w:ascii="Liberation Sans" w:hAnsi="Liberation Sans" w:eastAsia="Liberation Sans"/>
          <w:b w:val="0"/>
          <w:i w:val="0"/>
          <w:color w:val="263342"/>
          <w:sz w:val="18"/>
        </w:rPr>
        <w:t>PRINT LYRIC SHEETS for volunteers, kids, and families — unlimited copies.</w:t>
      </w:r>
    </w:p>
    <w:p>
      <w:pPr>
        <w:pStyle w:val="ListBullet"/>
        <w:spacing w:before="0" w:after="40" w:line="250" w:lineRule="auto"/>
      </w:pPr>
      <w:r>
        <w:rPr>
          <w:rFonts w:ascii="Liberation Sans" w:hAnsi="Liberation Sans" w:eastAsia="Liberation Sans"/>
          <w:b w:val="0"/>
          <w:i w:val="0"/>
          <w:color w:val="263342"/>
          <w:sz w:val="18"/>
        </w:rPr>
        <w:t>USE SONGS IN RECAP VIDEOS — nightly highlight reels, the Day 4 recap, social posts.</w:t>
      </w:r>
    </w:p>
    <w:p>
      <w:pPr>
        <w:pStyle w:val="ListBullet"/>
        <w:spacing w:before="0" w:after="40" w:line="250" w:lineRule="auto"/>
      </w:pPr>
      <w:r>
        <w:rPr>
          <w:rFonts w:ascii="Liberation Sans" w:hAnsi="Liberation Sans" w:eastAsia="Liberation Sans"/>
          <w:b w:val="0"/>
          <w:i w:val="0"/>
          <w:color w:val="263342"/>
          <w:sz w:val="18"/>
        </w:rPr>
        <w:t>STREAM OR RECORD PARENT NIGHT — the service, the kids singing, all of it.</w:t>
      </w:r>
    </w:p>
    <w:p>
      <w:pPr>
        <w:pStyle w:val="ListBullet"/>
        <w:spacing w:before="0" w:after="40" w:line="250" w:lineRule="auto"/>
      </w:pPr>
      <w:r>
        <w:rPr>
          <w:rFonts w:ascii="Liberation Sans" w:hAnsi="Liberation Sans" w:eastAsia="Liberation Sans"/>
          <w:b w:val="0"/>
          <w:i w:val="0"/>
          <w:color w:val="263342"/>
          <w:sz w:val="18"/>
        </w:rPr>
        <w:t>PLAY AT OUTREACH EVENTS — block parties, school visits, follow-up Sundays.</w:t>
      </w:r>
    </w:p>
    <w:p>
      <w:pPr>
        <w:pStyle w:val="ListBullet"/>
        <w:spacing w:before="0" w:after="40" w:line="250" w:lineRule="auto"/>
      </w:pPr>
      <w:r>
        <w:rPr>
          <w:rFonts w:ascii="Liberation Sans" w:hAnsi="Liberation Sans" w:eastAsia="Liberation Sans"/>
          <w:b w:val="0"/>
          <w:i w:val="0"/>
          <w:color w:val="263342"/>
          <w:sz w:val="18"/>
        </w:rPr>
        <w:t>The one ask: credit “The KidMin Sound Group” wherever songs appear. That’s it.</w:t>
      </w:r>
    </w:p>
    <w:p>
      <w:pPr>
        <w:pStyle w:val="Heading2"/>
        <w:keepNext/>
        <w:spacing w:before="100" w:after="80"/>
      </w:pPr>
      <w:r>
        <w:rPr>
          <w:rFonts w:ascii="Liberation Sans" w:hAnsi="Liberation Sans" w:eastAsia="Liberation Sans"/>
          <w:b/>
          <w:i w:val="0"/>
          <w:color w:val="263342"/>
          <w:sz w:val="26"/>
        </w:rPr>
        <w:t>Get the songs</w:t>
      </w:r>
    </w:p>
    <w:tbl>
      <w:tblPr>
        <w:tblW w:type="auto" w:w="0"/>
        <w:jc w:val="center"/>
        <w:tblLayout w:type="fixed"/>
        <w:tblLook w:firstColumn="1" w:firstRow="1" w:lastColumn="0" w:lastRow="0" w:noHBand="0" w:noVBand="1" w:val="04A0"/>
      </w:tblPr>
      <w:tblGrid>
        <w:gridCol w:w="2160"/>
        <w:gridCol w:w="8136"/>
      </w:tblGrid>
      <w:tr>
        <w:tc>
          <w:tcPr>
            <w:tcW w:type="dxa" w:w="2160"/>
            <w:shd w:fill="086862"/>
            <w:tcMar>
              <w:top w:w="90" w:type="dxa"/>
              <w:start w:w="110" w:type="dxa"/>
              <w:bottom w:w="90" w:type="dxa"/>
              <w:end w:w="110" w:type="dxa"/>
            </w:tcMar>
          </w:tcPr>
          <w:p>
            <w:r>
              <w:rPr>
                <w:rFonts w:ascii="Liberation Sans" w:hAnsi="Liberation Sans" w:eastAsia="Liberation Sans"/>
                <w:b/>
                <w:i w:val="0"/>
                <w:color w:val="FFFFFF"/>
                <w:sz w:val="16"/>
              </w:rPr>
              <w:t>SONG DOWNLOADS (MP3)</w:t>
            </w:r>
          </w:p>
        </w:tc>
        <w:tc>
          <w:tcPr>
            <w:tcW w:type="dxa" w:w="8136"/>
            <w:shd w:fill="F4F7F9"/>
            <w:tcMar>
              <w:top w:w="90" w:type="dxa"/>
              <w:start w:w="110" w:type="dxa"/>
              <w:bottom w:w="90" w:type="dxa"/>
              <w:end w:w="110" w:type="dxa"/>
            </w:tcMar>
          </w:tcPr>
          <w:p>
            <w:r>
              <w:rPr>
                <w:rFonts w:ascii="Liberation Sans" w:hAnsi="Liberation Sans" w:eastAsia="Liberation Sans"/>
                <w:b w:val="0"/>
                <w:i w:val="0"/>
                <w:color w:val="263342"/>
                <w:sz w:val="18"/>
              </w:rPr>
              <w:t>[LINK — download page for all 10 GO OUTSIDE tracks]</w:t>
            </w:r>
          </w:p>
        </w:tc>
      </w:tr>
      <w:tr>
        <w:tc>
          <w:tcPr>
            <w:tcW w:type="dxa" w:w="2160"/>
            <w:shd w:fill="086862"/>
            <w:tcMar>
              <w:top w:w="90" w:type="dxa"/>
              <w:start w:w="110" w:type="dxa"/>
              <w:bottom w:w="90" w:type="dxa"/>
              <w:end w:w="110" w:type="dxa"/>
            </w:tcMar>
          </w:tcPr>
          <w:p>
            <w:r>
              <w:rPr>
                <w:rFonts w:ascii="Liberation Sans" w:hAnsi="Liberation Sans" w:eastAsia="Liberation Sans"/>
                <w:b/>
                <w:i w:val="0"/>
                <w:color w:val="FFFFFF"/>
                <w:sz w:val="16"/>
              </w:rPr>
              <w:t>BACKING TRACKS (NO VOCALS)</w:t>
            </w:r>
          </w:p>
        </w:tc>
        <w:tc>
          <w:tcPr>
            <w:tcW w:type="dxa" w:w="8136"/>
            <w:shd w:fill="F4F7F9"/>
            <w:tcMar>
              <w:top w:w="90" w:type="dxa"/>
              <w:start w:w="110" w:type="dxa"/>
              <w:bottom w:w="90" w:type="dxa"/>
              <w:end w:w="110" w:type="dxa"/>
            </w:tcMar>
          </w:tcPr>
          <w:p>
            <w:r>
              <w:rPr>
                <w:rFonts w:ascii="Liberation Sans" w:hAnsi="Liberation Sans" w:eastAsia="Liberation Sans"/>
                <w:b w:val="0"/>
                <w:i w:val="0"/>
                <w:color w:val="263342"/>
                <w:sz w:val="18"/>
              </w:rPr>
              <w:t>[LINK — instrumental versions for live singing]</w:t>
            </w:r>
          </w:p>
        </w:tc>
      </w:tr>
      <w:tr>
        <w:tc>
          <w:tcPr>
            <w:tcW w:type="dxa" w:w="2160"/>
            <w:shd w:fill="086862"/>
            <w:tcMar>
              <w:top w:w="90" w:type="dxa"/>
              <w:start w:w="110" w:type="dxa"/>
              <w:bottom w:w="90" w:type="dxa"/>
              <w:end w:w="110" w:type="dxa"/>
            </w:tcMar>
          </w:tcPr>
          <w:p>
            <w:r>
              <w:rPr>
                <w:rFonts w:ascii="Liberation Sans" w:hAnsi="Liberation Sans" w:eastAsia="Liberation Sans"/>
                <w:b/>
                <w:i w:val="0"/>
                <w:color w:val="FFFFFF"/>
                <w:sz w:val="16"/>
              </w:rPr>
              <w:t>MOTIONS / DANCE VIDEOS</w:t>
            </w:r>
          </w:p>
        </w:tc>
        <w:tc>
          <w:tcPr>
            <w:tcW w:type="dxa" w:w="8136"/>
            <w:shd w:fill="F4F7F9"/>
            <w:tcMar>
              <w:top w:w="90" w:type="dxa"/>
              <w:start w:w="110" w:type="dxa"/>
              <w:bottom w:w="90" w:type="dxa"/>
              <w:end w:w="110" w:type="dxa"/>
            </w:tcMar>
          </w:tcPr>
          <w:p>
            <w:r>
              <w:rPr>
                <w:rFonts w:ascii="Liberation Sans" w:hAnsi="Liberation Sans" w:eastAsia="Liberation Sans"/>
                <w:b w:val="0"/>
                <w:i w:val="0"/>
                <w:color w:val="263342"/>
                <w:sz w:val="18"/>
              </w:rPr>
              <w:t>[LINK — motion demos for each main-session song]</w:t>
            </w:r>
          </w:p>
        </w:tc>
      </w:tr>
    </w:tbl>
    <w:p>
      <w:pPr>
        <w:spacing w:before="0" w:after="100" w:line="259" w:lineRule="auto"/>
      </w:pPr>
      <w:r>
        <w:rPr>
          <w:rFonts w:ascii="Liberation Sans" w:hAnsi="Liberation Sans" w:eastAsia="Liberation Sans"/>
          <w:b w:val="0"/>
          <w:i/>
          <w:color w:val="526274"/>
          <w:sz w:val="18"/>
        </w:rPr>
        <w:t>Until the links above are live, stream the album at the Spotify link on the resources page and play it through your sound system — that works for every use above.</w:t>
      </w:r>
    </w:p>
    <w:p>
      <w:pPr>
        <w:pStyle w:val="Heading2"/>
        <w:keepNext/>
        <w:spacing w:before="100" w:after="80"/>
      </w:pPr>
      <w:r>
        <w:rPr>
          <w:rFonts w:ascii="Liberation Sans" w:hAnsi="Liberation Sans" w:eastAsia="Liberation Sans"/>
          <w:b/>
          <w:i w:val="0"/>
          <w:color w:val="263342"/>
          <w:sz w:val="26"/>
        </w:rPr>
        <w:t>The “Electric City” title track</w:t>
      </w:r>
    </w:p>
    <w:p>
      <w:pPr>
        <w:spacing w:before="0" w:after="100" w:line="259" w:lineRule="auto"/>
      </w:pPr>
      <w:r>
        <w:rPr>
          <w:rFonts w:ascii="Liberation Sans" w:hAnsi="Liberation Sans" w:eastAsia="Liberation Sans"/>
          <w:b w:val="0"/>
          <w:i w:val="0"/>
          <w:color w:val="263342"/>
          <w:sz w:val="19"/>
        </w:rPr>
        <w:t>“Electric City (Original Mix)” by The KidMin Sound Group is the camp’s theme song — it releases January 8. Teach it first and sing it every night; this is the song the camp is named for. Until release day, the sneak-peek clip on the resources page and “Go Outside” hold the opener slot. Your team will learn it from the released version, not from this pack.</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86862"/>
              <w:bottom w:val="nil"/>
              <w:right w:val="nil"/>
            </w:tcBorders>
          </w:tcPr>
          <w:p>
            <w:pPr>
              <w:spacing w:after="40"/>
            </w:pPr>
            <w:r>
              <w:rPr>
                <w:rFonts w:ascii="Liberation Sans" w:hAnsi="Liberation Sans" w:eastAsia="Liberation Sans"/>
                <w:b/>
                <w:i w:val="0"/>
                <w:color w:val="14243A"/>
                <w:sz w:val="20"/>
              </w:rPr>
              <w:t>Lyric slide decks</w:t>
            </w:r>
          </w:p>
          <w:p>
            <w:pPr>
              <w:spacing w:after="0" w:line="252" w:lineRule="auto"/>
            </w:pPr>
            <w:r>
              <w:rPr>
                <w:rFonts w:ascii="Liberation Sans" w:hAnsi="Liberation Sans" w:eastAsia="Liberation Sans"/>
                <w:b w:val="0"/>
                <w:i w:val="0"/>
                <w:color w:val="263342"/>
                <w:sz w:val="18"/>
              </w:rPr>
              <w:t>Full PowerPoint-style lyric slide decks (song lyrics over Electric City backgrounds, ready to project) are a separate future build — not in this pack. For now: project from the lyric sheets, or build one title slide per song in Canva in about ten minutes each.</w:t>
            </w:r>
          </w:p>
        </w:tc>
      </w:tr>
    </w:tbl>
    <w:p>
      <w:r>
        <w:br w:type="page"/>
      </w:r>
    </w:p>
    <w:tbl>
      <w:tblPr>
        <w:tblW w:type="auto" w:w="0"/>
        <w:jc w:val="center"/>
        <w:tblLook w:firstColumn="1" w:firstRow="1" w:lastColumn="0" w:lastRow="0" w:noHBand="0" w:noVBand="1" w:val="04A0"/>
      </w:tblPr>
      <w:tblGrid>
        <w:gridCol w:w="10282"/>
      </w:tblGrid>
      <w:tr>
        <w:tc>
          <w:tcPr>
            <w:tcW w:type="dxa" w:w="10282"/>
            <w:shd w:fill="0B8F87"/>
            <w:tcMar>
              <w:top w:w="260" w:type="dxa"/>
              <w:start w:w="240" w:type="dxa"/>
              <w:bottom w:w="260" w:type="dxa"/>
              <w:end w:w="240" w:type="dxa"/>
            </w:tcMar>
          </w:tcPr>
          <w:p>
            <w:pPr>
              <w:jc w:val="center"/>
            </w:pPr>
            <w:r>
              <w:rPr>
                <w:rFonts w:ascii="Liberation Sans" w:hAnsi="Liberation Sans" w:eastAsia="Liberation Sans"/>
                <w:b/>
                <w:i w:val="0"/>
                <w:color w:val="FFFFFF"/>
                <w:sz w:val="18"/>
              </w:rPr>
              <w:t>LYRICS</w:t>
            </w:r>
          </w:p>
          <w:p>
            <w:pPr>
              <w:jc w:val="center"/>
            </w:pPr>
            <w:r>
              <w:rPr>
                <w:rFonts w:ascii="Liberation Sans" w:hAnsi="Liberation Sans" w:eastAsia="Liberation Sans"/>
                <w:b/>
                <w:i w:val="0"/>
                <w:color w:val="FFFFFF"/>
                <w:sz w:val="50"/>
              </w:rPr>
              <w:t>Song hooks appendix</w:t>
            </w:r>
          </w:p>
          <w:p>
            <w:pPr>
              <w:jc w:val="center"/>
            </w:pPr>
            <w:r>
              <w:rPr>
                <w:rFonts w:ascii="Liberation Sans" w:hAnsi="Liberation Sans" w:eastAsia="Liberation Sans"/>
                <w:b w:val="0"/>
                <w:i w:val="0"/>
                <w:color w:val="FFFFFF"/>
                <w:sz w:val="20"/>
              </w:rPr>
              <w:t>Placeholder singable hooks — official sheets at kidminrecords.com.</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Read this before you sing</w:t>
            </w:r>
          </w:p>
          <w:p>
            <w:pPr>
              <w:spacing w:after="0" w:line="252" w:lineRule="auto"/>
            </w:pPr>
            <w:r>
              <w:rPr>
                <w:rFonts w:ascii="Liberation Sans" w:hAnsi="Liberation Sans" w:eastAsia="Liberation Sans"/>
                <w:b w:val="0"/>
                <w:i w:val="0"/>
                <w:color w:val="263342"/>
                <w:sz w:val="18"/>
              </w:rPr>
              <w:t>The hooks below are PLACEHOLDER singable lines written for this pack — they are not the album’s actual lyrics. Use them to teach the tune’s shape and energy until the official lyric sheets are published at kidminrecords.com, then replace them. Never print these as the song’s real words.</w:t>
            </w:r>
          </w:p>
        </w:tc>
      </w:tr>
    </w:tbl>
    <w:p>
      <w:pPr>
        <w:spacing w:before="160" w:after="40"/>
        <w:keepNext/>
      </w:pPr>
      <w:r>
        <w:rPr>
          <w:rFonts w:ascii="Liberation Sans" w:hAnsi="Liberation Sans" w:eastAsia="Liberation Sans"/>
          <w:b/>
          <w:i w:val="0"/>
          <w:color w:val="086862"/>
          <w:sz w:val="22"/>
        </w:rPr>
        <w:t>Go Outside</w:t>
      </w:r>
    </w:p>
    <w:p>
      <w:pPr>
        <w:spacing w:before="0" w:after="40" w:line="259" w:lineRule="auto"/>
      </w:pPr>
      <w:r>
        <w:rPr>
          <w:rFonts w:ascii="Liberation Sans" w:hAnsi="Liberation Sans" w:eastAsia="Liberation Sans"/>
          <w:b w:val="0"/>
          <w:i w:val="0"/>
          <w:color w:val="263342"/>
          <w:sz w:val="20"/>
        </w:rPr>
        <w:t>“We’re going outside, the sun is up — Jesus is calling, let’s show His love!”</w:t>
      </w:r>
    </w:p>
    <w:p>
      <w:pPr>
        <w:spacing w:before="0" w:after="80" w:line="259" w:lineRule="auto"/>
      </w:pPr>
      <w:r>
        <w:rPr>
          <w:rFonts w:ascii="Liberation Sans" w:hAnsi="Liberation Sans" w:eastAsia="Liberation Sans"/>
          <w:b w:val="0"/>
          <w:i/>
          <w:color w:val="526274"/>
          <w:sz w:val="18"/>
        </w:rPr>
        <w:t>Remember This: God made the great outdoors — go enjoy it with Him.</w:t>
      </w:r>
    </w:p>
    <w:p>
      <w:pPr>
        <w:spacing w:before="160" w:after="40"/>
        <w:keepNext/>
      </w:pPr>
      <w:r>
        <w:rPr>
          <w:rFonts w:ascii="Liberation Sans" w:hAnsi="Liberation Sans" w:eastAsia="Liberation Sans"/>
          <w:b/>
          <w:i w:val="0"/>
          <w:color w:val="086862"/>
          <w:sz w:val="22"/>
        </w:rPr>
        <w:t>Church In The Summer</w:t>
      </w:r>
    </w:p>
    <w:p>
      <w:pPr>
        <w:spacing w:before="0" w:after="40" w:line="259" w:lineRule="auto"/>
      </w:pPr>
      <w:r>
        <w:rPr>
          <w:rFonts w:ascii="Liberation Sans" w:hAnsi="Liberation Sans" w:eastAsia="Liberation Sans"/>
          <w:b w:val="0"/>
          <w:i w:val="0"/>
          <w:color w:val="263342"/>
          <w:sz w:val="20"/>
        </w:rPr>
        <w:t>“Church in the summer, we’re singing loud — praising Jesus with the whole crowd!”</w:t>
      </w:r>
    </w:p>
    <w:p>
      <w:pPr>
        <w:spacing w:before="0" w:after="80" w:line="259" w:lineRule="auto"/>
      </w:pPr>
      <w:r>
        <w:rPr>
          <w:rFonts w:ascii="Liberation Sans" w:hAnsi="Liberation Sans" w:eastAsia="Liberation Sans"/>
          <w:b w:val="0"/>
          <w:i/>
          <w:color w:val="526274"/>
          <w:sz w:val="18"/>
        </w:rPr>
        <w:t>Remember This: Summer or not, we worship Jesus together.</w:t>
      </w:r>
    </w:p>
    <w:p>
      <w:pPr>
        <w:spacing w:before="160" w:after="40"/>
        <w:keepNext/>
      </w:pPr>
      <w:r>
        <w:rPr>
          <w:rFonts w:ascii="Liberation Sans" w:hAnsi="Liberation Sans" w:eastAsia="Liberation Sans"/>
          <w:b/>
          <w:i w:val="0"/>
          <w:color w:val="086862"/>
          <w:sz w:val="22"/>
        </w:rPr>
        <w:t>Best Summer Ever</w:t>
      </w:r>
    </w:p>
    <w:p>
      <w:pPr>
        <w:spacing w:before="0" w:after="40" w:line="259" w:lineRule="auto"/>
      </w:pPr>
      <w:r>
        <w:rPr>
          <w:rFonts w:ascii="Liberation Sans" w:hAnsi="Liberation Sans" w:eastAsia="Liberation Sans"/>
          <w:b w:val="0"/>
          <w:i w:val="0"/>
          <w:color w:val="263342"/>
          <w:sz w:val="20"/>
        </w:rPr>
        <w:t>“Best summer ever, hands up high — thank You, Jesus, for this good life!”</w:t>
      </w:r>
    </w:p>
    <w:p>
      <w:pPr>
        <w:spacing w:before="0" w:after="80" w:line="259" w:lineRule="auto"/>
      </w:pPr>
      <w:r>
        <w:rPr>
          <w:rFonts w:ascii="Liberation Sans" w:hAnsi="Liberation Sans" w:eastAsia="Liberation Sans"/>
          <w:b w:val="0"/>
          <w:i/>
          <w:color w:val="526274"/>
          <w:sz w:val="18"/>
        </w:rPr>
        <w:t>Remember This: Every good summer starts with Jesus.</w:t>
      </w:r>
    </w:p>
    <w:p>
      <w:pPr>
        <w:spacing w:before="160" w:after="40"/>
        <w:keepNext/>
      </w:pPr>
      <w:r>
        <w:rPr>
          <w:rFonts w:ascii="Liberation Sans" w:hAnsi="Liberation Sans" w:eastAsia="Liberation Sans"/>
          <w:b/>
          <w:i w:val="0"/>
          <w:color w:val="086862"/>
          <w:sz w:val="22"/>
        </w:rPr>
        <w:t>Sunscreen &amp; Scripture</w:t>
      </w:r>
    </w:p>
    <w:p>
      <w:pPr>
        <w:spacing w:before="0" w:after="40" w:line="259" w:lineRule="auto"/>
      </w:pPr>
      <w:r>
        <w:rPr>
          <w:rFonts w:ascii="Liberation Sans" w:hAnsi="Liberation Sans" w:eastAsia="Liberation Sans"/>
          <w:b w:val="0"/>
          <w:i w:val="0"/>
          <w:color w:val="263342"/>
          <w:sz w:val="20"/>
        </w:rPr>
        <w:t>“Sunscreen on and Bible open — God’s Word is with us everywhere we go!”</w:t>
      </w:r>
    </w:p>
    <w:p>
      <w:pPr>
        <w:spacing w:before="0" w:after="80" w:line="259" w:lineRule="auto"/>
      </w:pPr>
      <w:r>
        <w:rPr>
          <w:rFonts w:ascii="Liberation Sans" w:hAnsi="Liberation Sans" w:eastAsia="Liberation Sans"/>
          <w:b w:val="0"/>
          <w:i/>
          <w:color w:val="526274"/>
          <w:sz w:val="18"/>
        </w:rPr>
        <w:t>Remember This: God’s Word goes with me everywhere.</w:t>
      </w:r>
    </w:p>
    <w:p>
      <w:pPr>
        <w:spacing w:before="160" w:after="40"/>
        <w:keepNext/>
      </w:pPr>
      <w:r>
        <w:rPr>
          <w:rFonts w:ascii="Liberation Sans" w:hAnsi="Liberation Sans" w:eastAsia="Liberation Sans"/>
          <w:b/>
          <w:i w:val="0"/>
          <w:color w:val="086862"/>
          <w:sz w:val="22"/>
        </w:rPr>
        <w:t>Unplug It</w:t>
      </w:r>
    </w:p>
    <w:p>
      <w:pPr>
        <w:spacing w:before="0" w:after="40" w:line="259" w:lineRule="auto"/>
      </w:pPr>
      <w:r>
        <w:rPr>
          <w:rFonts w:ascii="Liberation Sans" w:hAnsi="Liberation Sans" w:eastAsia="Liberation Sans"/>
          <w:b w:val="0"/>
          <w:i w:val="0"/>
          <w:color w:val="263342"/>
          <w:sz w:val="20"/>
        </w:rPr>
        <w:t>“Unplug it, power down, listen now — make some room for Jesus!”</w:t>
      </w:r>
    </w:p>
    <w:p>
      <w:pPr>
        <w:spacing w:before="0" w:after="80" w:line="259" w:lineRule="auto"/>
      </w:pPr>
      <w:r>
        <w:rPr>
          <w:rFonts w:ascii="Liberation Sans" w:hAnsi="Liberation Sans" w:eastAsia="Liberation Sans"/>
          <w:b w:val="0"/>
          <w:i/>
          <w:color w:val="526274"/>
          <w:sz w:val="18"/>
        </w:rPr>
        <w:t>Remember This: Quiet hearts hear Jesus best.</w:t>
      </w:r>
    </w:p>
    <w:p>
      <w:pPr>
        <w:spacing w:before="160" w:after="40"/>
        <w:keepNext/>
      </w:pPr>
      <w:r>
        <w:rPr>
          <w:rFonts w:ascii="Liberation Sans" w:hAnsi="Liberation Sans" w:eastAsia="Liberation Sans"/>
          <w:b/>
          <w:i w:val="0"/>
          <w:color w:val="086862"/>
          <w:sz w:val="22"/>
        </w:rPr>
        <w:t>Read A Little</w:t>
      </w:r>
    </w:p>
    <w:p>
      <w:pPr>
        <w:spacing w:before="0" w:after="40" w:line="259" w:lineRule="auto"/>
      </w:pPr>
      <w:r>
        <w:rPr>
          <w:rFonts w:ascii="Liberation Sans" w:hAnsi="Liberation Sans" w:eastAsia="Liberation Sans"/>
          <w:b w:val="0"/>
          <w:i w:val="0"/>
          <w:color w:val="263342"/>
          <w:sz w:val="20"/>
        </w:rPr>
        <w:t>“Read a little every day — God’s Word will light your way!”</w:t>
      </w:r>
    </w:p>
    <w:p>
      <w:pPr>
        <w:spacing w:before="0" w:after="80" w:line="259" w:lineRule="auto"/>
      </w:pPr>
      <w:r>
        <w:rPr>
          <w:rFonts w:ascii="Liberation Sans" w:hAnsi="Liberation Sans" w:eastAsia="Liberation Sans"/>
          <w:b w:val="0"/>
          <w:i/>
          <w:color w:val="526274"/>
          <w:sz w:val="18"/>
        </w:rPr>
        <w:t>Remember This: A little Bible every day grows big faith.</w:t>
      </w:r>
    </w:p>
    <w:p>
      <w:pPr>
        <w:spacing w:before="160" w:after="40"/>
        <w:keepNext/>
      </w:pPr>
      <w:r>
        <w:rPr>
          <w:rFonts w:ascii="Liberation Sans" w:hAnsi="Liberation Sans" w:eastAsia="Liberation Sans"/>
          <w:b/>
          <w:i w:val="0"/>
          <w:color w:val="086862"/>
          <w:sz w:val="22"/>
        </w:rPr>
        <w:t>Walk That Dog</w:t>
      </w:r>
    </w:p>
    <w:p>
      <w:pPr>
        <w:spacing w:before="0" w:after="40" w:line="259" w:lineRule="auto"/>
      </w:pPr>
      <w:r>
        <w:rPr>
          <w:rFonts w:ascii="Liberation Sans" w:hAnsi="Liberation Sans" w:eastAsia="Liberation Sans"/>
          <w:b w:val="0"/>
          <w:i w:val="0"/>
          <w:color w:val="263342"/>
          <w:sz w:val="20"/>
        </w:rPr>
        <w:t>“Walk that dog and take a stroll — Jesus is with us, heart and soul!”</w:t>
      </w:r>
    </w:p>
    <w:p>
      <w:pPr>
        <w:spacing w:before="0" w:after="80" w:line="259" w:lineRule="auto"/>
      </w:pPr>
      <w:r>
        <w:rPr>
          <w:rFonts w:ascii="Liberation Sans" w:hAnsi="Liberation Sans" w:eastAsia="Liberation Sans"/>
          <w:b w:val="0"/>
          <w:i/>
          <w:color w:val="526274"/>
          <w:sz w:val="18"/>
        </w:rPr>
        <w:t>Remember This: Jesus walks with me all day long.</w:t>
      </w:r>
    </w:p>
    <w:p>
      <w:pPr>
        <w:spacing w:before="160" w:after="40"/>
        <w:keepNext/>
      </w:pPr>
      <w:r>
        <w:rPr>
          <w:rFonts w:ascii="Liberation Sans" w:hAnsi="Liberation Sans" w:eastAsia="Liberation Sans"/>
          <w:b/>
          <w:i w:val="0"/>
          <w:color w:val="086862"/>
          <w:sz w:val="22"/>
        </w:rPr>
        <w:t>Summer Kindness</w:t>
      </w:r>
    </w:p>
    <w:p>
      <w:pPr>
        <w:spacing w:before="0" w:after="40" w:line="259" w:lineRule="auto"/>
      </w:pPr>
      <w:r>
        <w:rPr>
          <w:rFonts w:ascii="Liberation Sans" w:hAnsi="Liberation Sans" w:eastAsia="Liberation Sans"/>
          <w:b w:val="0"/>
          <w:i w:val="0"/>
          <w:color w:val="263342"/>
          <w:sz w:val="20"/>
        </w:rPr>
        <w:t>“Summer kindness, pass it on — love like Jesus all summer long!”</w:t>
      </w:r>
    </w:p>
    <w:p>
      <w:pPr>
        <w:spacing w:before="0" w:after="80" w:line="259" w:lineRule="auto"/>
      </w:pPr>
      <w:r>
        <w:rPr>
          <w:rFonts w:ascii="Liberation Sans" w:hAnsi="Liberation Sans" w:eastAsia="Liberation Sans"/>
          <w:b w:val="0"/>
          <w:i/>
          <w:color w:val="526274"/>
          <w:sz w:val="18"/>
        </w:rPr>
        <w:t>Remember This: Kindness is summer’s best move.</w:t>
      </w:r>
    </w:p>
    <w:p>
      <w:pPr>
        <w:spacing w:before="160" w:after="40"/>
        <w:keepNext/>
      </w:pPr>
      <w:r>
        <w:rPr>
          <w:rFonts w:ascii="Liberation Sans" w:hAnsi="Liberation Sans" w:eastAsia="Liberation Sans"/>
          <w:b/>
          <w:i w:val="0"/>
          <w:color w:val="086862"/>
          <w:sz w:val="22"/>
        </w:rPr>
        <w:t>Vacation Vibes</w:t>
      </w:r>
    </w:p>
    <w:p>
      <w:pPr>
        <w:spacing w:before="0" w:after="40" w:line="259" w:lineRule="auto"/>
      </w:pPr>
      <w:r>
        <w:rPr>
          <w:rFonts w:ascii="Liberation Sans" w:hAnsi="Liberation Sans" w:eastAsia="Liberation Sans"/>
          <w:b w:val="0"/>
          <w:i w:val="0"/>
          <w:color w:val="263342"/>
          <w:sz w:val="20"/>
        </w:rPr>
        <w:t>“Vacation vibes, we’re feeling free — thank You, Jesus, for this family!”</w:t>
      </w:r>
    </w:p>
    <w:p>
      <w:pPr>
        <w:spacing w:before="0" w:after="80" w:line="259" w:lineRule="auto"/>
      </w:pPr>
      <w:r>
        <w:rPr>
          <w:rFonts w:ascii="Liberation Sans" w:hAnsi="Liberation Sans" w:eastAsia="Liberation Sans"/>
          <w:b w:val="0"/>
          <w:i/>
          <w:color w:val="526274"/>
          <w:sz w:val="18"/>
        </w:rPr>
        <w:t>Remember This: Rest is a gift from God too.</w:t>
      </w:r>
    </w:p>
    <w:p>
      <w:pPr>
        <w:spacing w:before="160" w:after="40"/>
        <w:keepNext/>
      </w:pPr>
      <w:r>
        <w:rPr>
          <w:rFonts w:ascii="Liberation Sans" w:hAnsi="Liberation Sans" w:eastAsia="Liberation Sans"/>
          <w:b/>
          <w:i w:val="0"/>
          <w:color w:val="086862"/>
          <w:sz w:val="22"/>
        </w:rPr>
        <w:t>See You Sunday</w:t>
      </w:r>
    </w:p>
    <w:p>
      <w:pPr>
        <w:spacing w:before="0" w:after="40" w:line="259" w:lineRule="auto"/>
      </w:pPr>
      <w:r>
        <w:rPr>
          <w:rFonts w:ascii="Liberation Sans" w:hAnsi="Liberation Sans" w:eastAsia="Liberation Sans"/>
          <w:b w:val="0"/>
          <w:i w:val="0"/>
          <w:color w:val="263342"/>
          <w:sz w:val="20"/>
        </w:rPr>
        <w:t>“See you Sunday, don’t be late — church is gonna be so great!”</w:t>
      </w:r>
    </w:p>
    <w:p>
      <w:pPr>
        <w:spacing w:before="0" w:after="80" w:line="259" w:lineRule="auto"/>
      </w:pPr>
      <w:r>
        <w:rPr>
          <w:rFonts w:ascii="Liberation Sans" w:hAnsi="Liberation Sans" w:eastAsia="Liberation Sans"/>
          <w:b w:val="0"/>
          <w:i/>
          <w:color w:val="526274"/>
          <w:sz w:val="18"/>
        </w:rPr>
        <w:t>Remember This: We’ll keep growing together on Sunday.</w:t>
      </w:r>
    </w:p>
    <w:p>
      <w:r>
        <w:br w:type="page"/>
      </w:r>
    </w:p>
    <w:tbl>
      <w:tblPr>
        <w:tblW w:type="auto" w:w="0"/>
        <w:jc w:val="center"/>
        <w:tblLook w:firstColumn="1" w:firstRow="1" w:lastColumn="0" w:lastRow="0" w:noHBand="0" w:noVBand="1" w:val="04A0"/>
      </w:tblPr>
      <w:tblGrid>
        <w:gridCol w:w="10282"/>
      </w:tblGrid>
      <w:tr>
        <w:tc>
          <w:tcPr>
            <w:tcW w:type="dxa" w:w="10282"/>
            <w:shd w:fill="0B8F87"/>
            <w:tcMar>
              <w:top w:w="260" w:type="dxa"/>
              <w:start w:w="240" w:type="dxa"/>
              <w:bottom w:w="260" w:type="dxa"/>
              <w:end w:w="240" w:type="dxa"/>
            </w:tcMar>
          </w:tcPr>
          <w:p>
            <w:pPr>
              <w:jc w:val="center"/>
            </w:pPr>
            <w:r>
              <w:rPr>
                <w:rFonts w:ascii="Liberation Sans" w:hAnsi="Liberation Sans" w:eastAsia="Liberation Sans"/>
                <w:b/>
                <w:i w:val="0"/>
                <w:color w:val="FFFFFF"/>
                <w:sz w:val="18"/>
              </w:rPr>
              <w:t>CORE ROTATIONS</w:t>
            </w:r>
          </w:p>
          <w:p>
            <w:pPr>
              <w:jc w:val="center"/>
            </w:pPr>
            <w:r>
              <w:rPr>
                <w:rFonts w:ascii="Liberation Sans" w:hAnsi="Liberation Sans" w:eastAsia="Liberation Sans"/>
                <w:b/>
                <w:i w:val="0"/>
                <w:color w:val="FFFFFF"/>
                <w:sz w:val="50"/>
              </w:rPr>
              <w:t>Three rooms. Three nights.</w:t>
            </w:r>
          </w:p>
          <w:p>
            <w:pPr>
              <w:jc w:val="center"/>
            </w:pPr>
            <w:r>
              <w:rPr>
                <w:rFonts w:ascii="Liberation Sans" w:hAnsi="Liberation Sans" w:eastAsia="Liberation Sans"/>
                <w:b w:val="0"/>
                <w:i w:val="0"/>
                <w:color w:val="FFFFFF"/>
                <w:sz w:val="20"/>
              </w:rPr>
              <w:t>Every church runs these three. 25 minutes each, 5 to move.</w:t>
            </w:r>
          </w:p>
        </w:tc>
      </w:tr>
    </w:tbl>
    <w:p>
      <w:pPr>
        <w:spacing w:before="0" w:after="100" w:line="259" w:lineRule="auto"/>
      </w:pPr>
      <w:r>
        <w:rPr>
          <w:rFonts w:ascii="Liberation Sans" w:hAnsi="Liberation Sans" w:eastAsia="Liberation Sans"/>
          <w:b w:val="0"/>
          <w:i w:val="0"/>
          <w:color w:val="263342"/>
          <w:sz w:val="19"/>
        </w:rPr>
        <w:t>Each rotation below is written for one night. Rotation leaders teach the same room three times a night — by Day 3 they will be experts. Younger-band simplifications are marked everywhere they matter.</w:t>
      </w:r>
    </w:p>
    <w:p>
      <w:r>
        <w:br w:type="page"/>
      </w:r>
    </w:p>
    <w:p>
      <w:pPr>
        <w:spacing w:after="20"/>
      </w:pPr>
      <w:r>
        <w:rPr>
          <w:rFonts w:ascii="Liberation Sans" w:hAnsi="Liberation Sans" w:eastAsia="Liberation Sans"/>
          <w:b/>
          <w:i w:val="0"/>
          <w:color w:val="0B8F87"/>
          <w:sz w:val="17"/>
        </w:rPr>
        <w:t>ARTS &amp; CRAFTS</w:t>
      </w:r>
    </w:p>
    <w:p>
      <w:pPr>
        <w:spacing w:after="60"/>
      </w:pPr>
      <w:r>
        <w:rPr>
          <w:rFonts w:ascii="Liberation Sans" w:hAnsi="Liberation Sans" w:eastAsia="Liberation Sans"/>
          <w:b/>
          <w:i w:val="0"/>
          <w:color w:val="14243A"/>
          <w:sz w:val="40"/>
        </w:rPr>
        <w:t>Day 1 — The Power Plant</w:t>
      </w:r>
    </w:p>
    <w:p>
      <w:pPr>
        <w:spacing w:after="140"/>
      </w:pPr>
      <w:r>
        <w:rPr>
          <w:rFonts w:ascii="Liberation Sans" w:hAnsi="Liberation Sans" w:eastAsia="Liberation Sans"/>
          <w:b/>
          <w:i w:val="0"/>
          <w:color w:val="526274"/>
          <w:sz w:val="18"/>
        </w:rPr>
        <w:t>Craft — build Electric City, one district per night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Jesus gives me power through the Holy Spirit. (Acts 1:8)</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Small cardboard boxes (shoebox size), one per team table</w:t>
      </w:r>
    </w:p>
    <w:p>
      <w:pPr>
        <w:pStyle w:val="ListBullet"/>
        <w:spacing w:before="0" w:after="40" w:line="250" w:lineRule="auto"/>
      </w:pPr>
      <w:r>
        <w:rPr>
          <w:rFonts w:ascii="Liberation Sans" w:hAnsi="Liberation Sans" w:eastAsia="Liberation Sans"/>
          <w:b w:val="0"/>
          <w:i w:val="0"/>
          <w:color w:val="263342"/>
          <w:sz w:val="18"/>
        </w:rPr>
        <w:t>Red, orange, and yellow tissue paper + construction paper</w:t>
      </w:r>
    </w:p>
    <w:p>
      <w:pPr>
        <w:pStyle w:val="ListBullet"/>
        <w:spacing w:before="0" w:after="40" w:line="250" w:lineRule="auto"/>
      </w:pPr>
      <w:r>
        <w:rPr>
          <w:rFonts w:ascii="Liberation Sans" w:hAnsi="Liberation Sans" w:eastAsia="Liberation Sans"/>
          <w:b w:val="0"/>
          <w:i w:val="0"/>
          <w:color w:val="263342"/>
          <w:sz w:val="18"/>
        </w:rPr>
        <w:t>Foil sheets, tape, glue sticks, markers</w:t>
      </w:r>
    </w:p>
    <w:p>
      <w:pPr>
        <w:pStyle w:val="ListBullet"/>
        <w:spacing w:before="0" w:after="40" w:line="250" w:lineRule="auto"/>
      </w:pPr>
      <w:r>
        <w:rPr>
          <w:rFonts w:ascii="Liberation Sans" w:hAnsi="Liberation Sans" w:eastAsia="Liberation Sans"/>
          <w:b w:val="0"/>
          <w:i w:val="0"/>
          <w:color w:val="263342"/>
          <w:sz w:val="18"/>
        </w:rPr>
        <w:t>Printed “POWER PLANT” sign strips</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Cover tables; put one box per table as the team’s power plant base.</w:t>
      </w:r>
    </w:p>
    <w:p>
      <w:pPr>
        <w:pStyle w:val="ListBullet"/>
        <w:spacing w:before="0" w:after="40" w:line="250" w:lineRule="auto"/>
      </w:pPr>
      <w:r>
        <w:rPr>
          <w:rFonts w:ascii="Liberation Sans" w:hAnsi="Liberation Sans" w:eastAsia="Liberation Sans"/>
          <w:b w:val="0"/>
          <w:i w:val="0"/>
          <w:color w:val="263342"/>
          <w:sz w:val="18"/>
        </w:rPr>
        <w:t>Pre-cut tissue strips for flames; sort foil squares into a tray.</w:t>
      </w:r>
    </w:p>
    <w:p>
      <w:pPr>
        <w:pStyle w:val="ListBullet"/>
        <w:spacing w:before="0" w:after="40" w:line="250" w:lineRule="auto"/>
      </w:pPr>
      <w:r>
        <w:rPr>
          <w:rFonts w:ascii="Liberation Sans" w:hAnsi="Liberation Sans" w:eastAsia="Liberation Sans"/>
          <w:b w:val="0"/>
          <w:i w:val="0"/>
          <w:color w:val="263342"/>
          <w:sz w:val="18"/>
        </w:rPr>
        <w:t>Hang the night’s verse card where every table can see it.</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Say: “Every city needs a power plant. Ours runs on the Holy Spirit.”</w:t>
      </w:r>
    </w:p>
    <w:p>
      <w:pPr>
        <w:pStyle w:val="ListBullet"/>
        <w:spacing w:before="0" w:after="40" w:line="250" w:lineRule="auto"/>
      </w:pPr>
      <w:r>
        <w:rPr>
          <w:rFonts w:ascii="Liberation Sans" w:hAnsi="Liberation Sans" w:eastAsia="Liberation Sans"/>
          <w:b w:val="0"/>
          <w:i w:val="0"/>
          <w:color w:val="263342"/>
          <w:sz w:val="18"/>
        </w:rPr>
        <w:t>Teams decorate their plant: foil lightning bolts, tissue-paper flames like Pentecost, the verse on the front.</w:t>
      </w:r>
    </w:p>
    <w:p>
      <w:pPr>
        <w:pStyle w:val="ListBullet"/>
        <w:spacing w:before="0" w:after="40" w:line="250" w:lineRule="auto"/>
      </w:pPr>
      <w:r>
        <w:rPr>
          <w:rFonts w:ascii="Liberation Sans" w:hAnsi="Liberation Sans" w:eastAsia="Liberation Sans"/>
          <w:b w:val="0"/>
          <w:i w:val="0"/>
          <w:color w:val="263342"/>
          <w:sz w:val="18"/>
        </w:rPr>
        <w:t>Younger band: leaders pre-tape; kids stick, press, and place. No scissors required.</w:t>
      </w:r>
    </w:p>
    <w:p>
      <w:pPr>
        <w:pStyle w:val="ListBullet"/>
        <w:spacing w:before="0" w:after="40" w:line="250" w:lineRule="auto"/>
      </w:pPr>
      <w:r>
        <w:rPr>
          <w:rFonts w:ascii="Liberation Sans" w:hAnsi="Liberation Sans" w:eastAsia="Liberation Sans"/>
          <w:b w:val="0"/>
          <w:i w:val="0"/>
          <w:color w:val="263342"/>
          <w:sz w:val="18"/>
        </w:rPr>
        <w:t>Older band: let them engineer — smokestacks from tubes, control panels drawn with dials.</w:t>
      </w:r>
    </w:p>
    <w:p>
      <w:pPr>
        <w:pStyle w:val="ListBullet"/>
        <w:spacing w:before="0" w:after="40" w:line="250" w:lineRule="auto"/>
      </w:pPr>
      <w:r>
        <w:rPr>
          <w:rFonts w:ascii="Liberation Sans" w:hAnsi="Liberation Sans" w:eastAsia="Liberation Sans"/>
          <w:b w:val="0"/>
          <w:i w:val="0"/>
          <w:color w:val="263342"/>
          <w:sz w:val="18"/>
        </w:rPr>
        <w:t>Place each finished plant on the city base board. Stand back and look at it together.</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Ask: “Where does our city’s power come from?” (The Holy Spirit.)</w:t>
      </w:r>
    </w:p>
    <w:p>
      <w:pPr>
        <w:pStyle w:val="ListBullet"/>
        <w:spacing w:before="0" w:after="40" w:line="250" w:lineRule="auto"/>
      </w:pPr>
      <w:r>
        <w:rPr>
          <w:rFonts w:ascii="Liberation Sans" w:hAnsi="Liberation Sans" w:eastAsia="Liberation Sans"/>
          <w:b w:val="0"/>
          <w:i w:val="0"/>
          <w:color w:val="263342"/>
          <w:sz w:val="18"/>
        </w:rPr>
        <w:t>Say the Remember This together, flexing on “POWER.”</w:t>
      </w:r>
    </w:p>
    <w:p>
      <w:pPr>
        <w:pStyle w:val="ListBullet"/>
        <w:spacing w:before="0" w:after="40" w:line="250" w:lineRule="auto"/>
      </w:pPr>
      <w:r>
        <w:rPr>
          <w:rFonts w:ascii="Liberation Sans" w:hAnsi="Liberation Sans" w:eastAsia="Liberation Sans"/>
          <w:b w:val="0"/>
          <w:i w:val="0"/>
          <w:color w:val="263342"/>
          <w:sz w:val="18"/>
        </w:rPr>
        <w:t>Debrief line: “You can’t see electricity, but you can see what it does — same with the Holy Spirit.”</w:t>
      </w:r>
    </w:p>
    <w:p>
      <w:r>
        <w:br w:type="page"/>
      </w:r>
    </w:p>
    <w:p>
      <w:pPr>
        <w:spacing w:after="20"/>
      </w:pPr>
      <w:r>
        <w:rPr>
          <w:rFonts w:ascii="Liberation Sans" w:hAnsi="Liberation Sans" w:eastAsia="Liberation Sans"/>
          <w:b/>
          <w:i w:val="0"/>
          <w:color w:val="0B8F87"/>
          <w:sz w:val="17"/>
        </w:rPr>
        <w:t>ARTS &amp; CRAFTS</w:t>
      </w:r>
    </w:p>
    <w:p>
      <w:pPr>
        <w:spacing w:after="60"/>
      </w:pPr>
      <w:r>
        <w:rPr>
          <w:rFonts w:ascii="Liberation Sans" w:hAnsi="Liberation Sans" w:eastAsia="Liberation Sans"/>
          <w:b/>
          <w:i w:val="0"/>
          <w:color w:val="14243A"/>
          <w:sz w:val="40"/>
        </w:rPr>
        <w:t>Day 2 — City Lights</w:t>
      </w:r>
    </w:p>
    <w:p>
      <w:pPr>
        <w:spacing w:after="140"/>
      </w:pPr>
      <w:r>
        <w:rPr>
          <w:rFonts w:ascii="Liberation Sans" w:hAnsi="Liberation Sans" w:eastAsia="Liberation Sans"/>
          <w:b/>
          <w:i w:val="0"/>
          <w:color w:val="526274"/>
          <w:sz w:val="18"/>
        </w:rPr>
        <w:t>Craft — build Electric City, one district per night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shine for Jesus like a city on a hill. (Matthew 5:14–16)</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Paper towel tubes or small paper cups, one per child</w:t>
      </w:r>
    </w:p>
    <w:p>
      <w:pPr>
        <w:pStyle w:val="ListBullet"/>
        <w:spacing w:before="0" w:after="40" w:line="250" w:lineRule="auto"/>
      </w:pPr>
      <w:r>
        <w:rPr>
          <w:rFonts w:ascii="Liberation Sans" w:hAnsi="Liberation Sans" w:eastAsia="Liberation Sans"/>
          <w:b w:val="0"/>
          <w:i w:val="0"/>
          <w:color w:val="263342"/>
          <w:sz w:val="18"/>
        </w:rPr>
        <w:t>Battery tea lights (one per child — no real flames, ever)</w:t>
      </w:r>
    </w:p>
    <w:p>
      <w:pPr>
        <w:pStyle w:val="ListBullet"/>
        <w:spacing w:before="0" w:after="40" w:line="250" w:lineRule="auto"/>
      </w:pPr>
      <w:r>
        <w:rPr>
          <w:rFonts w:ascii="Liberation Sans" w:hAnsi="Liberation Sans" w:eastAsia="Liberation Sans"/>
          <w:b w:val="0"/>
          <w:i w:val="0"/>
          <w:color w:val="263342"/>
          <w:sz w:val="18"/>
        </w:rPr>
        <w:t>Yellow cellophane or tissue squares, tape, markers, star stickers</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Test every tea light. Dead batteries kill the moment — bring extras.</w:t>
      </w:r>
    </w:p>
    <w:p>
      <w:pPr>
        <w:pStyle w:val="ListBullet"/>
        <w:spacing w:before="0" w:after="40" w:line="250" w:lineRule="auto"/>
      </w:pPr>
      <w:r>
        <w:rPr>
          <w:rFonts w:ascii="Liberation Sans" w:hAnsi="Liberation Sans" w:eastAsia="Liberation Sans"/>
          <w:b w:val="0"/>
          <w:i w:val="0"/>
          <w:color w:val="263342"/>
          <w:sz w:val="18"/>
        </w:rPr>
        <w:t>Pre-cut cellophane squares; set out markers and stickers.</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Say: “Last night we built the power plant. Tonight the city lights up — with YOU.”</w:t>
      </w:r>
    </w:p>
    <w:p>
      <w:pPr>
        <w:pStyle w:val="ListBullet"/>
        <w:spacing w:before="0" w:after="40" w:line="250" w:lineRule="auto"/>
      </w:pPr>
      <w:r>
        <w:rPr>
          <w:rFonts w:ascii="Liberation Sans" w:hAnsi="Liberation Sans" w:eastAsia="Liberation Sans"/>
          <w:b w:val="0"/>
          <w:i w:val="0"/>
          <w:color w:val="263342"/>
          <w:sz w:val="18"/>
        </w:rPr>
        <w:t>Each child makes a lighthouse: decorate the tube, wrap the top in yellow cellophane, drop in the tea light.</w:t>
      </w:r>
    </w:p>
    <w:p>
      <w:pPr>
        <w:pStyle w:val="ListBullet"/>
        <w:spacing w:before="0" w:after="40" w:line="250" w:lineRule="auto"/>
      </w:pPr>
      <w:r>
        <w:rPr>
          <w:rFonts w:ascii="Liberation Sans" w:hAnsi="Liberation Sans" w:eastAsia="Liberation Sans"/>
          <w:b w:val="0"/>
          <w:i w:val="0"/>
          <w:color w:val="263342"/>
          <w:sz w:val="18"/>
        </w:rPr>
        <w:t>Write one way they can “shine” this week on the lighthouse (older band) or draw it (younger band).</w:t>
      </w:r>
    </w:p>
    <w:p>
      <w:pPr>
        <w:pStyle w:val="ListBullet"/>
        <w:spacing w:before="0" w:after="40" w:line="250" w:lineRule="auto"/>
      </w:pPr>
      <w:r>
        <w:rPr>
          <w:rFonts w:ascii="Liberation Sans" w:hAnsi="Liberation Sans" w:eastAsia="Liberation Sans"/>
          <w:b w:val="0"/>
          <w:i w:val="0"/>
          <w:color w:val="263342"/>
          <w:sz w:val="18"/>
        </w:rPr>
        <w:t>Dim the room, switch all the lights on at once, and let the kids gasp. Then place the lighthouses around the city.</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Ask: “What happened when one little light turned on?”</w:t>
      </w:r>
    </w:p>
    <w:p>
      <w:pPr>
        <w:pStyle w:val="ListBullet"/>
        <w:spacing w:before="0" w:after="40" w:line="250" w:lineRule="auto"/>
      </w:pPr>
      <w:r>
        <w:rPr>
          <w:rFonts w:ascii="Liberation Sans" w:hAnsi="Liberation Sans" w:eastAsia="Liberation Sans"/>
          <w:b w:val="0"/>
          <w:i w:val="0"/>
          <w:color w:val="263342"/>
          <w:sz w:val="18"/>
        </w:rPr>
        <w:t>Say the Remember This together, arms wide like a sunrise on “SHINE.”</w:t>
      </w:r>
    </w:p>
    <w:p>
      <w:pPr>
        <w:pStyle w:val="ListBullet"/>
        <w:spacing w:before="0" w:after="40" w:line="250" w:lineRule="auto"/>
      </w:pPr>
      <w:r>
        <w:rPr>
          <w:rFonts w:ascii="Liberation Sans" w:hAnsi="Liberation Sans" w:eastAsia="Liberation Sans"/>
          <w:b w:val="0"/>
          <w:i w:val="0"/>
          <w:color w:val="263342"/>
          <w:sz w:val="18"/>
        </w:rPr>
        <w:t>Debrief line: “One light changes a dark room. One kid shining for Jesus changes a school.”</w:t>
      </w:r>
    </w:p>
    <w:p>
      <w:r>
        <w:br w:type="page"/>
      </w:r>
    </w:p>
    <w:p>
      <w:pPr>
        <w:spacing w:after="20"/>
      </w:pPr>
      <w:r>
        <w:rPr>
          <w:rFonts w:ascii="Liberation Sans" w:hAnsi="Liberation Sans" w:eastAsia="Liberation Sans"/>
          <w:b/>
          <w:i w:val="0"/>
          <w:color w:val="0B8F87"/>
          <w:sz w:val="17"/>
        </w:rPr>
        <w:t>ARTS &amp; CRAFTS</w:t>
      </w:r>
    </w:p>
    <w:p>
      <w:pPr>
        <w:spacing w:after="60"/>
      </w:pPr>
      <w:r>
        <w:rPr>
          <w:rFonts w:ascii="Liberation Sans" w:hAnsi="Liberation Sans" w:eastAsia="Liberation Sans"/>
          <w:b/>
          <w:i w:val="0"/>
          <w:color w:val="14243A"/>
          <w:sz w:val="40"/>
        </w:rPr>
        <w:t>Day 3 — My House, Plugged In</w:t>
      </w:r>
    </w:p>
    <w:p>
      <w:pPr>
        <w:spacing w:after="140"/>
      </w:pPr>
      <w:r>
        <w:rPr>
          <w:rFonts w:ascii="Liberation Sans" w:hAnsi="Liberation Sans" w:eastAsia="Liberation Sans"/>
          <w:b/>
          <w:i w:val="0"/>
          <w:color w:val="526274"/>
          <w:sz w:val="18"/>
        </w:rPr>
        <w:t>Craft — build Electric City, one district per night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stay connected to Jesus. (John 15:5)</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Small paper bags or folded cardstock houses, one per child</w:t>
      </w:r>
    </w:p>
    <w:p>
      <w:pPr>
        <w:pStyle w:val="ListBullet"/>
        <w:spacing w:before="0" w:after="40" w:line="250" w:lineRule="auto"/>
      </w:pPr>
      <w:r>
        <w:rPr>
          <w:rFonts w:ascii="Liberation Sans" w:hAnsi="Liberation Sans" w:eastAsia="Liberation Sans"/>
          <w:b w:val="0"/>
          <w:i w:val="0"/>
          <w:color w:val="263342"/>
          <w:sz w:val="18"/>
        </w:rPr>
        <w:t>Yarn or string (the “power lines”), tape, crayons, stickers</w:t>
      </w:r>
    </w:p>
    <w:p>
      <w:pPr>
        <w:pStyle w:val="ListBullet"/>
        <w:spacing w:before="0" w:after="40" w:line="250" w:lineRule="auto"/>
      </w:pPr>
      <w:r>
        <w:rPr>
          <w:rFonts w:ascii="Liberation Sans" w:hAnsi="Liberation Sans" w:eastAsia="Liberation Sans"/>
          <w:b w:val="0"/>
          <w:i w:val="0"/>
          <w:color w:val="263342"/>
          <w:sz w:val="18"/>
        </w:rPr>
        <w:t>One extra battery tea light per child for inside the house</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Pre-fold the houses for the younger band; older band folds their own.</w:t>
      </w:r>
    </w:p>
    <w:p>
      <w:pPr>
        <w:pStyle w:val="ListBullet"/>
        <w:spacing w:before="0" w:after="40" w:line="250" w:lineRule="auto"/>
      </w:pPr>
      <w:r>
        <w:rPr>
          <w:rFonts w:ascii="Liberation Sans" w:hAnsi="Liberation Sans" w:eastAsia="Liberation Sans"/>
          <w:b w:val="0"/>
          <w:i w:val="0"/>
          <w:color w:val="263342"/>
          <w:sz w:val="18"/>
        </w:rPr>
        <w:t>Cut yarn into arm-length pieces; tape one end ready to go.</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Say: “A city is just buildings until the power flows. Tonight you plug YOUR house into Electric City.”</w:t>
      </w:r>
    </w:p>
    <w:p>
      <w:pPr>
        <w:pStyle w:val="ListBullet"/>
        <w:spacing w:before="0" w:after="40" w:line="250" w:lineRule="auto"/>
      </w:pPr>
      <w:r>
        <w:rPr>
          <w:rFonts w:ascii="Liberation Sans" w:hAnsi="Liberation Sans" w:eastAsia="Liberation Sans"/>
          <w:b w:val="0"/>
          <w:i w:val="0"/>
          <w:color w:val="263342"/>
          <w:sz w:val="18"/>
        </w:rPr>
        <w:t>Kids decorate their house — who lives there, what the family loves — then place the tea light inside.</w:t>
      </w:r>
    </w:p>
    <w:p>
      <w:pPr>
        <w:pStyle w:val="ListBullet"/>
        <w:spacing w:before="0" w:after="40" w:line="250" w:lineRule="auto"/>
      </w:pPr>
      <w:r>
        <w:rPr>
          <w:rFonts w:ascii="Liberation Sans" w:hAnsi="Liberation Sans" w:eastAsia="Liberation Sans"/>
          <w:b w:val="0"/>
          <w:i w:val="0"/>
          <w:color w:val="263342"/>
          <w:sz w:val="18"/>
        </w:rPr>
        <w:t>Run a yarn “power line” from each house back to the team’s power plant. Tape it down.</w:t>
      </w:r>
    </w:p>
    <w:p>
      <w:pPr>
        <w:pStyle w:val="ListBullet"/>
        <w:spacing w:before="0" w:after="40" w:line="250" w:lineRule="auto"/>
      </w:pPr>
      <w:r>
        <w:rPr>
          <w:rFonts w:ascii="Liberation Sans" w:hAnsi="Liberation Sans" w:eastAsia="Liberation Sans"/>
          <w:b w:val="0"/>
          <w:i w:val="0"/>
          <w:color w:val="263342"/>
          <w:sz w:val="18"/>
        </w:rPr>
        <w:t>Stand back: every house lit, every house connected.</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Ask: “What happens to a house with no power line?” (It stays dark.)</w:t>
      </w:r>
    </w:p>
    <w:p>
      <w:pPr>
        <w:pStyle w:val="ListBullet"/>
        <w:spacing w:before="0" w:after="40" w:line="250" w:lineRule="auto"/>
      </w:pPr>
      <w:r>
        <w:rPr>
          <w:rFonts w:ascii="Liberation Sans" w:hAnsi="Liberation Sans" w:eastAsia="Liberation Sans"/>
          <w:b w:val="0"/>
          <w:i w:val="0"/>
          <w:color w:val="263342"/>
          <w:sz w:val="18"/>
        </w:rPr>
        <w:t>Say the Remember This together, interlocking fingers on “CONNECTED.”</w:t>
      </w:r>
    </w:p>
    <w:p>
      <w:pPr>
        <w:pStyle w:val="ListBullet"/>
        <w:spacing w:before="0" w:after="40" w:line="250" w:lineRule="auto"/>
      </w:pPr>
      <w:r>
        <w:rPr>
          <w:rFonts w:ascii="Liberation Sans" w:hAnsi="Liberation Sans" w:eastAsia="Liberation Sans"/>
          <w:b w:val="0"/>
          <w:i w:val="0"/>
          <w:color w:val="263342"/>
          <w:sz w:val="18"/>
        </w:rPr>
        <w:t>Debrief line: “Staying close to Jesus — praying, reading His Word, coming to church — keeps the power flowing.”</w:t>
      </w:r>
    </w:p>
    <w:p>
      <w:r>
        <w:br w:type="page"/>
      </w:r>
    </w:p>
    <w:p>
      <w:pPr>
        <w:spacing w:after="20"/>
      </w:pPr>
      <w:r>
        <w:rPr>
          <w:rFonts w:ascii="Liberation Sans" w:hAnsi="Liberation Sans" w:eastAsia="Liberation Sans"/>
          <w:b/>
          <w:i w:val="0"/>
          <w:color w:val="E35D5B"/>
          <w:sz w:val="17"/>
        </w:rPr>
        <w:t>BIBLE STORY</w:t>
      </w:r>
    </w:p>
    <w:p>
      <w:pPr>
        <w:spacing w:after="60"/>
      </w:pPr>
      <w:r>
        <w:rPr>
          <w:rFonts w:ascii="Liberation Sans" w:hAnsi="Liberation Sans" w:eastAsia="Liberation Sans"/>
          <w:b/>
          <w:i w:val="0"/>
          <w:color w:val="14243A"/>
          <w:sz w:val="40"/>
        </w:rPr>
        <w:t>Day 1 — Wind and Fire (Acts 2:1–13)</w:t>
      </w:r>
    </w:p>
    <w:p>
      <w:pPr>
        <w:spacing w:after="140"/>
      </w:pPr>
      <w:r>
        <w:rPr>
          <w:rFonts w:ascii="Liberation Sans" w:hAnsi="Liberation Sans" w:eastAsia="Liberation Sans"/>
          <w:b/>
          <w:i w:val="0"/>
          <w:color w:val="526274"/>
          <w:sz w:val="18"/>
        </w:rPr>
        <w:t>Story — loud, physical, acted-out Bible storytelling</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Jesus gives me power through the Holy Spirit. (Acts 1:8)</w:t>
            </w:r>
          </w:p>
        </w:tc>
      </w:tr>
    </w:tbl>
    <w:p>
      <w:pPr>
        <w:spacing w:before="100" w:after="40"/>
        <w:keepNext/>
      </w:pPr>
      <w:r>
        <w:rPr>
          <w:rFonts w:ascii="Liberation Sans" w:hAnsi="Liberation Sans" w:eastAsia="Liberation Sans"/>
          <w:b/>
          <w:i w:val="0"/>
          <w:color w:val="E35D5B"/>
          <w:sz w:val="18"/>
        </w:rPr>
        <w:t>GATHER</w:t>
      </w:r>
    </w:p>
    <w:p>
      <w:pPr>
        <w:pStyle w:val="ListBullet"/>
        <w:spacing w:before="0" w:after="40" w:line="250" w:lineRule="auto"/>
      </w:pPr>
      <w:r>
        <w:rPr>
          <w:rFonts w:ascii="Liberation Sans" w:hAnsi="Liberation Sans" w:eastAsia="Liberation Sans"/>
          <w:b w:val="0"/>
          <w:i w:val="0"/>
          <w:color w:val="263342"/>
          <w:sz w:val="18"/>
        </w:rPr>
        <w:t>Red, orange, yellow streamers or crepe-paper strips</w:t>
      </w:r>
    </w:p>
    <w:p>
      <w:pPr>
        <w:pStyle w:val="ListBullet"/>
        <w:spacing w:before="0" w:after="40" w:line="250" w:lineRule="auto"/>
      </w:pPr>
      <w:r>
        <w:rPr>
          <w:rFonts w:ascii="Liberation Sans" w:hAnsi="Liberation Sans" w:eastAsia="Liberation Sans"/>
          <w:b w:val="0"/>
          <w:i w:val="0"/>
          <w:color w:val="263342"/>
          <w:sz w:val="18"/>
        </w:rPr>
        <w:t>A fan or hair dryer (cool setting, leader-operated only)</w:t>
      </w:r>
    </w:p>
    <w:p>
      <w:pPr>
        <w:pStyle w:val="ListBullet"/>
        <w:spacing w:before="0" w:after="40" w:line="250" w:lineRule="auto"/>
      </w:pPr>
      <w:r>
        <w:rPr>
          <w:rFonts w:ascii="Liberation Sans" w:hAnsi="Liberation Sans" w:eastAsia="Liberation Sans"/>
          <w:b w:val="0"/>
          <w:i w:val="0"/>
          <w:color w:val="263342"/>
          <w:sz w:val="18"/>
        </w:rPr>
        <w:t>“Crowd” hats or simple costume bits for volunteers</w:t>
      </w:r>
    </w:p>
    <w:p>
      <w:pPr>
        <w:spacing w:before="100" w:after="40"/>
        <w:keepNext/>
      </w:pPr>
      <w:r>
        <w:rPr>
          <w:rFonts w:ascii="Liberation Sans" w:hAnsi="Liberation Sans" w:eastAsia="Liberation Sans"/>
          <w:b/>
          <w:i w:val="0"/>
          <w:color w:val="E35D5B"/>
          <w:sz w:val="18"/>
        </w:rPr>
        <w:t>SET UP</w:t>
      </w:r>
    </w:p>
    <w:p>
      <w:pPr>
        <w:pStyle w:val="ListBullet"/>
        <w:spacing w:before="0" w:after="40" w:line="250" w:lineRule="auto"/>
      </w:pPr>
      <w:r>
        <w:rPr>
          <w:rFonts w:ascii="Liberation Sans" w:hAnsi="Liberation Sans" w:eastAsia="Liberation Sans"/>
          <w:b w:val="0"/>
          <w:i w:val="0"/>
          <w:color w:val="263342"/>
          <w:sz w:val="18"/>
        </w:rPr>
        <w:t>Clear open floor space. Kids sit in a half-circle.</w:t>
      </w:r>
    </w:p>
    <w:p>
      <w:pPr>
        <w:pStyle w:val="ListBullet"/>
        <w:spacing w:before="0" w:after="40" w:line="250" w:lineRule="auto"/>
      </w:pPr>
      <w:r>
        <w:rPr>
          <w:rFonts w:ascii="Liberation Sans" w:hAnsi="Liberation Sans" w:eastAsia="Liberation Sans"/>
          <w:b w:val="0"/>
          <w:i w:val="0"/>
          <w:color w:val="263342"/>
          <w:sz w:val="18"/>
        </w:rPr>
        <w:t>Assign roles before you start: disciples (seated together), crowd, Peter, wind-makers.</w:t>
      </w:r>
    </w:p>
    <w:p>
      <w:pPr>
        <w:spacing w:before="100" w:after="40"/>
        <w:keepNext/>
      </w:pPr>
      <w:r>
        <w:rPr>
          <w:rFonts w:ascii="Liberation Sans" w:hAnsi="Liberation Sans" w:eastAsia="Liberation Sans"/>
          <w:b/>
          <w:i w:val="0"/>
          <w:color w:val="E35D5B"/>
          <w:sz w:val="18"/>
        </w:rPr>
        <w:t>LEAD IT</w:t>
      </w:r>
    </w:p>
    <w:p>
      <w:pPr>
        <w:pStyle w:val="ListBullet"/>
        <w:spacing w:before="0" w:after="40" w:line="250" w:lineRule="auto"/>
      </w:pPr>
      <w:r>
        <w:rPr>
          <w:rFonts w:ascii="Liberation Sans" w:hAnsi="Liberation Sans" w:eastAsia="Liberation Sans"/>
          <w:b w:val="0"/>
          <w:i w:val="0"/>
          <w:color w:val="263342"/>
          <w:sz w:val="18"/>
        </w:rPr>
        <w:t>Read Acts 2:1–4 in short bursts, acting each beat:</w:t>
      </w:r>
    </w:p>
    <w:p>
      <w:pPr>
        <w:pStyle w:val="ListBullet"/>
        <w:spacing w:before="0" w:after="40" w:line="250" w:lineRule="auto"/>
      </w:pPr>
      <w:r>
        <w:rPr>
          <w:rFonts w:ascii="Liberation Sans" w:hAnsi="Liberation Sans" w:eastAsia="Liberation Sans"/>
          <w:b w:val="0"/>
          <w:i w:val="0"/>
          <w:color w:val="263342"/>
          <w:sz w:val="18"/>
        </w:rPr>
        <w:t>“Suddenly a sound like a violent wind” — wind-makers wave streamers and whoosh; fan blows.</w:t>
      </w:r>
    </w:p>
    <w:p>
      <w:pPr>
        <w:pStyle w:val="ListBullet"/>
        <w:spacing w:before="0" w:after="40" w:line="250" w:lineRule="auto"/>
      </w:pPr>
      <w:r>
        <w:rPr>
          <w:rFonts w:ascii="Liberation Sans" w:hAnsi="Liberation Sans" w:eastAsia="Liberation Sans"/>
          <w:b w:val="0"/>
          <w:i w:val="0"/>
          <w:color w:val="263342"/>
          <w:sz w:val="18"/>
        </w:rPr>
        <w:t>“Tongues of fire” — leaders lay streamer “flames” gently on disciples’ heads.</w:t>
      </w:r>
    </w:p>
    <w:p>
      <w:pPr>
        <w:pStyle w:val="ListBullet"/>
        <w:spacing w:before="0" w:after="40" w:line="250" w:lineRule="auto"/>
      </w:pPr>
      <w:r>
        <w:rPr>
          <w:rFonts w:ascii="Liberation Sans" w:hAnsi="Liberation Sans" w:eastAsia="Liberation Sans"/>
          <w:b w:val="0"/>
          <w:i w:val="0"/>
          <w:color w:val="263342"/>
          <w:sz w:val="18"/>
        </w:rPr>
        <w:t>“They began to speak in other languages” — disciples stand and each says “Jesus loves you!” in a silly voice.</w:t>
      </w:r>
    </w:p>
    <w:p>
      <w:pPr>
        <w:pStyle w:val="ListBullet"/>
        <w:spacing w:before="0" w:after="40" w:line="250" w:lineRule="auto"/>
      </w:pPr>
      <w:r>
        <w:rPr>
          <w:rFonts w:ascii="Liberation Sans" w:hAnsi="Liberation Sans" w:eastAsia="Liberation Sans"/>
          <w:b w:val="0"/>
          <w:i w:val="0"/>
          <w:color w:val="263342"/>
          <w:sz w:val="18"/>
        </w:rPr>
        <w:t>The crowd: “What does this mean?!” Peter stands: “This is God’s promise! The Holy Spirit is here!”</w:t>
      </w:r>
    </w:p>
    <w:p>
      <w:pPr>
        <w:pStyle w:val="ListBullet"/>
        <w:spacing w:before="0" w:after="40" w:line="250" w:lineRule="auto"/>
      </w:pPr>
      <w:r>
        <w:rPr>
          <w:rFonts w:ascii="Liberation Sans" w:hAnsi="Liberation Sans" w:eastAsia="Liberation Sans"/>
          <w:b w:val="0"/>
          <w:i w:val="0"/>
          <w:color w:val="263342"/>
          <w:sz w:val="18"/>
        </w:rPr>
        <w:t>Replay it once with the kids swapping roles. Louder the second time.</w:t>
      </w:r>
    </w:p>
    <w:p>
      <w:pPr>
        <w:spacing w:before="100" w:after="40"/>
        <w:keepNext/>
      </w:pPr>
      <w:r>
        <w:rPr>
          <w:rFonts w:ascii="Liberation Sans" w:hAnsi="Liberation Sans" w:eastAsia="Liberation Sans"/>
          <w:b/>
          <w:i w:val="0"/>
          <w:color w:val="E35D5B"/>
          <w:sz w:val="18"/>
        </w:rPr>
        <w:t>LAND THE TRUTH</w:t>
      </w:r>
    </w:p>
    <w:p>
      <w:pPr>
        <w:pStyle w:val="ListBullet"/>
        <w:spacing w:before="0" w:after="40" w:line="250" w:lineRule="auto"/>
      </w:pPr>
      <w:r>
        <w:rPr>
          <w:rFonts w:ascii="Liberation Sans" w:hAnsi="Liberation Sans" w:eastAsia="Liberation Sans"/>
          <w:b w:val="0"/>
          <w:i w:val="0"/>
          <w:color w:val="263342"/>
          <w:sz w:val="18"/>
        </w:rPr>
        <w:t>Ask: “Could the disciples see the wind? Could they see what it DID?”</w:t>
      </w:r>
    </w:p>
    <w:p>
      <w:pPr>
        <w:pStyle w:val="ListBullet"/>
        <w:spacing w:before="0" w:after="40" w:line="250" w:lineRule="auto"/>
      </w:pPr>
      <w:r>
        <w:rPr>
          <w:rFonts w:ascii="Liberation Sans" w:hAnsi="Liberation Sans" w:eastAsia="Liberation Sans"/>
          <w:b w:val="0"/>
          <w:i w:val="0"/>
          <w:color w:val="263342"/>
          <w:sz w:val="18"/>
        </w:rPr>
        <w:t>Say the Remember This together with the flex motion.</w:t>
      </w:r>
    </w:p>
    <w:p>
      <w:pPr>
        <w:pStyle w:val="ListBullet"/>
        <w:spacing w:before="0" w:after="40" w:line="250" w:lineRule="auto"/>
      </w:pPr>
      <w:r>
        <w:rPr>
          <w:rFonts w:ascii="Liberation Sans" w:hAnsi="Liberation Sans" w:eastAsia="Liberation Sans"/>
          <w:b w:val="0"/>
          <w:i w:val="0"/>
          <w:color w:val="263342"/>
          <w:sz w:val="18"/>
        </w:rPr>
        <w:t>Younger band: just the wind sound + flames + “Jesus gives me power.” That’s enough.</w:t>
      </w:r>
    </w:p>
    <w:p>
      <w:r>
        <w:br w:type="page"/>
      </w:r>
    </w:p>
    <w:p>
      <w:pPr>
        <w:spacing w:after="20"/>
      </w:pPr>
      <w:r>
        <w:rPr>
          <w:rFonts w:ascii="Liberation Sans" w:hAnsi="Liberation Sans" w:eastAsia="Liberation Sans"/>
          <w:b/>
          <w:i w:val="0"/>
          <w:color w:val="E35D5B"/>
          <w:sz w:val="17"/>
        </w:rPr>
        <w:t>BIBLE STORY</w:t>
      </w:r>
    </w:p>
    <w:p>
      <w:pPr>
        <w:spacing w:after="60"/>
      </w:pPr>
      <w:r>
        <w:rPr>
          <w:rFonts w:ascii="Liberation Sans" w:hAnsi="Liberation Sans" w:eastAsia="Liberation Sans"/>
          <w:b/>
          <w:i w:val="0"/>
          <w:color w:val="14243A"/>
          <w:sz w:val="40"/>
        </w:rPr>
        <w:t>Day 2 — The Lamp on the Stand (Mark 4:21–22; Matthew 5:14–16)</w:t>
      </w:r>
    </w:p>
    <w:p>
      <w:pPr>
        <w:spacing w:after="140"/>
      </w:pPr>
      <w:r>
        <w:rPr>
          <w:rFonts w:ascii="Liberation Sans" w:hAnsi="Liberation Sans" w:eastAsia="Liberation Sans"/>
          <w:b/>
          <w:i w:val="0"/>
          <w:color w:val="526274"/>
          <w:sz w:val="18"/>
        </w:rPr>
        <w:t>Story — loud, physical, acted-out Bible storytelling</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shine for Jesus like a city on a hill. (Matthew 5:14–16)</w:t>
            </w:r>
          </w:p>
        </w:tc>
      </w:tr>
    </w:tbl>
    <w:p>
      <w:pPr>
        <w:spacing w:before="100" w:after="40"/>
        <w:keepNext/>
      </w:pPr>
      <w:r>
        <w:rPr>
          <w:rFonts w:ascii="Liberation Sans" w:hAnsi="Liberation Sans" w:eastAsia="Liberation Sans"/>
          <w:b/>
          <w:i w:val="0"/>
          <w:color w:val="E35D5B"/>
          <w:sz w:val="18"/>
        </w:rPr>
        <w:t>GATHER</w:t>
      </w:r>
    </w:p>
    <w:p>
      <w:pPr>
        <w:pStyle w:val="ListBullet"/>
        <w:spacing w:before="0" w:after="40" w:line="250" w:lineRule="auto"/>
      </w:pPr>
      <w:r>
        <w:rPr>
          <w:rFonts w:ascii="Liberation Sans" w:hAnsi="Liberation Sans" w:eastAsia="Liberation Sans"/>
          <w:b w:val="0"/>
          <w:i w:val="0"/>
          <w:color w:val="263342"/>
          <w:sz w:val="18"/>
        </w:rPr>
        <w:t>A real lamp or lantern with a shade, plus a big bowl</w:t>
      </w:r>
    </w:p>
    <w:p>
      <w:pPr>
        <w:pStyle w:val="ListBullet"/>
        <w:spacing w:before="0" w:after="40" w:line="250" w:lineRule="auto"/>
      </w:pPr>
      <w:r>
        <w:rPr>
          <w:rFonts w:ascii="Liberation Sans" w:hAnsi="Liberation Sans" w:eastAsia="Liberation Sans"/>
          <w:b w:val="0"/>
          <w:i w:val="0"/>
          <w:color w:val="263342"/>
          <w:sz w:val="18"/>
        </w:rPr>
        <w:t>Flashlight for the leader</w:t>
      </w:r>
    </w:p>
    <w:p>
      <w:pPr>
        <w:pStyle w:val="ListBullet"/>
        <w:spacing w:before="0" w:after="40" w:line="250" w:lineRule="auto"/>
      </w:pPr>
      <w:r>
        <w:rPr>
          <w:rFonts w:ascii="Liberation Sans" w:hAnsi="Liberation Sans" w:eastAsia="Liberation Sans"/>
          <w:b w:val="0"/>
          <w:i w:val="0"/>
          <w:color w:val="263342"/>
          <w:sz w:val="18"/>
        </w:rPr>
        <w:t>City-on-a-hill picture (draw a simple hill with houses on a poster board)</w:t>
      </w:r>
    </w:p>
    <w:p>
      <w:pPr>
        <w:spacing w:before="100" w:after="40"/>
        <w:keepNext/>
      </w:pPr>
      <w:r>
        <w:rPr>
          <w:rFonts w:ascii="Liberation Sans" w:hAnsi="Liberation Sans" w:eastAsia="Liberation Sans"/>
          <w:b/>
          <w:i w:val="0"/>
          <w:color w:val="E35D5B"/>
          <w:sz w:val="18"/>
        </w:rPr>
        <w:t>SET UP</w:t>
      </w:r>
    </w:p>
    <w:p>
      <w:pPr>
        <w:pStyle w:val="ListBullet"/>
        <w:spacing w:before="0" w:after="40" w:line="250" w:lineRule="auto"/>
      </w:pPr>
      <w:r>
        <w:rPr>
          <w:rFonts w:ascii="Liberation Sans" w:hAnsi="Liberation Sans" w:eastAsia="Liberation Sans"/>
          <w:b w:val="0"/>
          <w:i w:val="0"/>
          <w:color w:val="263342"/>
          <w:sz w:val="18"/>
        </w:rPr>
        <w:t>Place the lamp center stage, bowl beside it. Room lights normal to start.</w:t>
      </w:r>
    </w:p>
    <w:p>
      <w:pPr>
        <w:spacing w:before="100" w:after="40"/>
        <w:keepNext/>
      </w:pPr>
      <w:r>
        <w:rPr>
          <w:rFonts w:ascii="Liberation Sans" w:hAnsi="Liberation Sans" w:eastAsia="Liberation Sans"/>
          <w:b/>
          <w:i w:val="0"/>
          <w:color w:val="E35D5B"/>
          <w:sz w:val="18"/>
        </w:rPr>
        <w:t>LEAD IT</w:t>
      </w:r>
    </w:p>
    <w:p>
      <w:pPr>
        <w:pStyle w:val="ListBullet"/>
        <w:spacing w:before="0" w:after="40" w:line="250" w:lineRule="auto"/>
      </w:pPr>
      <w:r>
        <w:rPr>
          <w:rFonts w:ascii="Liberation Sans" w:hAnsi="Liberation Sans" w:eastAsia="Liberation Sans"/>
          <w:b w:val="0"/>
          <w:i w:val="0"/>
          <w:color w:val="263342"/>
          <w:sz w:val="18"/>
        </w:rPr>
        <w:t>Jesus is teaching on a hillside. Act it out: leader as Jesus, kids as the crowd on the “hill.”</w:t>
      </w:r>
    </w:p>
    <w:p>
      <w:pPr>
        <w:pStyle w:val="ListBullet"/>
        <w:spacing w:before="0" w:after="40" w:line="250" w:lineRule="auto"/>
      </w:pPr>
      <w:r>
        <w:rPr>
          <w:rFonts w:ascii="Liberation Sans" w:hAnsi="Liberation Sans" w:eastAsia="Liberation Sans"/>
          <w:b w:val="0"/>
          <w:i w:val="0"/>
          <w:color w:val="263342"/>
          <w:sz w:val="18"/>
        </w:rPr>
        <w:t>Jesus holds up the lamp, lit. “Do we hide this under a bowl?” — kids shout “NO!” Put the bowl over it. “Can you see it now?”</w:t>
      </w:r>
    </w:p>
    <w:p>
      <w:pPr>
        <w:pStyle w:val="ListBullet"/>
        <w:spacing w:before="0" w:after="40" w:line="250" w:lineRule="auto"/>
      </w:pPr>
      <w:r>
        <w:rPr>
          <w:rFonts w:ascii="Liberation Sans" w:hAnsi="Liberation Sans" w:eastAsia="Liberation Sans"/>
          <w:b w:val="0"/>
          <w:i w:val="0"/>
          <w:color w:val="263342"/>
          <w:sz w:val="18"/>
        </w:rPr>
        <w:t>Lift the bowl. “We put it on its STAND — so it gives light to everyone in the house!”</w:t>
      </w:r>
    </w:p>
    <w:p>
      <w:pPr>
        <w:pStyle w:val="ListBullet"/>
        <w:spacing w:before="0" w:after="40" w:line="250" w:lineRule="auto"/>
      </w:pPr>
      <w:r>
        <w:rPr>
          <w:rFonts w:ascii="Liberation Sans" w:hAnsi="Liberation Sans" w:eastAsia="Liberation Sans"/>
          <w:b w:val="0"/>
          <w:i w:val="0"/>
          <w:color w:val="263342"/>
          <w:sz w:val="18"/>
        </w:rPr>
        <w:t>“YOU are the light of the world. A city on a hill cannot be hidden!” — point at the hill picture.</w:t>
      </w:r>
    </w:p>
    <w:p>
      <w:pPr>
        <w:pStyle w:val="ListBullet"/>
        <w:spacing w:before="0" w:after="40" w:line="250" w:lineRule="auto"/>
      </w:pPr>
      <w:r>
        <w:rPr>
          <w:rFonts w:ascii="Liberation Sans" w:hAnsi="Liberation Sans" w:eastAsia="Liberation Sans"/>
          <w:b w:val="0"/>
          <w:i w:val="0"/>
          <w:color w:val="263342"/>
          <w:sz w:val="18"/>
        </w:rPr>
        <w:t>Name-it round: each child says one way to shine this week (kindness, courage, inviting a friend).</w:t>
      </w:r>
    </w:p>
    <w:p>
      <w:pPr>
        <w:spacing w:before="100" w:after="40"/>
        <w:keepNext/>
      </w:pPr>
      <w:r>
        <w:rPr>
          <w:rFonts w:ascii="Liberation Sans" w:hAnsi="Liberation Sans" w:eastAsia="Liberation Sans"/>
          <w:b/>
          <w:i w:val="0"/>
          <w:color w:val="E35D5B"/>
          <w:sz w:val="18"/>
        </w:rPr>
        <w:t>LAND THE TRUTH</w:t>
      </w:r>
    </w:p>
    <w:p>
      <w:pPr>
        <w:pStyle w:val="ListBullet"/>
        <w:spacing w:before="0" w:after="40" w:line="250" w:lineRule="auto"/>
      </w:pPr>
      <w:r>
        <w:rPr>
          <w:rFonts w:ascii="Liberation Sans" w:hAnsi="Liberation Sans" w:eastAsia="Liberation Sans"/>
          <w:b w:val="0"/>
          <w:i w:val="0"/>
          <w:color w:val="263342"/>
          <w:sz w:val="18"/>
        </w:rPr>
        <w:t>Ask: “Why would anyone hide a lamp?” (Silly! Light is for shining.)</w:t>
      </w:r>
    </w:p>
    <w:p>
      <w:pPr>
        <w:pStyle w:val="ListBullet"/>
        <w:spacing w:before="0" w:after="40" w:line="250" w:lineRule="auto"/>
      </w:pPr>
      <w:r>
        <w:rPr>
          <w:rFonts w:ascii="Liberation Sans" w:hAnsi="Liberation Sans" w:eastAsia="Liberation Sans"/>
          <w:b w:val="0"/>
          <w:i w:val="0"/>
          <w:color w:val="263342"/>
          <w:sz w:val="18"/>
        </w:rPr>
        <w:t>Say the Remember This together, fingers bursting open above heads on “SHINE.”</w:t>
      </w:r>
    </w:p>
    <w:p>
      <w:pPr>
        <w:pStyle w:val="ListBullet"/>
        <w:spacing w:before="0" w:after="40" w:line="250" w:lineRule="auto"/>
      </w:pPr>
      <w:r>
        <w:rPr>
          <w:rFonts w:ascii="Liberation Sans" w:hAnsi="Liberation Sans" w:eastAsia="Liberation Sans"/>
          <w:b w:val="0"/>
          <w:i w:val="0"/>
          <w:color w:val="263342"/>
          <w:sz w:val="18"/>
        </w:rPr>
        <w:t>Younger band: the bowl-over-lamp visual IS the lesson. Repeat it three times; they’ll never forget it.</w:t>
      </w:r>
    </w:p>
    <w:p>
      <w:r>
        <w:br w:type="page"/>
      </w:r>
    </w:p>
    <w:p>
      <w:pPr>
        <w:spacing w:after="20"/>
      </w:pPr>
      <w:r>
        <w:rPr>
          <w:rFonts w:ascii="Liberation Sans" w:hAnsi="Liberation Sans" w:eastAsia="Liberation Sans"/>
          <w:b/>
          <w:i w:val="0"/>
          <w:color w:val="E35D5B"/>
          <w:sz w:val="17"/>
        </w:rPr>
        <w:t>BIBLE STORY</w:t>
      </w:r>
    </w:p>
    <w:p>
      <w:pPr>
        <w:spacing w:after="60"/>
      </w:pPr>
      <w:r>
        <w:rPr>
          <w:rFonts w:ascii="Liberation Sans" w:hAnsi="Liberation Sans" w:eastAsia="Liberation Sans"/>
          <w:b/>
          <w:i w:val="0"/>
          <w:color w:val="14243A"/>
          <w:sz w:val="40"/>
        </w:rPr>
        <w:t>Day 3 — The Vine and the Branches (John 15:1–8)</w:t>
      </w:r>
    </w:p>
    <w:p>
      <w:pPr>
        <w:spacing w:after="140"/>
      </w:pPr>
      <w:r>
        <w:rPr>
          <w:rFonts w:ascii="Liberation Sans" w:hAnsi="Liberation Sans" w:eastAsia="Liberation Sans"/>
          <w:b/>
          <w:i w:val="0"/>
          <w:color w:val="526274"/>
          <w:sz w:val="18"/>
        </w:rPr>
        <w:t>Story — loud, physical, acted-out Bible storytelling</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stay connected to Jesus. (John 15:5)</w:t>
            </w:r>
          </w:p>
        </w:tc>
      </w:tr>
    </w:tbl>
    <w:p>
      <w:pPr>
        <w:spacing w:before="100" w:after="40"/>
        <w:keepNext/>
      </w:pPr>
      <w:r>
        <w:rPr>
          <w:rFonts w:ascii="Liberation Sans" w:hAnsi="Liberation Sans" w:eastAsia="Liberation Sans"/>
          <w:b/>
          <w:i w:val="0"/>
          <w:color w:val="E35D5B"/>
          <w:sz w:val="18"/>
        </w:rPr>
        <w:t>GATHER</w:t>
      </w:r>
    </w:p>
    <w:p>
      <w:pPr>
        <w:pStyle w:val="ListBullet"/>
        <w:spacing w:before="0" w:after="40" w:line="250" w:lineRule="auto"/>
      </w:pPr>
      <w:r>
        <w:rPr>
          <w:rFonts w:ascii="Liberation Sans" w:hAnsi="Liberation Sans" w:eastAsia="Liberation Sans"/>
          <w:b w:val="0"/>
          <w:i w:val="0"/>
          <w:color w:val="263342"/>
          <w:sz w:val="18"/>
        </w:rPr>
        <w:t>A leafy branch or large plant cutting (real)</w:t>
      </w:r>
    </w:p>
    <w:p>
      <w:pPr>
        <w:pStyle w:val="ListBullet"/>
        <w:spacing w:before="0" w:after="40" w:line="250" w:lineRule="auto"/>
      </w:pPr>
      <w:r>
        <w:rPr>
          <w:rFonts w:ascii="Liberation Sans" w:hAnsi="Liberation Sans" w:eastAsia="Liberation Sans"/>
          <w:b w:val="0"/>
          <w:i w:val="0"/>
          <w:color w:val="263342"/>
          <w:sz w:val="18"/>
        </w:rPr>
        <w:t>A dry, broken twig</w:t>
      </w:r>
    </w:p>
    <w:p>
      <w:pPr>
        <w:pStyle w:val="ListBullet"/>
        <w:spacing w:before="0" w:after="40" w:line="250" w:lineRule="auto"/>
      </w:pPr>
      <w:r>
        <w:rPr>
          <w:rFonts w:ascii="Liberation Sans" w:hAnsi="Liberation Sans" w:eastAsia="Liberation Sans"/>
          <w:b w:val="0"/>
          <w:i w:val="0"/>
          <w:color w:val="263342"/>
          <w:sz w:val="18"/>
        </w:rPr>
        <w:t>Green paper leaves with tape on the back, one per child</w:t>
      </w:r>
    </w:p>
    <w:p>
      <w:pPr>
        <w:spacing w:before="100" w:after="40"/>
        <w:keepNext/>
      </w:pPr>
      <w:r>
        <w:rPr>
          <w:rFonts w:ascii="Liberation Sans" w:hAnsi="Liberation Sans" w:eastAsia="Liberation Sans"/>
          <w:b/>
          <w:i w:val="0"/>
          <w:color w:val="E35D5B"/>
          <w:sz w:val="18"/>
        </w:rPr>
        <w:t>SET UP</w:t>
      </w:r>
    </w:p>
    <w:p>
      <w:pPr>
        <w:pStyle w:val="ListBullet"/>
        <w:spacing w:before="0" w:after="40" w:line="250" w:lineRule="auto"/>
      </w:pPr>
      <w:r>
        <w:rPr>
          <w:rFonts w:ascii="Liberation Sans" w:hAnsi="Liberation Sans" w:eastAsia="Liberation Sans"/>
          <w:b w:val="0"/>
          <w:i w:val="0"/>
          <w:color w:val="263342"/>
          <w:sz w:val="18"/>
        </w:rPr>
        <w:t>Leader stands as the “vine” (arms up like a trunk). Kids will be branches.</w:t>
      </w:r>
    </w:p>
    <w:p>
      <w:pPr>
        <w:spacing w:before="100" w:after="40"/>
        <w:keepNext/>
      </w:pPr>
      <w:r>
        <w:rPr>
          <w:rFonts w:ascii="Liberation Sans" w:hAnsi="Liberation Sans" w:eastAsia="Liberation Sans"/>
          <w:b/>
          <w:i w:val="0"/>
          <w:color w:val="E35D5B"/>
          <w:sz w:val="18"/>
        </w:rPr>
        <w:t>LEAD IT</w:t>
      </w:r>
    </w:p>
    <w:p>
      <w:pPr>
        <w:pStyle w:val="ListBullet"/>
        <w:spacing w:before="0" w:after="40" w:line="250" w:lineRule="auto"/>
      </w:pPr>
      <w:r>
        <w:rPr>
          <w:rFonts w:ascii="Liberation Sans" w:hAnsi="Liberation Sans" w:eastAsia="Liberation Sans"/>
          <w:b w:val="0"/>
          <w:i w:val="0"/>
          <w:color w:val="263342"/>
          <w:sz w:val="18"/>
        </w:rPr>
        <w:t>Hold up the dry twig, then the living branch. “Which one can grow? The one that’s CONNECTED.”</w:t>
      </w:r>
    </w:p>
    <w:p>
      <w:pPr>
        <w:pStyle w:val="ListBullet"/>
        <w:spacing w:before="0" w:after="40" w:line="250" w:lineRule="auto"/>
      </w:pPr>
      <w:r>
        <w:rPr>
          <w:rFonts w:ascii="Liberation Sans" w:hAnsi="Liberation Sans" w:eastAsia="Liberation Sans"/>
          <w:b w:val="0"/>
          <w:i w:val="0"/>
          <w:color w:val="263342"/>
          <w:sz w:val="18"/>
        </w:rPr>
        <w:t>Jesus said: “I am the vine; you are the branches.” Kids link arms to the leader-vine, then to each other — one connected vine.</w:t>
      </w:r>
    </w:p>
    <w:p>
      <w:pPr>
        <w:pStyle w:val="ListBullet"/>
        <w:spacing w:before="0" w:after="40" w:line="250" w:lineRule="auto"/>
      </w:pPr>
      <w:r>
        <w:rPr>
          <w:rFonts w:ascii="Liberation Sans" w:hAnsi="Liberation Sans" w:eastAsia="Liberation Sans"/>
          <w:b w:val="0"/>
          <w:i w:val="0"/>
          <w:color w:val="263342"/>
          <w:sz w:val="18"/>
        </w:rPr>
        <w:t>“If you remain in me, you will bear much fruit.” Each child tapes a paper leaf (with one “fruit” word: love, kindness, courage) onto the vine.</w:t>
      </w:r>
    </w:p>
    <w:p>
      <w:pPr>
        <w:pStyle w:val="ListBullet"/>
        <w:spacing w:before="0" w:after="40" w:line="250" w:lineRule="auto"/>
      </w:pPr>
      <w:r>
        <w:rPr>
          <w:rFonts w:ascii="Liberation Sans" w:hAnsi="Liberation Sans" w:eastAsia="Liberation Sans"/>
          <w:b w:val="0"/>
          <w:i w:val="0"/>
          <w:color w:val="263342"/>
          <w:sz w:val="18"/>
        </w:rPr>
        <w:t>“Apart from me you can do nothing.” One volunteer steps away, arms crossed: “See? A branch alone can’t grow.” They rejoin — cheers.</w:t>
      </w:r>
    </w:p>
    <w:p>
      <w:pPr>
        <w:spacing w:before="100" w:after="40"/>
        <w:keepNext/>
      </w:pPr>
      <w:r>
        <w:rPr>
          <w:rFonts w:ascii="Liberation Sans" w:hAnsi="Liberation Sans" w:eastAsia="Liberation Sans"/>
          <w:b/>
          <w:i w:val="0"/>
          <w:color w:val="E35D5B"/>
          <w:sz w:val="18"/>
        </w:rPr>
        <w:t>LAND THE TRUTH</w:t>
      </w:r>
    </w:p>
    <w:p>
      <w:pPr>
        <w:pStyle w:val="ListBullet"/>
        <w:spacing w:before="0" w:after="40" w:line="250" w:lineRule="auto"/>
      </w:pPr>
      <w:r>
        <w:rPr>
          <w:rFonts w:ascii="Liberation Sans" w:hAnsi="Liberation Sans" w:eastAsia="Liberation Sans"/>
          <w:b w:val="0"/>
          <w:i w:val="0"/>
          <w:color w:val="263342"/>
          <w:sz w:val="18"/>
        </w:rPr>
        <w:t>Ask: “How do we stay connected to Jesus?” (Pray, read His Word, stay close to His people.)</w:t>
      </w:r>
    </w:p>
    <w:p>
      <w:pPr>
        <w:pStyle w:val="ListBullet"/>
        <w:spacing w:before="0" w:after="40" w:line="250" w:lineRule="auto"/>
      </w:pPr>
      <w:r>
        <w:rPr>
          <w:rFonts w:ascii="Liberation Sans" w:hAnsi="Liberation Sans" w:eastAsia="Liberation Sans"/>
          <w:b w:val="0"/>
          <w:i w:val="0"/>
          <w:color w:val="263342"/>
          <w:sz w:val="18"/>
        </w:rPr>
        <w:t>Say the Remember This together, interlocking fingers on “CONNECTED.”</w:t>
      </w:r>
    </w:p>
    <w:p>
      <w:pPr>
        <w:pStyle w:val="ListBullet"/>
        <w:spacing w:before="0" w:after="40" w:line="250" w:lineRule="auto"/>
      </w:pPr>
      <w:r>
        <w:rPr>
          <w:rFonts w:ascii="Liberation Sans" w:hAnsi="Liberation Sans" w:eastAsia="Liberation Sans"/>
          <w:b w:val="0"/>
          <w:i w:val="0"/>
          <w:color w:val="263342"/>
          <w:sz w:val="18"/>
        </w:rPr>
        <w:t>Younger band: one picture — the branch hugging the vine. “Stay close to Jesus.”</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Storyteller’s rule</w:t>
            </w:r>
          </w:p>
          <w:p>
            <w:pPr>
              <w:spacing w:after="0" w:line="252" w:lineRule="auto"/>
            </w:pPr>
            <w:r>
              <w:rPr>
                <w:rFonts w:ascii="Liberation Sans" w:hAnsi="Liberation Sans" w:eastAsia="Liberation Sans"/>
                <w:b w:val="0"/>
                <w:i w:val="0"/>
                <w:color w:val="263342"/>
                <w:sz w:val="18"/>
              </w:rPr>
              <w:t>Never apologize for the Bible being exciting. Read it like it happened this morning — because its power did not expire.</w:t>
            </w:r>
          </w:p>
        </w:tc>
      </w:tr>
    </w:tbl>
    <w:p>
      <w:r>
        <w:br w:type="page"/>
      </w:r>
    </w:p>
    <w:p>
      <w:pPr>
        <w:spacing w:after="20"/>
      </w:pPr>
      <w:r>
        <w:rPr>
          <w:rFonts w:ascii="Liberation Sans" w:hAnsi="Liberation Sans" w:eastAsia="Liberation Sans"/>
          <w:b/>
          <w:i w:val="0"/>
          <w:color w:val="F2B544"/>
          <w:sz w:val="17"/>
        </w:rPr>
        <w:t>POWER LAB</w:t>
      </w:r>
    </w:p>
    <w:p>
      <w:pPr>
        <w:spacing w:after="60"/>
      </w:pPr>
      <w:r>
        <w:rPr>
          <w:rFonts w:ascii="Liberation Sans" w:hAnsi="Liberation Sans" w:eastAsia="Liberation Sans"/>
          <w:b/>
          <w:i w:val="0"/>
          <w:color w:val="14243A"/>
          <w:sz w:val="40"/>
        </w:rPr>
        <w:t>Day 1 — Unseen Power</w:t>
      </w:r>
    </w:p>
    <w:p>
      <w:pPr>
        <w:spacing w:after="140"/>
      </w:pPr>
      <w:r>
        <w:rPr>
          <w:rFonts w:ascii="Liberation Sans" w:hAnsi="Liberation Sans" w:eastAsia="Liberation Sans"/>
          <w:b/>
          <w:i w:val="0"/>
          <w:color w:val="526274"/>
          <w:sz w:val="18"/>
        </w:rPr>
        <w:t>Science demo — simple electricity, big wow, straight to the truth</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Jesus gives me power through the Holy Spirit. (Acts 1:8)</w:t>
            </w:r>
          </w:p>
        </w:tc>
      </w:tr>
    </w:tbl>
    <w:p>
      <w:pPr>
        <w:spacing w:before="100" w:after="40"/>
        <w:keepNext/>
      </w:pPr>
      <w:r>
        <w:rPr>
          <w:rFonts w:ascii="Liberation Sans" w:hAnsi="Liberation Sans" w:eastAsia="Liberation Sans"/>
          <w:b/>
          <w:i w:val="0"/>
          <w:color w:val="F2B544"/>
          <w:sz w:val="18"/>
        </w:rPr>
        <w:t>GATHER</w:t>
      </w:r>
    </w:p>
    <w:p>
      <w:pPr>
        <w:pStyle w:val="ListBullet"/>
        <w:spacing w:before="0" w:after="40" w:line="250" w:lineRule="auto"/>
      </w:pPr>
      <w:r>
        <w:rPr>
          <w:rFonts w:ascii="Liberation Sans" w:hAnsi="Liberation Sans" w:eastAsia="Liberation Sans"/>
          <w:b w:val="0"/>
          <w:i w:val="0"/>
          <w:color w:val="263342"/>
          <w:sz w:val="18"/>
        </w:rPr>
        <w:t>Balloons (one per small group), hair or wool cloth for rubbing</w:t>
      </w:r>
    </w:p>
    <w:p>
      <w:pPr>
        <w:pStyle w:val="ListBullet"/>
        <w:spacing w:before="0" w:after="40" w:line="250" w:lineRule="auto"/>
      </w:pPr>
      <w:r>
        <w:rPr>
          <w:rFonts w:ascii="Liberation Sans" w:hAnsi="Liberation Sans" w:eastAsia="Liberation Sans"/>
          <w:b w:val="0"/>
          <w:i w:val="0"/>
          <w:color w:val="263342"/>
          <w:sz w:val="18"/>
        </w:rPr>
        <w:t>Torn tissue-paper bits in a tray</w:t>
      </w:r>
    </w:p>
    <w:p>
      <w:pPr>
        <w:pStyle w:val="ListBullet"/>
        <w:spacing w:before="0" w:after="40" w:line="250" w:lineRule="auto"/>
      </w:pPr>
      <w:r>
        <w:rPr>
          <w:rFonts w:ascii="Liberation Sans" w:hAnsi="Liberation Sans" w:eastAsia="Liberation Sans"/>
          <w:b w:val="0"/>
          <w:i w:val="0"/>
          <w:color w:val="263342"/>
          <w:sz w:val="18"/>
        </w:rPr>
        <w:t>A wall to stick balloons to</w:t>
      </w:r>
    </w:p>
    <w:p>
      <w:pPr>
        <w:spacing w:before="100" w:after="40"/>
        <w:keepNext/>
      </w:pPr>
      <w:r>
        <w:rPr>
          <w:rFonts w:ascii="Liberation Sans" w:hAnsi="Liberation Sans" w:eastAsia="Liberation Sans"/>
          <w:b/>
          <w:i w:val="0"/>
          <w:color w:val="F2B544"/>
          <w:sz w:val="18"/>
        </w:rPr>
        <w:t>SET UP</w:t>
      </w:r>
    </w:p>
    <w:p>
      <w:pPr>
        <w:pStyle w:val="ListBullet"/>
        <w:spacing w:before="0" w:after="40" w:line="250" w:lineRule="auto"/>
      </w:pPr>
      <w:r>
        <w:rPr>
          <w:rFonts w:ascii="Liberation Sans" w:hAnsi="Liberation Sans" w:eastAsia="Liberation Sans"/>
          <w:b w:val="0"/>
          <w:i w:val="0"/>
          <w:color w:val="263342"/>
          <w:sz w:val="18"/>
        </w:rPr>
        <w:t>Test it yourself first: rub balloon 10 seconds, hold near tissue bits.</w:t>
      </w:r>
    </w:p>
    <w:p>
      <w:pPr>
        <w:pStyle w:val="ListBullet"/>
        <w:spacing w:before="0" w:after="40" w:line="250" w:lineRule="auto"/>
      </w:pPr>
      <w:r>
        <w:rPr>
          <w:rFonts w:ascii="Liberation Sans" w:hAnsi="Liberation Sans" w:eastAsia="Liberation Sans"/>
          <w:b w:val="0"/>
          <w:i w:val="0"/>
          <w:color w:val="263342"/>
          <w:sz w:val="18"/>
        </w:rPr>
        <w:t>Have a trash plan — tissue bits go everywhere (that’s the fun).</w:t>
      </w:r>
    </w:p>
    <w:p>
      <w:pPr>
        <w:spacing w:before="100" w:after="40"/>
        <w:keepNext/>
      </w:pPr>
      <w:r>
        <w:rPr>
          <w:rFonts w:ascii="Liberation Sans" w:hAnsi="Liberation Sans" w:eastAsia="Liberation Sans"/>
          <w:b/>
          <w:i w:val="0"/>
          <w:color w:val="F2B544"/>
          <w:sz w:val="18"/>
        </w:rPr>
        <w:t>LEAD IT</w:t>
      </w:r>
    </w:p>
    <w:p>
      <w:pPr>
        <w:pStyle w:val="ListBullet"/>
        <w:spacing w:before="0" w:after="40" w:line="250" w:lineRule="auto"/>
      </w:pPr>
      <w:r>
        <w:rPr>
          <w:rFonts w:ascii="Liberation Sans" w:hAnsi="Liberation Sans" w:eastAsia="Liberation Sans"/>
          <w:b w:val="0"/>
          <w:i w:val="0"/>
          <w:color w:val="263342"/>
          <w:sz w:val="18"/>
        </w:rPr>
        <w:t>Rub the balloon. Hold it over the tissue bits — they jump up and stick. Gasps.</w:t>
      </w:r>
    </w:p>
    <w:p>
      <w:pPr>
        <w:pStyle w:val="ListBullet"/>
        <w:spacing w:before="0" w:after="40" w:line="250" w:lineRule="auto"/>
      </w:pPr>
      <w:r>
        <w:rPr>
          <w:rFonts w:ascii="Liberation Sans" w:hAnsi="Liberation Sans" w:eastAsia="Liberation Sans"/>
          <w:b w:val="0"/>
          <w:i w:val="0"/>
          <w:color w:val="263342"/>
          <w:sz w:val="18"/>
        </w:rPr>
        <w:t>Stick the balloon to the wall. “What’s holding it there? You can’t SEE it — but you can see what it DOES.”</w:t>
      </w:r>
    </w:p>
    <w:p>
      <w:pPr>
        <w:pStyle w:val="ListBullet"/>
        <w:spacing w:before="0" w:after="40" w:line="250" w:lineRule="auto"/>
      </w:pPr>
      <w:r>
        <w:rPr>
          <w:rFonts w:ascii="Liberation Sans" w:hAnsi="Liberation Sans" w:eastAsia="Liberation Sans"/>
          <w:b w:val="0"/>
          <w:i w:val="0"/>
          <w:color w:val="263342"/>
          <w:sz w:val="18"/>
        </w:rPr>
        <w:t>Let every group try. Countdown the rub: “3-2-1 — POWER!”</w:t>
      </w:r>
    </w:p>
    <w:p>
      <w:pPr>
        <w:spacing w:before="100" w:after="40"/>
        <w:keepNext/>
      </w:pPr>
      <w:r>
        <w:rPr>
          <w:rFonts w:ascii="Liberation Sans" w:hAnsi="Liberation Sans" w:eastAsia="Liberation Sans"/>
          <w:b/>
          <w:i w:val="0"/>
          <w:color w:val="F2B544"/>
          <w:sz w:val="18"/>
        </w:rPr>
        <w:t>LAND THE TRUTH</w:t>
      </w:r>
    </w:p>
    <w:p>
      <w:pPr>
        <w:pStyle w:val="ListBullet"/>
        <w:spacing w:before="0" w:after="40" w:line="250" w:lineRule="auto"/>
      </w:pPr>
      <w:r>
        <w:rPr>
          <w:rFonts w:ascii="Liberation Sans" w:hAnsi="Liberation Sans" w:eastAsia="Liberation Sans"/>
          <w:b w:val="0"/>
          <w:i w:val="0"/>
          <w:color w:val="263342"/>
          <w:sz w:val="18"/>
        </w:rPr>
        <w:t>Truth link: “Static electricity is invisible, but its power is obvious. The Holy Spirit is invisible — and His power in you is obvious.”</w:t>
      </w:r>
    </w:p>
    <w:p>
      <w:pPr>
        <w:pStyle w:val="ListBullet"/>
        <w:spacing w:before="0" w:after="40" w:line="250" w:lineRule="auto"/>
      </w:pPr>
      <w:r>
        <w:rPr>
          <w:rFonts w:ascii="Liberation Sans" w:hAnsi="Liberation Sans" w:eastAsia="Liberation Sans"/>
          <w:b w:val="0"/>
          <w:i w:val="0"/>
          <w:color w:val="263342"/>
          <w:sz w:val="18"/>
        </w:rPr>
        <w:t>Say the Remember This together with the flex motion.</w:t>
      </w:r>
    </w:p>
    <w:p>
      <w:r>
        <w:br w:type="page"/>
      </w:r>
    </w:p>
    <w:p>
      <w:pPr>
        <w:spacing w:after="20"/>
      </w:pPr>
      <w:r>
        <w:rPr>
          <w:rFonts w:ascii="Liberation Sans" w:hAnsi="Liberation Sans" w:eastAsia="Liberation Sans"/>
          <w:b/>
          <w:i w:val="0"/>
          <w:color w:val="F2B544"/>
          <w:sz w:val="17"/>
        </w:rPr>
        <w:t>POWER LAB</w:t>
      </w:r>
    </w:p>
    <w:p>
      <w:pPr>
        <w:spacing w:after="60"/>
      </w:pPr>
      <w:r>
        <w:rPr>
          <w:rFonts w:ascii="Liberation Sans" w:hAnsi="Liberation Sans" w:eastAsia="Liberation Sans"/>
          <w:b/>
          <w:i w:val="0"/>
          <w:color w:val="14243A"/>
          <w:sz w:val="40"/>
        </w:rPr>
        <w:t>Day 2 — One Light Wins</w:t>
      </w:r>
    </w:p>
    <w:p>
      <w:pPr>
        <w:spacing w:after="140"/>
      </w:pPr>
      <w:r>
        <w:rPr>
          <w:rFonts w:ascii="Liberation Sans" w:hAnsi="Liberation Sans" w:eastAsia="Liberation Sans"/>
          <w:b/>
          <w:i w:val="0"/>
          <w:color w:val="526274"/>
          <w:sz w:val="18"/>
        </w:rPr>
        <w:t>Science demo — simple electricity, big wow, straight to the truth</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shine for Jesus like a city on a hill. (Matthew 5:14–16)</w:t>
            </w:r>
          </w:p>
        </w:tc>
      </w:tr>
    </w:tbl>
    <w:p>
      <w:pPr>
        <w:spacing w:before="100" w:after="40"/>
        <w:keepNext/>
      </w:pPr>
      <w:r>
        <w:rPr>
          <w:rFonts w:ascii="Liberation Sans" w:hAnsi="Liberation Sans" w:eastAsia="Liberation Sans"/>
          <w:b/>
          <w:i w:val="0"/>
          <w:color w:val="F2B544"/>
          <w:sz w:val="18"/>
        </w:rPr>
        <w:t>GATHER</w:t>
      </w:r>
    </w:p>
    <w:p>
      <w:pPr>
        <w:pStyle w:val="ListBullet"/>
        <w:spacing w:before="0" w:after="40" w:line="250" w:lineRule="auto"/>
      </w:pPr>
      <w:r>
        <w:rPr>
          <w:rFonts w:ascii="Liberation Sans" w:hAnsi="Liberation Sans" w:eastAsia="Liberation Sans"/>
          <w:b w:val="0"/>
          <w:i w:val="0"/>
          <w:color w:val="263342"/>
          <w:sz w:val="18"/>
        </w:rPr>
        <w:t>One strong flashlight</w:t>
      </w:r>
    </w:p>
    <w:p>
      <w:pPr>
        <w:pStyle w:val="ListBullet"/>
        <w:spacing w:before="0" w:after="40" w:line="250" w:lineRule="auto"/>
      </w:pPr>
      <w:r>
        <w:rPr>
          <w:rFonts w:ascii="Liberation Sans" w:hAnsi="Liberation Sans" w:eastAsia="Liberation Sans"/>
          <w:b w:val="0"/>
          <w:i w:val="0"/>
          <w:color w:val="263342"/>
          <w:sz w:val="18"/>
        </w:rPr>
        <w:t>A room whose lights or windows can go dark (test on Setup Day!)</w:t>
      </w:r>
    </w:p>
    <w:p>
      <w:pPr>
        <w:spacing w:before="100" w:after="40"/>
        <w:keepNext/>
      </w:pPr>
      <w:r>
        <w:rPr>
          <w:rFonts w:ascii="Liberation Sans" w:hAnsi="Liberation Sans" w:eastAsia="Liberation Sans"/>
          <w:b/>
          <w:i w:val="0"/>
          <w:color w:val="F2B544"/>
          <w:sz w:val="18"/>
        </w:rPr>
        <w:t>SET UP</w:t>
      </w:r>
    </w:p>
    <w:p>
      <w:pPr>
        <w:pStyle w:val="ListBullet"/>
        <w:spacing w:before="0" w:after="40" w:line="250" w:lineRule="auto"/>
      </w:pPr>
      <w:r>
        <w:rPr>
          <w:rFonts w:ascii="Liberation Sans" w:hAnsi="Liberation Sans" w:eastAsia="Liberation Sans"/>
          <w:b w:val="0"/>
          <w:i w:val="0"/>
          <w:color w:val="263342"/>
          <w:sz w:val="18"/>
        </w:rPr>
        <w:t>Confirm you can actually darken the room. If not, use a large box “ cave” instead.</w:t>
      </w:r>
    </w:p>
    <w:p>
      <w:pPr>
        <w:pStyle w:val="ListBullet"/>
        <w:spacing w:before="0" w:after="40" w:line="250" w:lineRule="auto"/>
      </w:pPr>
      <w:r>
        <w:rPr>
          <w:rFonts w:ascii="Liberation Sans" w:hAnsi="Liberation Sans" w:eastAsia="Liberation Sans"/>
          <w:b w:val="0"/>
          <w:i w:val="0"/>
          <w:color w:val="263342"/>
          <w:sz w:val="18"/>
        </w:rPr>
        <w:t>Safety: kids stay seated while it’s dark. Leader narrates.</w:t>
      </w:r>
    </w:p>
    <w:p>
      <w:pPr>
        <w:spacing w:before="100" w:after="40"/>
        <w:keepNext/>
      </w:pPr>
      <w:r>
        <w:rPr>
          <w:rFonts w:ascii="Liberation Sans" w:hAnsi="Liberation Sans" w:eastAsia="Liberation Sans"/>
          <w:b/>
          <w:i w:val="0"/>
          <w:color w:val="F2B544"/>
          <w:sz w:val="18"/>
        </w:rPr>
        <w:t>LEAD IT</w:t>
      </w:r>
    </w:p>
    <w:p>
      <w:pPr>
        <w:pStyle w:val="ListBullet"/>
        <w:spacing w:before="0" w:after="40" w:line="250" w:lineRule="auto"/>
      </w:pPr>
      <w:r>
        <w:rPr>
          <w:rFonts w:ascii="Liberation Sans" w:hAnsi="Liberation Sans" w:eastAsia="Liberation Sans"/>
          <w:b w:val="0"/>
          <w:i w:val="0"/>
          <w:color w:val="263342"/>
          <w:sz w:val="18"/>
        </w:rPr>
        <w:t>Lights out. Pause in the dark for five seconds. “Dark, right?”</w:t>
      </w:r>
    </w:p>
    <w:p>
      <w:pPr>
        <w:pStyle w:val="ListBullet"/>
        <w:spacing w:before="0" w:after="40" w:line="250" w:lineRule="auto"/>
      </w:pPr>
      <w:r>
        <w:rPr>
          <w:rFonts w:ascii="Liberation Sans" w:hAnsi="Liberation Sans" w:eastAsia="Liberation Sans"/>
          <w:b w:val="0"/>
          <w:i w:val="0"/>
          <w:color w:val="263342"/>
          <w:sz w:val="18"/>
        </w:rPr>
        <w:t>Click the flashlight on. Sweep it slowly. “ONE light just beat all that darkness.”</w:t>
      </w:r>
    </w:p>
    <w:p>
      <w:pPr>
        <w:pStyle w:val="ListBullet"/>
        <w:spacing w:before="0" w:after="40" w:line="250" w:lineRule="auto"/>
      </w:pPr>
      <w:r>
        <w:rPr>
          <w:rFonts w:ascii="Liberation Sans" w:hAnsi="Liberation Sans" w:eastAsia="Liberation Sans"/>
          <w:b w:val="0"/>
          <w:i w:val="0"/>
          <w:color w:val="263342"/>
          <w:sz w:val="18"/>
        </w:rPr>
        <w:t>Pass the flashlight; each child shines it on the ceiling and says “I shine for Jesus.”</w:t>
      </w:r>
    </w:p>
    <w:p>
      <w:pPr>
        <w:spacing w:before="100" w:after="40"/>
        <w:keepNext/>
      </w:pPr>
      <w:r>
        <w:rPr>
          <w:rFonts w:ascii="Liberation Sans" w:hAnsi="Liberation Sans" w:eastAsia="Liberation Sans"/>
          <w:b/>
          <w:i w:val="0"/>
          <w:color w:val="F2B544"/>
          <w:sz w:val="18"/>
        </w:rPr>
        <w:t>LAND THE TRUTH</w:t>
      </w:r>
    </w:p>
    <w:p>
      <w:pPr>
        <w:pStyle w:val="ListBullet"/>
        <w:spacing w:before="0" w:after="40" w:line="250" w:lineRule="auto"/>
      </w:pPr>
      <w:r>
        <w:rPr>
          <w:rFonts w:ascii="Liberation Sans" w:hAnsi="Liberation Sans" w:eastAsia="Liberation Sans"/>
          <w:b w:val="0"/>
          <w:i w:val="0"/>
          <w:color w:val="263342"/>
          <w:sz w:val="18"/>
        </w:rPr>
        <w:t>Truth link: “Darkness never wins against light. One kid shining for Jesus can light up a whole classroom.”</w:t>
      </w:r>
    </w:p>
    <w:p>
      <w:pPr>
        <w:pStyle w:val="ListBullet"/>
        <w:spacing w:before="0" w:after="40" w:line="250" w:lineRule="auto"/>
      </w:pPr>
      <w:r>
        <w:rPr>
          <w:rFonts w:ascii="Liberation Sans" w:hAnsi="Liberation Sans" w:eastAsia="Liberation Sans"/>
          <w:b w:val="0"/>
          <w:i w:val="0"/>
          <w:color w:val="263342"/>
          <w:sz w:val="18"/>
        </w:rPr>
        <w:t>Say the Remember This together, arms wide on “SHINE.”</w:t>
      </w:r>
    </w:p>
    <w:p>
      <w:r>
        <w:br w:type="page"/>
      </w:r>
    </w:p>
    <w:p>
      <w:pPr>
        <w:spacing w:after="20"/>
      </w:pPr>
      <w:r>
        <w:rPr>
          <w:rFonts w:ascii="Liberation Sans" w:hAnsi="Liberation Sans" w:eastAsia="Liberation Sans"/>
          <w:b/>
          <w:i w:val="0"/>
          <w:color w:val="F2B544"/>
          <w:sz w:val="17"/>
        </w:rPr>
        <w:t>POWER LAB</w:t>
      </w:r>
    </w:p>
    <w:p>
      <w:pPr>
        <w:spacing w:after="60"/>
      </w:pPr>
      <w:r>
        <w:rPr>
          <w:rFonts w:ascii="Liberation Sans" w:hAnsi="Liberation Sans" w:eastAsia="Liberation Sans"/>
          <w:b/>
          <w:i w:val="0"/>
          <w:color w:val="14243A"/>
          <w:sz w:val="40"/>
        </w:rPr>
        <w:t>Day 3 — No Connection, No Power</w:t>
      </w:r>
    </w:p>
    <w:p>
      <w:pPr>
        <w:spacing w:after="140"/>
      </w:pPr>
      <w:r>
        <w:rPr>
          <w:rFonts w:ascii="Liberation Sans" w:hAnsi="Liberation Sans" w:eastAsia="Liberation Sans"/>
          <w:b/>
          <w:i w:val="0"/>
          <w:color w:val="526274"/>
          <w:sz w:val="18"/>
        </w:rPr>
        <w:t>Science demo — simple electricity, big wow, straight to the truth</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stay connected to Jesus. (John 15:5)</w:t>
            </w:r>
          </w:p>
        </w:tc>
      </w:tr>
    </w:tbl>
    <w:p>
      <w:pPr>
        <w:spacing w:before="100" w:after="40"/>
        <w:keepNext/>
      </w:pPr>
      <w:r>
        <w:rPr>
          <w:rFonts w:ascii="Liberation Sans" w:hAnsi="Liberation Sans" w:eastAsia="Liberation Sans"/>
          <w:b/>
          <w:i w:val="0"/>
          <w:color w:val="F2B544"/>
          <w:sz w:val="18"/>
        </w:rPr>
        <w:t>GATHER</w:t>
      </w:r>
    </w:p>
    <w:p>
      <w:pPr>
        <w:pStyle w:val="ListBullet"/>
        <w:spacing w:before="0" w:after="40" w:line="250" w:lineRule="auto"/>
      </w:pPr>
      <w:r>
        <w:rPr>
          <w:rFonts w:ascii="Liberation Sans" w:hAnsi="Liberation Sans" w:eastAsia="Liberation Sans"/>
          <w:b w:val="0"/>
          <w:i w:val="0"/>
          <w:color w:val="263342"/>
          <w:sz w:val="18"/>
        </w:rPr>
        <w:t>AA battery, small LED, two short insulated wires (alligator-clip leads ideal)</w:t>
      </w:r>
    </w:p>
    <w:p>
      <w:pPr>
        <w:pStyle w:val="ListBullet"/>
        <w:spacing w:before="0" w:after="40" w:line="250" w:lineRule="auto"/>
      </w:pPr>
      <w:r>
        <w:rPr>
          <w:rFonts w:ascii="Liberation Sans" w:hAnsi="Liberation Sans" w:eastAsia="Liberation Sans"/>
          <w:b w:val="0"/>
          <w:i w:val="0"/>
          <w:color w:val="263342"/>
          <w:sz w:val="18"/>
        </w:rPr>
        <w:t>OR a lemon-battery kit as the wow upgrade</w:t>
      </w:r>
    </w:p>
    <w:p>
      <w:pPr>
        <w:pStyle w:val="ListBullet"/>
        <w:spacing w:before="0" w:after="40" w:line="250" w:lineRule="auto"/>
      </w:pPr>
      <w:r>
        <w:rPr>
          <w:rFonts w:ascii="Liberation Sans" w:hAnsi="Liberation Sans" w:eastAsia="Liberation Sans"/>
          <w:b w:val="0"/>
          <w:i w:val="0"/>
          <w:color w:val="263342"/>
          <w:sz w:val="18"/>
        </w:rPr>
        <w:t>Safety: low-voltage batteries only. No wall outlets, ever. Leader handles all connections.</w:t>
      </w:r>
    </w:p>
    <w:p>
      <w:pPr>
        <w:spacing w:before="100" w:after="40"/>
        <w:keepNext/>
      </w:pPr>
      <w:r>
        <w:rPr>
          <w:rFonts w:ascii="Liberation Sans" w:hAnsi="Liberation Sans" w:eastAsia="Liberation Sans"/>
          <w:b/>
          <w:i w:val="0"/>
          <w:color w:val="F2B544"/>
          <w:sz w:val="18"/>
        </w:rPr>
        <w:t>SET UP</w:t>
      </w:r>
    </w:p>
    <w:p>
      <w:pPr>
        <w:pStyle w:val="ListBullet"/>
        <w:spacing w:before="0" w:after="40" w:line="250" w:lineRule="auto"/>
      </w:pPr>
      <w:r>
        <w:rPr>
          <w:rFonts w:ascii="Liberation Sans" w:hAnsi="Liberation Sans" w:eastAsia="Liberation Sans"/>
          <w:b w:val="0"/>
          <w:i w:val="0"/>
          <w:color w:val="263342"/>
          <w:sz w:val="18"/>
        </w:rPr>
        <w:t>Test the circuit on Setup Day — a dead demo is worse than no demo.</w:t>
      </w:r>
    </w:p>
    <w:p>
      <w:pPr>
        <w:pStyle w:val="ListBullet"/>
        <w:spacing w:before="0" w:after="40" w:line="250" w:lineRule="auto"/>
      </w:pPr>
      <w:r>
        <w:rPr>
          <w:rFonts w:ascii="Liberation Sans" w:hAnsi="Liberation Sans" w:eastAsia="Liberation Sans"/>
          <w:b w:val="0"/>
          <w:i w:val="0"/>
          <w:color w:val="263342"/>
          <w:sz w:val="18"/>
        </w:rPr>
        <w:t>Keep wires tidy; little hands tangle fast.</w:t>
      </w:r>
    </w:p>
    <w:p>
      <w:pPr>
        <w:spacing w:before="100" w:after="40"/>
        <w:keepNext/>
      </w:pPr>
      <w:r>
        <w:rPr>
          <w:rFonts w:ascii="Liberation Sans" w:hAnsi="Liberation Sans" w:eastAsia="Liberation Sans"/>
          <w:b/>
          <w:i w:val="0"/>
          <w:color w:val="F2B544"/>
          <w:sz w:val="18"/>
        </w:rPr>
        <w:t>LEAD IT</w:t>
      </w:r>
    </w:p>
    <w:p>
      <w:pPr>
        <w:pStyle w:val="ListBullet"/>
        <w:spacing w:before="0" w:after="40" w:line="250" w:lineRule="auto"/>
      </w:pPr>
      <w:r>
        <w:rPr>
          <w:rFonts w:ascii="Liberation Sans" w:hAnsi="Liberation Sans" w:eastAsia="Liberation Sans"/>
          <w:b w:val="0"/>
          <w:i w:val="0"/>
          <w:color w:val="263342"/>
          <w:sz w:val="18"/>
        </w:rPr>
        <w:t>Hold up the parts. “Battery: power. Bulb: light. But watch.” Touch one wire only — nothing happens.</w:t>
      </w:r>
    </w:p>
    <w:p>
      <w:pPr>
        <w:pStyle w:val="ListBullet"/>
        <w:spacing w:before="0" w:after="40" w:line="250" w:lineRule="auto"/>
      </w:pPr>
      <w:r>
        <w:rPr>
          <w:rFonts w:ascii="Liberation Sans" w:hAnsi="Liberation Sans" w:eastAsia="Liberation Sans"/>
          <w:b w:val="0"/>
          <w:i w:val="0"/>
          <w:color w:val="263342"/>
          <w:sz w:val="18"/>
        </w:rPr>
        <w:t>“Is the battery dead? Is the bulb broken? No — it’s just NOT CONNECTED.”</w:t>
      </w:r>
    </w:p>
    <w:p>
      <w:pPr>
        <w:pStyle w:val="ListBullet"/>
        <w:spacing w:before="0" w:after="40" w:line="250" w:lineRule="auto"/>
      </w:pPr>
      <w:r>
        <w:rPr>
          <w:rFonts w:ascii="Liberation Sans" w:hAnsi="Liberation Sans" w:eastAsia="Liberation Sans"/>
          <w:b w:val="0"/>
          <w:i w:val="0"/>
          <w:color w:val="263342"/>
          <w:sz w:val="18"/>
        </w:rPr>
        <w:t>Complete the loop. The LED lights. Let kids take turns completing the circuit (leader supervises).</w:t>
      </w:r>
    </w:p>
    <w:p>
      <w:pPr>
        <w:spacing w:before="100" w:after="40"/>
        <w:keepNext/>
      </w:pPr>
      <w:r>
        <w:rPr>
          <w:rFonts w:ascii="Liberation Sans" w:hAnsi="Liberation Sans" w:eastAsia="Liberation Sans"/>
          <w:b/>
          <w:i w:val="0"/>
          <w:color w:val="F2B544"/>
          <w:sz w:val="18"/>
        </w:rPr>
        <w:t>LAND THE TRUTH</w:t>
      </w:r>
    </w:p>
    <w:p>
      <w:pPr>
        <w:pStyle w:val="ListBullet"/>
        <w:spacing w:before="0" w:after="40" w:line="250" w:lineRule="auto"/>
      </w:pPr>
      <w:r>
        <w:rPr>
          <w:rFonts w:ascii="Liberation Sans" w:hAnsi="Liberation Sans" w:eastAsia="Liberation Sans"/>
          <w:b w:val="0"/>
          <w:i w:val="0"/>
          <w:color w:val="263342"/>
          <w:sz w:val="18"/>
        </w:rPr>
        <w:t>Truth link: “Power was there the whole time — it just needed connection. Jesus’ power is there for you; staying connected is the whole game.”</w:t>
      </w:r>
    </w:p>
    <w:p>
      <w:pPr>
        <w:pStyle w:val="ListBullet"/>
        <w:spacing w:before="0" w:after="40" w:line="250" w:lineRule="auto"/>
      </w:pPr>
      <w:r>
        <w:rPr>
          <w:rFonts w:ascii="Liberation Sans" w:hAnsi="Liberation Sans" w:eastAsia="Liberation Sans"/>
          <w:b w:val="0"/>
          <w:i w:val="0"/>
          <w:color w:val="263342"/>
          <w:sz w:val="18"/>
        </w:rPr>
        <w:t>Say the Remember This together, interlocking fingers on “CONNECTED.”</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Lab safety</w:t>
            </w:r>
          </w:p>
          <w:p>
            <w:pPr>
              <w:spacing w:after="0" w:line="252" w:lineRule="auto"/>
            </w:pPr>
            <w:r>
              <w:rPr>
                <w:rFonts w:ascii="Liberation Sans" w:hAnsi="Liberation Sans" w:eastAsia="Liberation Sans"/>
                <w:b w:val="0"/>
                <w:i w:val="0"/>
                <w:color w:val="263342"/>
                <w:sz w:val="18"/>
              </w:rPr>
              <w:t>Leader tests every demo on Setup Day. Low-voltage batteries only — never wall outlets. The dark-room night keeps kids seated. When in doubt, the leader’s hands do the demo and the kids do the gasping.</w:t>
            </w:r>
          </w:p>
        </w:tc>
      </w:tr>
    </w:tbl>
    <w:p>
      <w:r>
        <w:br w:type="page"/>
      </w:r>
    </w:p>
    <w:tbl>
      <w:tblPr>
        <w:tblW w:type="auto" w:w="0"/>
        <w:jc w:val="center"/>
        <w:tblLook w:firstColumn="1" w:firstRow="1" w:lastColumn="0" w:lastRow="0" w:noHBand="0" w:noVBand="1" w:val="04A0"/>
      </w:tblPr>
      <w:tblGrid>
        <w:gridCol w:w="10282"/>
      </w:tblGrid>
      <w:tr>
        <w:tc>
          <w:tcPr>
            <w:tcW w:type="dxa" w:w="10282"/>
            <w:shd w:fill="0B8F87"/>
            <w:tcMar>
              <w:top w:w="260" w:type="dxa"/>
              <w:start w:w="240" w:type="dxa"/>
              <w:bottom w:w="260" w:type="dxa"/>
              <w:end w:w="240" w:type="dxa"/>
            </w:tcMar>
          </w:tcPr>
          <w:p>
            <w:pPr>
              <w:jc w:val="center"/>
            </w:pPr>
            <w:r>
              <w:rPr>
                <w:rFonts w:ascii="Liberation Sans" w:hAnsi="Liberation Sans" w:eastAsia="Liberation Sans"/>
                <w:b/>
                <w:i w:val="0"/>
                <w:color w:val="FFFFFF"/>
                <w:sz w:val="18"/>
              </w:rPr>
              <w:t>RUN SHEETS</w:t>
            </w:r>
          </w:p>
          <w:p>
            <w:pPr>
              <w:jc w:val="center"/>
            </w:pPr>
            <w:r>
              <w:rPr>
                <w:rFonts w:ascii="Liberation Sans" w:hAnsi="Liberation Sans" w:eastAsia="Liberation Sans"/>
                <w:b/>
                <w:i w:val="0"/>
                <w:color w:val="FFFFFF"/>
                <w:sz w:val="50"/>
              </w:rPr>
              <w:t>25 minutes, minute by minute</w:t>
            </w:r>
          </w:p>
          <w:p>
            <w:pPr>
              <w:jc w:val="center"/>
            </w:pPr>
            <w:r>
              <w:rPr>
                <w:rFonts w:ascii="Liberation Sans" w:hAnsi="Liberation Sans" w:eastAsia="Liberation Sans"/>
                <w:b w:val="0"/>
                <w:i w:val="0"/>
                <w:color w:val="FFFFFF"/>
                <w:sz w:val="20"/>
              </w:rPr>
              <w:t>What fills every minute of every rotation.</w:t>
            </w:r>
          </w:p>
        </w:tc>
      </w:tr>
    </w:tbl>
    <w:p>
      <w:pPr>
        <w:spacing w:before="0" w:after="100" w:line="259" w:lineRule="auto"/>
      </w:pPr>
      <w:r>
        <w:rPr>
          <w:rFonts w:ascii="Liberation Sans" w:hAnsi="Liberation Sans" w:eastAsia="Liberation Sans"/>
          <w:b w:val="0"/>
          <w:i/>
          <w:color w:val="526274"/>
          <w:sz w:val="18"/>
        </w:rPr>
        <w:t>Rotations don’t run long because leaders talk too much — they run long because nobody planned the minutes. Every rotation below is the same skeleton: welcome (2), explain (3), main activity (12), land the truth (5), cleanup (3). Read your night’s sheet, set a phone timer, and trust it.</w:t>
      </w:r>
    </w:p>
    <w:p>
      <w:pPr>
        <w:pStyle w:val="Heading2"/>
        <w:keepNext/>
        <w:spacing w:before="100" w:after="80"/>
      </w:pPr>
      <w:r>
        <w:rPr>
          <w:rFonts w:ascii="Liberation Sans" w:hAnsi="Liberation Sans" w:eastAsia="Liberation Sans"/>
          <w:b/>
          <w:i w:val="0"/>
          <w:color w:val="263342"/>
          <w:sz w:val="26"/>
        </w:rPr>
        <w:t>Arts &amp; Crafts run sheets</w:t>
      </w:r>
    </w:p>
    <w:p>
      <w:pPr>
        <w:spacing w:before="120" w:after="40"/>
        <w:keepNext/>
      </w:pPr>
      <w:r>
        <w:rPr>
          <w:rFonts w:ascii="Liberation Sans" w:hAnsi="Liberation Sans" w:eastAsia="Liberation Sans"/>
          <w:b/>
          <w:i w:val="0"/>
          <w:color w:val="0B8F87"/>
          <w:sz w:val="20"/>
        </w:rPr>
        <w:t>DAY 1 — THE POWER PLANT</w:t>
      </w:r>
    </w:p>
    <w:tbl>
      <w:tblPr>
        <w:tblW w:type="auto" w:w="0"/>
        <w:jc w:val="center"/>
        <w:tblLayout w:type="fixed"/>
        <w:tblLook w:firstColumn="1" w:firstRow="1" w:lastColumn="0" w:lastRow="0" w:noHBand="0" w:noVBand="1" w:val="04A0"/>
      </w:tblPr>
      <w:tblGrid>
        <w:gridCol w:w="1728"/>
        <w:gridCol w:w="8568"/>
      </w:tblGrid>
      <w:tr>
        <w:tc>
          <w:tcPr>
            <w:tcW w:type="dxa" w:w="5141"/>
            <w:shd w:fill="0B8F87"/>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0B8F87"/>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0:00–2:00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teams to tables. “Every city needs a power plant. Ours runs on the Holy Spirit.”</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2:00–5:00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EXPLAIN: show one finished example. Name the pieces — foil lightning bolts, tissue-paper Pentecost flames, the verse strip on the front.</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5:00–17:00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BUILD: teams decorate their plant. Younger: stick, press, place — no scissors. Older: engineer — smokestacks from tubes, control panels with dials.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17:00–22:00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LAND THE TRUTH: “Where does our city’s power come from?” Remember This with the flex. Debrief: “You can’t see electricity, but you can see what it does — same with the Holy Spirit.”</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22:00–25:00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CLEANUP: finished plants to the city base board. Scraps in bins. Hands washed.</w:t>
            </w:r>
          </w:p>
        </w:tc>
      </w:tr>
    </w:tbl>
    <w:p>
      <w:pPr>
        <w:pStyle w:val="ListBullet"/>
        <w:spacing w:before="0" w:after="40" w:line="250" w:lineRule="auto"/>
      </w:pPr>
      <w:r>
        <w:rPr>
          <w:rFonts w:ascii="Liberation Sans" w:hAnsi="Liberation Sans" w:eastAsia="Liberation Sans"/>
          <w:b w:val="0"/>
          <w:i w:val="0"/>
          <w:color w:val="263342"/>
          <w:sz w:val="18"/>
        </w:rPr>
        <w:t>EARLY FINISHERS: Decorate extra foil bolts for the city skyline, or help another table finish.</w:t>
      </w:r>
    </w:p>
    <w:p>
      <w:pPr>
        <w:pStyle w:val="ListBullet"/>
        <w:spacing w:before="0" w:after="40" w:line="250" w:lineRule="auto"/>
      </w:pPr>
      <w:r>
        <w:rPr>
          <w:rFonts w:ascii="Liberation Sans" w:hAnsi="Liberation Sans" w:eastAsia="Liberation Sans"/>
          <w:b w:val="0"/>
          <w:i w:val="0"/>
          <w:color w:val="263342"/>
          <w:sz w:val="18"/>
        </w:rPr>
        <w:t>RUNNING LATE? CUT THIS: Skip the example walkthrough — leaders pre-tape everything and kids start building at 2:00.</w:t>
      </w:r>
    </w:p>
    <w:p>
      <w:pPr>
        <w:spacing w:before="120" w:after="40"/>
        <w:keepNext/>
      </w:pPr>
      <w:r>
        <w:rPr>
          <w:rFonts w:ascii="Liberation Sans" w:hAnsi="Liberation Sans" w:eastAsia="Liberation Sans"/>
          <w:b/>
          <w:i w:val="0"/>
          <w:color w:val="0B8F87"/>
          <w:sz w:val="20"/>
        </w:rPr>
        <w:t>DAY 2 — CITY LIGHTS</w:t>
      </w:r>
    </w:p>
    <w:tbl>
      <w:tblPr>
        <w:tblW w:type="auto" w:w="0"/>
        <w:jc w:val="center"/>
        <w:tblLayout w:type="fixed"/>
        <w:tblLook w:firstColumn="1" w:firstRow="1" w:lastColumn="0" w:lastRow="0" w:noHBand="0" w:noVBand="1" w:val="04A0"/>
      </w:tblPr>
      <w:tblGrid>
        <w:gridCol w:w="1728"/>
        <w:gridCol w:w="8568"/>
      </w:tblGrid>
      <w:tr>
        <w:tc>
          <w:tcPr>
            <w:tcW w:type="dxa" w:w="5141"/>
            <w:shd w:fill="0B8F87"/>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0B8F87"/>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0:00–2:00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“Last night we built the power plant. Tonight the city lights up — with YOU.”</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2:00–5:00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EXPLAIN: build one lighthouse start to finish. Test every tea light now — dead batteries kill the moment.</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5:00–17:00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BUILD: each child makes a lighthouse — decorate the tube, wrap yellow cellophane, drop in the tea light. Write or draw one way to “shine” this week.</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17:00–22:00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LAND THE TRUTH: dim the room; all lights on at once — let them gasp. Place lighthouses around the city. Remember This, arms wide on “SHINE.” Debrief: “One light changes a dark room.”</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22:00–25:00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CLEANUP: tea lights OFF and back in trays first, then tidy.</w:t>
            </w:r>
          </w:p>
        </w:tc>
      </w:tr>
    </w:tbl>
    <w:p>
      <w:pPr>
        <w:pStyle w:val="ListBullet"/>
        <w:spacing w:before="0" w:after="40" w:line="250" w:lineRule="auto"/>
      </w:pPr>
      <w:r>
        <w:rPr>
          <w:rFonts w:ascii="Liberation Sans" w:hAnsi="Liberation Sans" w:eastAsia="Liberation Sans"/>
          <w:b w:val="0"/>
          <w:i w:val="0"/>
          <w:color w:val="263342"/>
          <w:sz w:val="18"/>
        </w:rPr>
        <w:t>EARLY FINISHERS: Star stickers and extra windows on the city base board.</w:t>
      </w:r>
    </w:p>
    <w:p>
      <w:pPr>
        <w:pStyle w:val="ListBullet"/>
        <w:spacing w:before="0" w:after="40" w:line="250" w:lineRule="auto"/>
      </w:pPr>
      <w:r>
        <w:rPr>
          <w:rFonts w:ascii="Liberation Sans" w:hAnsi="Liberation Sans" w:eastAsia="Liberation Sans"/>
          <w:b w:val="0"/>
          <w:i w:val="0"/>
          <w:color w:val="263342"/>
          <w:sz w:val="18"/>
        </w:rPr>
        <w:t>RUNNING LATE? CUT THIS: Pre-wrap the cellophane tops; turn the shine-writing into a 60-second shout-out round.</w:t>
      </w:r>
    </w:p>
    <w:p>
      <w:pPr>
        <w:spacing w:before="120" w:after="40"/>
        <w:keepNext/>
      </w:pPr>
      <w:r>
        <w:rPr>
          <w:rFonts w:ascii="Liberation Sans" w:hAnsi="Liberation Sans" w:eastAsia="Liberation Sans"/>
          <w:b/>
          <w:i w:val="0"/>
          <w:color w:val="0B8F87"/>
          <w:sz w:val="20"/>
        </w:rPr>
        <w:t>DAY 3 — MY HOUSE, PLUGGED IN</w:t>
      </w:r>
    </w:p>
    <w:tbl>
      <w:tblPr>
        <w:tblW w:type="auto" w:w="0"/>
        <w:jc w:val="center"/>
        <w:tblLayout w:type="fixed"/>
        <w:tblLook w:firstColumn="1" w:firstRow="1" w:lastColumn="0" w:lastRow="0" w:noHBand="0" w:noVBand="1" w:val="04A0"/>
      </w:tblPr>
      <w:tblGrid>
        <w:gridCol w:w="1728"/>
        <w:gridCol w:w="8568"/>
      </w:tblGrid>
      <w:tr>
        <w:tc>
          <w:tcPr>
            <w:tcW w:type="dxa" w:w="5141"/>
            <w:shd w:fill="0B8F87"/>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0B8F87"/>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0:00–2:00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“A city is just buildings until the power flows. Tonight you plug YOUR house into Electric City.”</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2:00–5:00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EXPLAIN: show a folded house; demo the yarn “power line” running back to the team’s power plant.</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5:00–17:00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BUILD: decorate the house — who lives there, what the family loves. Tea light inside. Run the yarn line; tape it down.</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17:00–22:00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LAND THE TRUTH: stand back — every house lit, every house connected. “What happens to a house with no power line?” Remember This, fingers interlocked on “CONNECTED.” Debrief: pray, read His Word, stay close to His people.</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22:00–25:00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CLEANUP: houses STAY on the city for the Day 4 display — kids take them home on Day 4. Tidy the room.</w:t>
            </w:r>
          </w:p>
        </w:tc>
      </w:tr>
    </w:tbl>
    <w:p>
      <w:pPr>
        <w:pStyle w:val="ListBullet"/>
        <w:spacing w:before="0" w:after="40" w:line="250" w:lineRule="auto"/>
      </w:pPr>
      <w:r>
        <w:rPr>
          <w:rFonts w:ascii="Liberation Sans" w:hAnsi="Liberation Sans" w:eastAsia="Liberation Sans"/>
          <w:b w:val="0"/>
          <w:i w:val="0"/>
          <w:color w:val="263342"/>
          <w:sz w:val="18"/>
        </w:rPr>
        <w:t>EARLY FINISHERS: Build a neighbor house — or add a yard, a fence, a dog.</w:t>
      </w:r>
    </w:p>
    <w:p>
      <w:pPr>
        <w:pStyle w:val="ListBullet"/>
        <w:spacing w:before="0" w:after="40" w:line="250" w:lineRule="auto"/>
      </w:pPr>
      <w:r>
        <w:rPr>
          <w:rFonts w:ascii="Liberation Sans" w:hAnsi="Liberation Sans" w:eastAsia="Liberation Sans"/>
          <w:b w:val="0"/>
          <w:i w:val="0"/>
          <w:color w:val="263342"/>
          <w:sz w:val="18"/>
        </w:rPr>
        <w:t>RUNNING LATE? CUT THIS: Pre-fold ALL houses; the leader tapes one master yarn line per table instead of per child.</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Craft supplies per group</w:t>
            </w:r>
          </w:p>
          <w:p>
            <w:pPr>
              <w:spacing w:after="0" w:line="252" w:lineRule="auto"/>
            </w:pPr>
            <w:r>
              <w:rPr>
                <w:rFonts w:ascii="Liberation Sans" w:hAnsi="Liberation Sans" w:eastAsia="Liberation Sans"/>
                <w:b w:val="0"/>
                <w:i w:val="0"/>
                <w:color w:val="263342"/>
                <w:sz w:val="18"/>
              </w:rPr>
              <w:t>300-SCALE TEAM (~25 kids): Day 1 — 4 shoebox bases + tissue/foil trays; Day 2 — 25 tubes or cups + 30 tea lights (bring extras); Day 3 — 25 bags or pre-folded houses + 25 tea lights + yarn. SMALL-SCALE TEAM (~12 kids): halve everything; Days 2/3 — 12 tubes or bags + 15 tea lights.</w:t>
            </w:r>
          </w:p>
        </w:tc>
      </w:tr>
    </w:tbl>
    <w:p>
      <w:pPr>
        <w:pStyle w:val="Heading2"/>
        <w:keepNext/>
        <w:spacing w:before="100" w:after="80"/>
      </w:pPr>
      <w:r>
        <w:rPr>
          <w:rFonts w:ascii="Liberation Sans" w:hAnsi="Liberation Sans" w:eastAsia="Liberation Sans"/>
          <w:b/>
          <w:i w:val="0"/>
          <w:color w:val="263342"/>
          <w:sz w:val="26"/>
        </w:rPr>
        <w:t>Bible Story run sheets</w:t>
      </w:r>
    </w:p>
    <w:p>
      <w:pPr>
        <w:spacing w:before="120" w:after="40"/>
        <w:keepNext/>
      </w:pPr>
      <w:r>
        <w:rPr>
          <w:rFonts w:ascii="Liberation Sans" w:hAnsi="Liberation Sans" w:eastAsia="Liberation Sans"/>
          <w:b/>
          <w:i w:val="0"/>
          <w:color w:val="E35D5B"/>
          <w:sz w:val="20"/>
        </w:rPr>
        <w:t>DAY 1 — WIND AND FIRE (ACTS 2)</w:t>
      </w:r>
    </w:p>
    <w:tbl>
      <w:tblPr>
        <w:tblW w:type="auto" w:w="0"/>
        <w:jc w:val="center"/>
        <w:tblLayout w:type="fixed"/>
        <w:tblLook w:firstColumn="1" w:firstRow="1" w:lastColumn="0" w:lastRow="0" w:noHBand="0" w:noVBand="1" w:val="04A0"/>
      </w:tblPr>
      <w:tblGrid>
        <w:gridCol w:w="1728"/>
        <w:gridCol w:w="8568"/>
      </w:tblGrid>
      <w:tr>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0:00–2:00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kids in a half-circle. “Something amazing happened in Jerusalem — and we’re going to live it.”</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2:00–5:00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EXPLAIN + CAST: assign disciples (seated together), the crowd, Peter, and the wind-makers. Hand out streamers.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5:00–17:00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ACT IT OUT: read Acts 2:1–4 in short bursts, acting each beat — wind whoosh with the fan, streamer flames on heads, disciples shouting “Jesus loves you!” in silly voices, Peter’s big line. Replay once with swapped roles — louder.</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17:00–22:00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LAND THE TRUTH: “Could the disciples see the wind? Could they see what it DID?” Remember This with the flex. Younger band: wind + flames + “Jesus gives me power” is enough.</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22:00–25:00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CLEANUP: streamers back in the bin; reset the half-circle.</w:t>
            </w:r>
          </w:p>
        </w:tc>
      </w:tr>
    </w:tbl>
    <w:p>
      <w:pPr>
        <w:pStyle w:val="ListBullet"/>
        <w:spacing w:before="0" w:after="40" w:line="250" w:lineRule="auto"/>
      </w:pPr>
      <w:r>
        <w:rPr>
          <w:rFonts w:ascii="Liberation Sans" w:hAnsi="Liberation Sans" w:eastAsia="Liberation Sans"/>
          <w:b w:val="0"/>
          <w:i w:val="0"/>
          <w:color w:val="263342"/>
          <w:sz w:val="18"/>
        </w:rPr>
        <w:t>EARLY FINISHERS: Freeze-frame tableau of the fire moment for the leader’s photo (photo-release list only).</w:t>
      </w:r>
    </w:p>
    <w:p>
      <w:pPr>
        <w:pStyle w:val="ListBullet"/>
        <w:spacing w:before="0" w:after="40" w:line="250" w:lineRule="auto"/>
      </w:pPr>
      <w:r>
        <w:rPr>
          <w:rFonts w:ascii="Liberation Sans" w:hAnsi="Liberation Sans" w:eastAsia="Liberation Sans"/>
          <w:b w:val="0"/>
          <w:i w:val="0"/>
          <w:color w:val="263342"/>
          <w:sz w:val="18"/>
        </w:rPr>
        <w:t>RUNNING LATE? CUT THIS: Skip the replay — one run, big energy.</w:t>
      </w:r>
    </w:p>
    <w:p>
      <w:pPr>
        <w:spacing w:before="120" w:after="40"/>
        <w:keepNext/>
      </w:pPr>
      <w:r>
        <w:rPr>
          <w:rFonts w:ascii="Liberation Sans" w:hAnsi="Liberation Sans" w:eastAsia="Liberation Sans"/>
          <w:b/>
          <w:i w:val="0"/>
          <w:color w:val="E35D5B"/>
          <w:sz w:val="20"/>
        </w:rPr>
        <w:t>DAY 2 — THE LAMP ON THE STAND</w:t>
      </w:r>
    </w:p>
    <w:tbl>
      <w:tblPr>
        <w:tblW w:type="auto" w:w="0"/>
        <w:jc w:val="center"/>
        <w:tblLayout w:type="fixed"/>
        <w:tblLook w:firstColumn="1" w:firstRow="1" w:lastColumn="0" w:lastRow="0" w:noHBand="0" w:noVBand="1" w:val="04A0"/>
      </w:tblPr>
      <w:tblGrid>
        <w:gridCol w:w="1728"/>
        <w:gridCol w:w="8568"/>
      </w:tblGrid>
      <w:tr>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0:00–2:00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“Jesus told a story about a lamp. Tonight we live it.”</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2:00–5:00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EXPLAIN + SET: lamp center stage, bowl beside it. Kids are the crowd on the hillside.</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5:00–17:00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ACT IT OUT: hold up the lit lamp — “Do we hide this under a bowl?” Kids shout “NO!” Cover it: “Can you see it now?” Lift the bowl: “On its STAND — light for everyone!” Name-it round: each child says one way to shine this week.</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17:00–22:00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LAND THE TRUTH: “Why would anyone hide a lamp?” Remember This, fingers bursting open on “SHINE.” Younger band: repeat the bowl visual three times — they’ll never forget it.</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22:00–25:00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CLEANUP: props back in the bin; reset the stage.</w:t>
            </w:r>
          </w:p>
        </w:tc>
      </w:tr>
    </w:tbl>
    <w:p>
      <w:pPr>
        <w:pStyle w:val="ListBullet"/>
        <w:spacing w:before="0" w:after="40" w:line="250" w:lineRule="auto"/>
      </w:pPr>
      <w:r>
        <w:rPr>
          <w:rFonts w:ascii="Liberation Sans" w:hAnsi="Liberation Sans" w:eastAsia="Liberation Sans"/>
          <w:b w:val="0"/>
          <w:i w:val="0"/>
          <w:color w:val="263342"/>
          <w:sz w:val="18"/>
        </w:rPr>
        <w:t>EARLY FINISHERS: Kids pair-share their shine plan with a neighbor.</w:t>
      </w:r>
    </w:p>
    <w:p>
      <w:pPr>
        <w:pStyle w:val="ListBullet"/>
        <w:spacing w:before="0" w:after="40" w:line="250" w:lineRule="auto"/>
      </w:pPr>
      <w:r>
        <w:rPr>
          <w:rFonts w:ascii="Liberation Sans" w:hAnsi="Liberation Sans" w:eastAsia="Liberation Sans"/>
          <w:b w:val="0"/>
          <w:i w:val="0"/>
          <w:color w:val="263342"/>
          <w:sz w:val="18"/>
        </w:rPr>
        <w:t>RUNNING LATE? CUT THIS: Shorten the name-it round to four or five kids.</w:t>
      </w:r>
    </w:p>
    <w:p>
      <w:pPr>
        <w:spacing w:before="120" w:after="40"/>
        <w:keepNext/>
      </w:pPr>
      <w:r>
        <w:rPr>
          <w:rFonts w:ascii="Liberation Sans" w:hAnsi="Liberation Sans" w:eastAsia="Liberation Sans"/>
          <w:b/>
          <w:i w:val="0"/>
          <w:color w:val="E35D5B"/>
          <w:sz w:val="20"/>
        </w:rPr>
        <w:t>DAY 3 — THE VINE AND THE BRANCHES</w:t>
      </w:r>
    </w:p>
    <w:tbl>
      <w:tblPr>
        <w:tblW w:type="auto" w:w="0"/>
        <w:jc w:val="center"/>
        <w:tblLayout w:type="fixed"/>
        <w:tblLook w:firstColumn="1" w:firstRow="1" w:lastColumn="0" w:lastRow="0" w:noHBand="0" w:noVBand="1" w:val="04A0"/>
      </w:tblPr>
      <w:tblGrid>
        <w:gridCol w:w="1728"/>
        <w:gridCol w:w="8568"/>
      </w:tblGrid>
      <w:tr>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0:00–2:00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hold up the dry twig, then the living branch. “Which one can grow? The one that’s CONNECTED.”</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2:00–5:00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EXPLAIN + SET: leader stands as the “vine,” arms up like a trunk. Kids will be the branches; paper leaves ready.</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5:00–17:00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ACT IT OUT: kids link arms to the leader-vine, then to each other — one connected vine. Each child tapes a paper leaf with one “fruit” word (love, kindness, courage) onto the vine. One volunteer steps away, arms crossed: “A branch alone can’t grow.” They rejoin — cheers.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17:00–22:00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LAND THE TRUTH: “How do we stay connected to Jesus?” (Pray, read His Word, stay close to His people.) Remember This, fingers interlocked. Younger band: one picture — the branch hugging the vine.</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22:00–25:00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CLEANUP: leaves stay on the vine for the Day 4 display. Reset the room.</w:t>
            </w:r>
          </w:p>
        </w:tc>
      </w:tr>
    </w:tbl>
    <w:p>
      <w:pPr>
        <w:pStyle w:val="ListBullet"/>
        <w:spacing w:before="0" w:after="40" w:line="250" w:lineRule="auto"/>
      </w:pPr>
      <w:r>
        <w:rPr>
          <w:rFonts w:ascii="Liberation Sans" w:hAnsi="Liberation Sans" w:eastAsia="Liberation Sans"/>
          <w:b w:val="0"/>
          <w:i w:val="0"/>
          <w:color w:val="263342"/>
          <w:sz w:val="18"/>
        </w:rPr>
        <w:t>EARLY FINISHERS: Kids add a second fruit word to their leaf.</w:t>
      </w:r>
    </w:p>
    <w:p>
      <w:pPr>
        <w:pStyle w:val="ListBullet"/>
        <w:spacing w:before="0" w:after="40" w:line="250" w:lineRule="auto"/>
      </w:pPr>
      <w:r>
        <w:rPr>
          <w:rFonts w:ascii="Liberation Sans" w:hAnsi="Liberation Sans" w:eastAsia="Liberation Sans"/>
          <w:b w:val="0"/>
          <w:i w:val="0"/>
          <w:color w:val="263342"/>
          <w:sz w:val="18"/>
        </w:rPr>
        <w:t>RUNNING LATE? CUT THIS: Leader pre-links the vine; tell the step-away moment instead of acting it.</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Story supplies per group</w:t>
            </w:r>
          </w:p>
          <w:p>
            <w:pPr>
              <w:spacing w:after="0" w:line="252" w:lineRule="auto"/>
            </w:pPr>
            <w:r>
              <w:rPr>
                <w:rFonts w:ascii="Liberation Sans" w:hAnsi="Liberation Sans" w:eastAsia="Liberation Sans"/>
                <w:b w:val="0"/>
                <w:i w:val="0"/>
                <w:color w:val="263342"/>
                <w:sz w:val="18"/>
              </w:rPr>
              <w:t>300-SCALE TEAM (~25 kids): Day 1 — 1 streamer pack + 1 fan per room; Day 2 — 1 lamp + 1 bowl + 1 hill poster per room (room gear, not per group); Day 3 — 25 paper leaves + tape. SMALL-SCALE TEAM (~12 kids): same room gear; 12–15 leaves.</w:t>
            </w:r>
          </w:p>
        </w:tc>
      </w:tr>
    </w:tbl>
    <w:p>
      <w:pPr>
        <w:pStyle w:val="Heading2"/>
        <w:keepNext/>
        <w:spacing w:before="100" w:after="80"/>
      </w:pPr>
      <w:r>
        <w:rPr>
          <w:rFonts w:ascii="Liberation Sans" w:hAnsi="Liberation Sans" w:eastAsia="Liberation Sans"/>
          <w:b/>
          <w:i w:val="0"/>
          <w:color w:val="263342"/>
          <w:sz w:val="26"/>
        </w:rPr>
        <w:t>Power Lab run sheets</w:t>
      </w:r>
    </w:p>
    <w:p>
      <w:pPr>
        <w:spacing w:before="120" w:after="40"/>
        <w:keepNext/>
      </w:pPr>
      <w:r>
        <w:rPr>
          <w:rFonts w:ascii="Liberation Sans" w:hAnsi="Liberation Sans" w:eastAsia="Liberation Sans"/>
          <w:b/>
          <w:i w:val="0"/>
          <w:color w:val="F2B544"/>
          <w:sz w:val="20"/>
        </w:rPr>
        <w:t>DAY 1 — UNSEEN POWER</w:t>
      </w:r>
    </w:p>
    <w:tbl>
      <w:tblPr>
        <w:tblW w:type="auto" w:w="0"/>
        <w:jc w:val="center"/>
        <w:tblLayout w:type="fixed"/>
        <w:tblLook w:firstColumn="1" w:firstRow="1" w:lastColumn="0" w:lastRow="0" w:noHBand="0" w:noVBand="1" w:val="04A0"/>
      </w:tblPr>
      <w:tblGrid>
        <w:gridCol w:w="1728"/>
        <w:gridCol w:w="8568"/>
      </w:tblGrid>
      <w:tr>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0:00–2:00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“I’m going to show you power you can’t see.”</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2:00–5:00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EXPLAIN + DEMO: leader rubs the balloon 10 seconds, holds it over tissue bits — they jump. Sticks it to the wall. Countdown together: “3-2-1 — POWER!”</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5:00–17:00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TRY IT: every small group rubs, lifts, and sticks. Rotate the balloon so every hand gets a turn.</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17:00–22:00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LAND THE TRUTH: “Static electricity is invisible, but its power is obvious. The Holy Spirit is invisible — and His power in you is obvious.” Remember This with the flex.</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22:00–25:00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CLEANUP: tissue-bit trash sweep (that’s the fun part); balloons to the bin.</w:t>
            </w:r>
          </w:p>
        </w:tc>
      </w:tr>
    </w:tbl>
    <w:p>
      <w:pPr>
        <w:pStyle w:val="ListBullet"/>
        <w:spacing w:before="0" w:after="40" w:line="250" w:lineRule="auto"/>
      </w:pPr>
      <w:r>
        <w:rPr>
          <w:rFonts w:ascii="Liberation Sans" w:hAnsi="Liberation Sans" w:eastAsia="Liberation Sans"/>
          <w:b w:val="0"/>
          <w:i w:val="0"/>
          <w:color w:val="263342"/>
          <w:sz w:val="18"/>
        </w:rPr>
        <w:t>EARLY FINISHERS: Try sticking balloons to different surfaces — what holds longest?</w:t>
      </w:r>
    </w:p>
    <w:p>
      <w:pPr>
        <w:pStyle w:val="ListBullet"/>
        <w:spacing w:before="0" w:after="40" w:line="250" w:lineRule="auto"/>
      </w:pPr>
      <w:r>
        <w:rPr>
          <w:rFonts w:ascii="Liberation Sans" w:hAnsi="Liberation Sans" w:eastAsia="Liberation Sans"/>
          <w:b w:val="0"/>
          <w:i w:val="0"/>
          <w:color w:val="263342"/>
          <w:sz w:val="18"/>
        </w:rPr>
        <w:t>RUNNING LATE? CUT THIS: Leader demos only; two or three kids try.</w:t>
      </w:r>
    </w:p>
    <w:p>
      <w:pPr>
        <w:spacing w:before="120" w:after="40"/>
        <w:keepNext/>
      </w:pPr>
      <w:r>
        <w:rPr>
          <w:rFonts w:ascii="Liberation Sans" w:hAnsi="Liberation Sans" w:eastAsia="Liberation Sans"/>
          <w:b/>
          <w:i w:val="0"/>
          <w:color w:val="F2B544"/>
          <w:sz w:val="20"/>
        </w:rPr>
        <w:t>DAY 2 — ONE LIGHT WINS</w:t>
      </w:r>
    </w:p>
    <w:tbl>
      <w:tblPr>
        <w:tblW w:type="auto" w:w="0"/>
        <w:jc w:val="center"/>
        <w:tblLayout w:type="fixed"/>
        <w:tblLook w:firstColumn="1" w:firstRow="1" w:lastColumn="0" w:lastRow="0" w:noHBand="0" w:noVBand="1" w:val="04A0"/>
      </w:tblPr>
      <w:tblGrid>
        <w:gridCol w:w="1728"/>
        <w:gridCol w:w="8568"/>
      </w:tblGrid>
      <w:tr>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0:00–2:00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everyone seated. “We’re going dark for five seconds. Stay seated.”</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2:00–5:00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EXPLAIN + DEMO: lights out. Five seconds of dark. Click the flashlight on, sweep it slowly: “ONE light just beat all that darkness.”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5:00–17:00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SHINE: pass the flashlight; each child shines it on the ceiling and says “I shine for Jesus.”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17:00–22:00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LAND THE TRUTH: “Darkness never wins against light. One kid shining for Jesus can light up a whole classroom.” Remember This, arms wide on “SHINE.”</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22:00–25:00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CLEANUP: lights up; flashlight back in the kit.</w:t>
            </w:r>
          </w:p>
        </w:tc>
      </w:tr>
    </w:tbl>
    <w:p>
      <w:pPr>
        <w:pStyle w:val="ListBullet"/>
        <w:spacing w:before="0" w:after="40" w:line="250" w:lineRule="auto"/>
      </w:pPr>
      <w:r>
        <w:rPr>
          <w:rFonts w:ascii="Liberation Sans" w:hAnsi="Liberation Sans" w:eastAsia="Liberation Sans"/>
          <w:b w:val="0"/>
          <w:i w:val="0"/>
          <w:color w:val="263342"/>
          <w:sz w:val="18"/>
        </w:rPr>
        <w:t>EARLY FINISHERS: Guess-and-shine: leader points, child names one thing they’re thankful for, then shines.</w:t>
      </w:r>
    </w:p>
    <w:p>
      <w:pPr>
        <w:pStyle w:val="ListBullet"/>
        <w:spacing w:before="0" w:after="40" w:line="250" w:lineRule="auto"/>
      </w:pPr>
      <w:r>
        <w:rPr>
          <w:rFonts w:ascii="Liberation Sans" w:hAnsi="Liberation Sans" w:eastAsia="Liberation Sans"/>
          <w:b w:val="0"/>
          <w:i w:val="0"/>
          <w:color w:val="263342"/>
          <w:sz w:val="18"/>
        </w:rPr>
        <w:t>RUNNING LATE? CUT THIS: Pass to every other child instead of every child.</w:t>
      </w:r>
    </w:p>
    <w:p>
      <w:pPr>
        <w:spacing w:before="120" w:after="40"/>
        <w:keepNext/>
      </w:pPr>
      <w:r>
        <w:rPr>
          <w:rFonts w:ascii="Liberation Sans" w:hAnsi="Liberation Sans" w:eastAsia="Liberation Sans"/>
          <w:b/>
          <w:i w:val="0"/>
          <w:color w:val="F2B544"/>
          <w:sz w:val="20"/>
        </w:rPr>
        <w:t>DAY 3 — NO CONNECTION, NO POWER</w:t>
      </w:r>
    </w:p>
    <w:tbl>
      <w:tblPr>
        <w:tblW w:type="auto" w:w="0"/>
        <w:jc w:val="center"/>
        <w:tblLayout w:type="fixed"/>
        <w:tblLook w:firstColumn="1" w:firstRow="1" w:lastColumn="0" w:lastRow="0" w:noHBand="0" w:noVBand="1" w:val="04A0"/>
      </w:tblPr>
      <w:tblGrid>
        <w:gridCol w:w="1728"/>
        <w:gridCol w:w="8568"/>
      </w:tblGrid>
      <w:tr>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0:00–2:00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hold up the parts. “Battery: power. Bulb: light. But watch.”</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2:00–5:00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EXPLAIN + DEMO: touch one wire only — nothing happens. “Is the battery dead? Is the bulb broken? No — it’s just NOT CONNECTED.”</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5:00–17:00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TRY IT: complete the loop — the LED lights. Kids take turns completing the circuit; the leader supervises every connection. Low-voltage batteries only, ever.</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17:00–22:00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LAND THE TRUTH: “Power was there the whole time — it just needed connection. Jesus’ power is there for you; staying connected is the whole game.” Remember This, fingers interlocked.</w:t>
            </w:r>
          </w:p>
        </w:tc>
      </w:tr>
      <w:tr>
        <w:tc>
          <w:tcPr>
            <w:tcW w:type="dxa" w:w="172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22:00–25:00</w:t>
            </w:r>
          </w:p>
        </w:tc>
        <w:tc>
          <w:tcPr>
            <w:tcW w:type="dxa" w:w="856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CLEANUP: parts back in kits; untangle the wires for tomorrow’s team.</w:t>
            </w:r>
          </w:p>
        </w:tc>
      </w:tr>
    </w:tbl>
    <w:p>
      <w:pPr>
        <w:pStyle w:val="ListBullet"/>
        <w:spacing w:before="0" w:after="40" w:line="250" w:lineRule="auto"/>
      </w:pPr>
      <w:r>
        <w:rPr>
          <w:rFonts w:ascii="Liberation Sans" w:hAnsi="Liberation Sans" w:eastAsia="Liberation Sans"/>
          <w:b w:val="0"/>
          <w:i w:val="0"/>
          <w:color w:val="263342"/>
          <w:sz w:val="18"/>
        </w:rPr>
        <w:t>EARLY FINISHERS: Lemon-battery wow round — leader’s hands only.</w:t>
      </w:r>
    </w:p>
    <w:p>
      <w:pPr>
        <w:pStyle w:val="ListBullet"/>
        <w:spacing w:before="0" w:after="40" w:line="250" w:lineRule="auto"/>
      </w:pPr>
      <w:r>
        <w:rPr>
          <w:rFonts w:ascii="Liberation Sans" w:hAnsi="Liberation Sans" w:eastAsia="Liberation Sans"/>
          <w:b w:val="0"/>
          <w:i w:val="0"/>
          <w:color w:val="263342"/>
          <w:sz w:val="18"/>
        </w:rPr>
        <w:t>RUNNING LATE? CUT THIS: Leader completes the circuit; kids watch, then one volunteer tries.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Lab supplies per group</w:t>
            </w:r>
          </w:p>
          <w:p>
            <w:pPr>
              <w:spacing w:after="0" w:line="252" w:lineRule="auto"/>
            </w:pPr>
            <w:r>
              <w:rPr>
                <w:rFonts w:ascii="Liberation Sans" w:hAnsi="Liberation Sans" w:eastAsia="Liberation Sans"/>
                <w:b w:val="0"/>
                <w:i w:val="0"/>
                <w:color w:val="263342"/>
                <w:sz w:val="18"/>
              </w:rPr>
              <w:t>300-SCALE TEAM (~25 kids): Day 1 — 6–8 balloons + rubbing cloth; Day 2 — 2–3 flashlights per room; Day 3 — 4–6 battery/LED/wire sets, leader-supervised. SMALL-SCALE TEAM (~12 kids): 4 balloons; 1–2 flashlights; 2–3 circuit sets. Leader tests every demo on Setup Day — no exceptions.</w:t>
            </w:r>
          </w:p>
        </w:tc>
      </w:tr>
    </w:tbl>
    <w:p>
      <w:r>
        <w:br w:type="page"/>
      </w:r>
    </w:p>
    <w:tbl>
      <w:tblPr>
        <w:tblW w:type="auto" w:w="0"/>
        <w:jc w:val="center"/>
        <w:tblLook w:firstColumn="1" w:firstRow="1" w:lastColumn="0" w:lastRow="0" w:noHBand="0" w:noVBand="1" w:val="04A0"/>
      </w:tblPr>
      <w:tblGrid>
        <w:gridCol w:w="10282"/>
      </w:tblGrid>
      <w:tr>
        <w:tc>
          <w:tcPr>
            <w:tcW w:type="dxa" w:w="10282"/>
            <w:shd w:fill="F2B544"/>
            <w:tcMar>
              <w:top w:w="260" w:type="dxa"/>
              <w:start w:w="240" w:type="dxa"/>
              <w:bottom w:w="260" w:type="dxa"/>
              <w:end w:w="240" w:type="dxa"/>
            </w:tcMar>
          </w:tcPr>
          <w:p>
            <w:pPr>
              <w:jc w:val="center"/>
            </w:pPr>
            <w:r>
              <w:rPr>
                <w:rFonts w:ascii="Liberation Sans" w:hAnsi="Liberation Sans" w:eastAsia="Liberation Sans"/>
                <w:b/>
                <w:i w:val="0"/>
                <w:color w:val="FFFFFF"/>
                <w:sz w:val="18"/>
              </w:rPr>
              <w:t>ALTERNATE ROTATIONS</w:t>
            </w:r>
          </w:p>
          <w:p>
            <w:pPr>
              <w:jc w:val="center"/>
            </w:pPr>
            <w:r>
              <w:rPr>
                <w:rFonts w:ascii="Liberation Sans" w:hAnsi="Liberation Sans" w:eastAsia="Liberation Sans"/>
                <w:b/>
                <w:i w:val="0"/>
                <w:color w:val="FFFFFF"/>
                <w:sz w:val="50"/>
              </w:rPr>
              <w:t>Swap, don’t stack</w:t>
            </w:r>
          </w:p>
          <w:p>
            <w:pPr>
              <w:jc w:val="center"/>
            </w:pPr>
            <w:r>
              <w:rPr>
                <w:rFonts w:ascii="Liberation Sans" w:hAnsi="Liberation Sans" w:eastAsia="Liberation Sans"/>
                <w:b w:val="0"/>
                <w:i w:val="0"/>
                <w:color w:val="FFFFFF"/>
                <w:sz w:val="20"/>
              </w:rPr>
              <w:t>Pick ONE alternate to replace ONE core rotation. Still three rotations total.</w:t>
            </w:r>
          </w:p>
        </w:tc>
      </w:tr>
    </w:tbl>
    <w:p>
      <w:pPr>
        <w:spacing w:before="0" w:after="100" w:line="259" w:lineRule="auto"/>
      </w:pPr>
      <w:r>
        <w:rPr>
          <w:rFonts w:ascii="Liberation Sans" w:hAnsi="Liberation Sans" w:eastAsia="Liberation Sans"/>
          <w:b w:val="0"/>
          <w:i w:val="0"/>
          <w:color w:val="263342"/>
          <w:sz w:val="19"/>
        </w:rPr>
        <w:t>Not every church wants the full electricity theme in every room — and every camp from 6 to 9 needs kids to eat. These two alternates live in the back of the pack. Swap one in for any single core rotation (many churches trade Power Lab for Snack, or run Sports outdoors while Crafts stays inside). The schedule does not change.</w:t>
      </w:r>
    </w:p>
    <w:p>
      <w:r>
        <w:br w:type="page"/>
      </w:r>
    </w:p>
    <w:p>
      <w:pPr>
        <w:spacing w:after="20"/>
      </w:pPr>
      <w:r>
        <w:rPr>
          <w:rFonts w:ascii="Liberation Sans" w:hAnsi="Liberation Sans" w:eastAsia="Liberation Sans"/>
          <w:b/>
          <w:i w:val="0"/>
          <w:color w:val="E26A2C"/>
          <w:sz w:val="17"/>
        </w:rPr>
        <w:t>SPORTS (ALTERNATE)</w:t>
      </w:r>
    </w:p>
    <w:p>
      <w:pPr>
        <w:spacing w:after="60"/>
      </w:pPr>
      <w:r>
        <w:rPr>
          <w:rFonts w:ascii="Liberation Sans" w:hAnsi="Liberation Sans" w:eastAsia="Liberation Sans"/>
          <w:b/>
          <w:i w:val="0"/>
          <w:color w:val="14243A"/>
          <w:sz w:val="40"/>
        </w:rPr>
        <w:t>Day 1 — Wind Keep-Up</w:t>
      </w:r>
    </w:p>
    <w:p>
      <w:pPr>
        <w:spacing w:after="140"/>
      </w:pPr>
      <w:r>
        <w:rPr>
          <w:rFonts w:ascii="Liberation Sans" w:hAnsi="Liberation Sans" w:eastAsia="Liberation Sans"/>
          <w:b/>
          <w:i w:val="0"/>
          <w:color w:val="526274"/>
          <w:sz w:val="18"/>
        </w:rPr>
        <w:t>High-energy games — indoor/outdoor, low equipment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Jesus gives me power through the Holy Spirit. (Acts 1:8)</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Balloons (several per team)</w:t>
      </w:r>
    </w:p>
    <w:p>
      <w:pPr>
        <w:pStyle w:val="ListBullet"/>
        <w:spacing w:before="0" w:after="40" w:line="250" w:lineRule="auto"/>
      </w:pPr>
      <w:r>
        <w:rPr>
          <w:rFonts w:ascii="Liberation Sans" w:hAnsi="Liberation Sans" w:eastAsia="Liberation Sans"/>
          <w:b w:val="0"/>
          <w:i w:val="0"/>
          <w:color w:val="263342"/>
          <w:sz w:val="18"/>
        </w:rPr>
        <w:t>Cones or floor tape for boundaries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Mark two team zones. Blow up balloons — extras ready; they pop.</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“The Holy Spirit came like a WIND. Keep your wind in the air!”</w:t>
      </w:r>
    </w:p>
    <w:p>
      <w:pPr>
        <w:pStyle w:val="ListBullet"/>
        <w:spacing w:before="0" w:after="40" w:line="250" w:lineRule="auto"/>
      </w:pPr>
      <w:r>
        <w:rPr>
          <w:rFonts w:ascii="Liberation Sans" w:hAnsi="Liberation Sans" w:eastAsia="Liberation Sans"/>
          <w:b w:val="0"/>
          <w:i w:val="0"/>
          <w:color w:val="263342"/>
          <w:sz w:val="18"/>
        </w:rPr>
        <w:t>Teams tap balloons upward — no holding, no spiking. Count team taps out loud.</w:t>
      </w:r>
    </w:p>
    <w:p>
      <w:pPr>
        <w:pStyle w:val="ListBullet"/>
        <w:spacing w:before="0" w:after="40" w:line="250" w:lineRule="auto"/>
      </w:pPr>
      <w:r>
        <w:rPr>
          <w:rFonts w:ascii="Liberation Sans" w:hAnsi="Liberation Sans" w:eastAsia="Liberation Sans"/>
          <w:b w:val="0"/>
          <w:i w:val="0"/>
          <w:color w:val="263342"/>
          <w:sz w:val="18"/>
        </w:rPr>
        <w:t>Younger band: one big balloon per group, everyone together, no teams, no score.</w:t>
      </w:r>
    </w:p>
    <w:p>
      <w:pPr>
        <w:pStyle w:val="ListBullet"/>
        <w:spacing w:before="0" w:after="40" w:line="250" w:lineRule="auto"/>
      </w:pPr>
      <w:r>
        <w:rPr>
          <w:rFonts w:ascii="Liberation Sans" w:hAnsi="Liberation Sans" w:eastAsia="Liberation Sans"/>
          <w:b w:val="0"/>
          <w:i w:val="0"/>
          <w:color w:val="263342"/>
          <w:sz w:val="18"/>
        </w:rPr>
        <w:t>Older band: two balloons per team; drop = restart the count. Highest count wins the round.</w:t>
      </w:r>
    </w:p>
    <w:p>
      <w:pPr>
        <w:pStyle w:val="ListBullet"/>
        <w:spacing w:before="0" w:after="40" w:line="250" w:lineRule="auto"/>
      </w:pPr>
      <w:r>
        <w:rPr>
          <w:rFonts w:ascii="Liberation Sans" w:hAnsi="Liberation Sans" w:eastAsia="Liberation Sans"/>
          <w:b w:val="0"/>
          <w:i w:val="0"/>
          <w:color w:val="263342"/>
          <w:sz w:val="18"/>
        </w:rPr>
        <w:t>Play Unplug It for the last two minutes.</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30-second debrief: “You couldn’t see the wind keeping that balloon up — just like the Holy Spirit’s power you can’t see but everyone can feel.”</w:t>
      </w:r>
    </w:p>
    <w:p>
      <w:pPr>
        <w:pStyle w:val="ListBullet"/>
        <w:spacing w:before="0" w:after="40" w:line="250" w:lineRule="auto"/>
      </w:pPr>
      <w:r>
        <w:rPr>
          <w:rFonts w:ascii="Liberation Sans" w:hAnsi="Liberation Sans" w:eastAsia="Liberation Sans"/>
          <w:b w:val="0"/>
          <w:i w:val="0"/>
          <w:color w:val="263342"/>
          <w:sz w:val="18"/>
        </w:rPr>
        <w:t>Say the Remember This together.</w:t>
      </w:r>
    </w:p>
    <w:p>
      <w:r>
        <w:br w:type="page"/>
      </w:r>
    </w:p>
    <w:p>
      <w:pPr>
        <w:spacing w:after="20"/>
      </w:pPr>
      <w:r>
        <w:rPr>
          <w:rFonts w:ascii="Liberation Sans" w:hAnsi="Liberation Sans" w:eastAsia="Liberation Sans"/>
          <w:b/>
          <w:i w:val="0"/>
          <w:color w:val="E26A2C"/>
          <w:sz w:val="17"/>
        </w:rPr>
        <w:t>SPORTS (ALTERNATE)</w:t>
      </w:r>
    </w:p>
    <w:p>
      <w:pPr>
        <w:spacing w:after="60"/>
      </w:pPr>
      <w:r>
        <w:rPr>
          <w:rFonts w:ascii="Liberation Sans" w:hAnsi="Liberation Sans" w:eastAsia="Liberation Sans"/>
          <w:b/>
          <w:i w:val="0"/>
          <w:color w:val="14243A"/>
          <w:sz w:val="40"/>
        </w:rPr>
        <w:t>Day 2 — Lighthouse Rescue</w:t>
      </w:r>
    </w:p>
    <w:p>
      <w:pPr>
        <w:spacing w:after="140"/>
      </w:pPr>
      <w:r>
        <w:rPr>
          <w:rFonts w:ascii="Liberation Sans" w:hAnsi="Liberation Sans" w:eastAsia="Liberation Sans"/>
          <w:b/>
          <w:i w:val="0"/>
          <w:color w:val="526274"/>
          <w:sz w:val="18"/>
        </w:rPr>
        <w:t>High-energy games — indoor/outdoor, low equipment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shine for Jesus like a city on a hill. (Matthew 5:14–16)</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Pool noodles or foam bats (taggers)</w:t>
      </w:r>
    </w:p>
    <w:p>
      <w:pPr>
        <w:pStyle w:val="ListBullet"/>
        <w:spacing w:before="0" w:after="40" w:line="250" w:lineRule="auto"/>
      </w:pPr>
      <w:r>
        <w:rPr>
          <w:rFonts w:ascii="Liberation Sans" w:hAnsi="Liberation Sans" w:eastAsia="Liberation Sans"/>
          <w:b w:val="0"/>
          <w:i w:val="0"/>
          <w:color w:val="263342"/>
          <w:sz w:val="18"/>
        </w:rPr>
        <w:t>Team-color pinnies or wristbands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Open space with clear boundaries. No elimination — ever, for either band.</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Two taggers hold noodles. Tagged kids FREEZE with arms up like a lighthouse — “tall and shining!”</w:t>
      </w:r>
    </w:p>
    <w:p>
      <w:pPr>
        <w:pStyle w:val="ListBullet"/>
        <w:spacing w:before="0" w:after="40" w:line="250" w:lineRule="auto"/>
      </w:pPr>
      <w:r>
        <w:rPr>
          <w:rFonts w:ascii="Liberation Sans" w:hAnsi="Liberation Sans" w:eastAsia="Liberation Sans"/>
          <w:b w:val="0"/>
          <w:i w:val="0"/>
          <w:color w:val="263342"/>
          <w:sz w:val="18"/>
        </w:rPr>
        <w:t>Frozen lighthouses are “re-lit” when a teammate gives them a high-five. Nobody sits out.</w:t>
      </w:r>
    </w:p>
    <w:p>
      <w:pPr>
        <w:pStyle w:val="ListBullet"/>
        <w:spacing w:before="0" w:after="40" w:line="250" w:lineRule="auto"/>
      </w:pPr>
      <w:r>
        <w:rPr>
          <w:rFonts w:ascii="Liberation Sans" w:hAnsi="Liberation Sans" w:eastAsia="Liberation Sans"/>
          <w:b w:val="0"/>
          <w:i w:val="0"/>
          <w:color w:val="263342"/>
          <w:sz w:val="18"/>
        </w:rPr>
        <w:t>Younger band: taggers walk, everyone giggles, rounds last 3 minutes.</w:t>
      </w:r>
    </w:p>
    <w:p>
      <w:pPr>
        <w:pStyle w:val="ListBullet"/>
        <w:spacing w:before="0" w:after="40" w:line="250" w:lineRule="auto"/>
      </w:pPr>
      <w:r>
        <w:rPr>
          <w:rFonts w:ascii="Liberation Sans" w:hAnsi="Liberation Sans" w:eastAsia="Liberation Sans"/>
          <w:b w:val="0"/>
          <w:i w:val="0"/>
          <w:color w:val="263342"/>
          <w:sz w:val="18"/>
        </w:rPr>
        <w:t>Older band: rotate taggers every 2 minutes; count how many rescues each team makes.</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30-second debrief: “A lighthouse doesn’t hide — it shines so ships find their way. That’s you at school.”</w:t>
      </w:r>
    </w:p>
    <w:p>
      <w:pPr>
        <w:pStyle w:val="ListBullet"/>
        <w:spacing w:before="0" w:after="40" w:line="250" w:lineRule="auto"/>
      </w:pPr>
      <w:r>
        <w:rPr>
          <w:rFonts w:ascii="Liberation Sans" w:hAnsi="Liberation Sans" w:eastAsia="Liberation Sans"/>
          <w:b w:val="0"/>
          <w:i w:val="0"/>
          <w:color w:val="263342"/>
          <w:sz w:val="18"/>
        </w:rPr>
        <w:t>Say the Remember This together.</w:t>
      </w:r>
    </w:p>
    <w:p>
      <w:r>
        <w:br w:type="page"/>
      </w:r>
    </w:p>
    <w:p>
      <w:pPr>
        <w:spacing w:after="20"/>
      </w:pPr>
      <w:r>
        <w:rPr>
          <w:rFonts w:ascii="Liberation Sans" w:hAnsi="Liberation Sans" w:eastAsia="Liberation Sans"/>
          <w:b/>
          <w:i w:val="0"/>
          <w:color w:val="E26A2C"/>
          <w:sz w:val="17"/>
        </w:rPr>
        <w:t>SPORTS (ALTERNATE)</w:t>
      </w:r>
    </w:p>
    <w:p>
      <w:pPr>
        <w:spacing w:after="60"/>
      </w:pPr>
      <w:r>
        <w:rPr>
          <w:rFonts w:ascii="Liberation Sans" w:hAnsi="Liberation Sans" w:eastAsia="Liberation Sans"/>
          <w:b/>
          <w:i w:val="0"/>
          <w:color w:val="14243A"/>
          <w:sz w:val="40"/>
        </w:rPr>
        <w:t>Day 3 — Stay Linked</w:t>
      </w:r>
    </w:p>
    <w:p>
      <w:pPr>
        <w:spacing w:after="140"/>
      </w:pPr>
      <w:r>
        <w:rPr>
          <w:rFonts w:ascii="Liberation Sans" w:hAnsi="Liberation Sans" w:eastAsia="Liberation Sans"/>
          <w:b/>
          <w:i w:val="0"/>
          <w:color w:val="526274"/>
          <w:sz w:val="18"/>
        </w:rPr>
        <w:t>High-energy games — indoor/outdoor, low equipment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stay connected to Jesus. (John 15:5)</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Short ropes or pool noodles (one per team)</w:t>
      </w:r>
    </w:p>
    <w:p>
      <w:pPr>
        <w:pStyle w:val="ListBullet"/>
        <w:spacing w:before="0" w:after="40" w:line="250" w:lineRule="auto"/>
      </w:pPr>
      <w:r>
        <w:rPr>
          <w:rFonts w:ascii="Liberation Sans" w:hAnsi="Liberation Sans" w:eastAsia="Liberation Sans"/>
          <w:b w:val="0"/>
          <w:i w:val="0"/>
          <w:color w:val="263342"/>
          <w:sz w:val="18"/>
        </w:rPr>
        <w:t>Cones, soft balls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Set a simple obstacle path: weave cones, carry a ball, circle back.</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Teams link up holding the rope/noodle — the “vine.” The whole team runs the course WITHOUT letting go.</w:t>
      </w:r>
    </w:p>
    <w:p>
      <w:pPr>
        <w:pStyle w:val="ListBullet"/>
        <w:spacing w:before="0" w:after="40" w:line="250" w:lineRule="auto"/>
      </w:pPr>
      <w:r>
        <w:rPr>
          <w:rFonts w:ascii="Liberation Sans" w:hAnsi="Liberation Sans" w:eastAsia="Liberation Sans"/>
          <w:b w:val="0"/>
          <w:i w:val="0"/>
          <w:color w:val="263342"/>
          <w:sz w:val="18"/>
        </w:rPr>
        <w:t>If the link breaks, the team restarts that section (no shame — reconnect and go).</w:t>
      </w:r>
    </w:p>
    <w:p>
      <w:pPr>
        <w:pStyle w:val="ListBullet"/>
        <w:spacing w:before="0" w:after="40" w:line="250" w:lineRule="auto"/>
      </w:pPr>
      <w:r>
        <w:rPr>
          <w:rFonts w:ascii="Liberation Sans" w:hAnsi="Liberation Sans" w:eastAsia="Liberation Sans"/>
          <w:b w:val="0"/>
          <w:i w:val="0"/>
          <w:color w:val="263342"/>
          <w:sz w:val="18"/>
        </w:rPr>
        <w:t>Younger band: walk the course, leader at the front, short and silly.</w:t>
      </w:r>
    </w:p>
    <w:p>
      <w:pPr>
        <w:pStyle w:val="ListBullet"/>
        <w:spacing w:before="0" w:after="40" w:line="250" w:lineRule="auto"/>
      </w:pPr>
      <w:r>
        <w:rPr>
          <w:rFonts w:ascii="Liberation Sans" w:hAnsi="Liberation Sans" w:eastAsia="Liberation Sans"/>
          <w:b w:val="0"/>
          <w:i w:val="0"/>
          <w:color w:val="263342"/>
          <w:sz w:val="18"/>
        </w:rPr>
        <w:t>Older band: time it. Two runs; best time counts.</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30-second debrief: “The moment you let go, the team stopped moving. Staying connected to Jesus keeps YOUR life moving.”</w:t>
      </w:r>
    </w:p>
    <w:p>
      <w:pPr>
        <w:pStyle w:val="ListBullet"/>
        <w:spacing w:before="0" w:after="40" w:line="250" w:lineRule="auto"/>
      </w:pPr>
      <w:r>
        <w:rPr>
          <w:rFonts w:ascii="Liberation Sans" w:hAnsi="Liberation Sans" w:eastAsia="Liberation Sans"/>
          <w:b w:val="0"/>
          <w:i w:val="0"/>
          <w:color w:val="263342"/>
          <w:sz w:val="18"/>
        </w:rPr>
        <w:t>Say the Remember This together.</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Sports ground rules</w:t>
            </w:r>
          </w:p>
          <w:p>
            <w:pPr>
              <w:spacing w:after="0" w:line="252" w:lineRule="auto"/>
            </w:pPr>
            <w:r>
              <w:rPr>
                <w:rFonts w:ascii="Liberation Sans" w:hAnsi="Liberation Sans" w:eastAsia="Liberation Sans"/>
                <w:b w:val="0"/>
                <w:i w:val="0"/>
                <w:color w:val="263342"/>
                <w:sz w:val="18"/>
              </w:rPr>
              <w:t>No elimination games for the younger band — frozen players get rescued, dropped counts restart, everyone plays the whole time. Water break halfway. First aid kit at the field.</w:t>
            </w:r>
          </w:p>
        </w:tc>
      </w:tr>
    </w:tbl>
    <w:p>
      <w:r>
        <w:br w:type="page"/>
      </w:r>
    </w:p>
    <w:p>
      <w:pPr>
        <w:spacing w:after="20"/>
      </w:pPr>
      <w:r>
        <w:rPr>
          <w:rFonts w:ascii="Liberation Sans" w:hAnsi="Liberation Sans" w:eastAsia="Liberation Sans"/>
          <w:b/>
          <w:i w:val="0"/>
          <w:color w:val="F2B544"/>
          <w:sz w:val="17"/>
        </w:rPr>
        <w:t>SNACK (ALTERNATE)</w:t>
      </w:r>
    </w:p>
    <w:p>
      <w:pPr>
        <w:spacing w:after="60"/>
      </w:pPr>
      <w:r>
        <w:rPr>
          <w:rFonts w:ascii="Liberation Sans" w:hAnsi="Liberation Sans" w:eastAsia="Liberation Sans"/>
          <w:b/>
          <w:i w:val="0"/>
          <w:color w:val="14243A"/>
          <w:sz w:val="40"/>
        </w:rPr>
        <w:t>Day 1 — Power Bites</w:t>
      </w:r>
    </w:p>
    <w:p>
      <w:pPr>
        <w:spacing w:after="140"/>
      </w:pPr>
      <w:r>
        <w:rPr>
          <w:rFonts w:ascii="Liberation Sans" w:hAnsi="Liberation Sans" w:eastAsia="Liberation Sans"/>
          <w:b/>
          <w:i w:val="0"/>
          <w:color w:val="526274"/>
          <w:sz w:val="18"/>
        </w:rPr>
        <w:t>Kids get fed — themed snacks with a 30-second table devotional</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Jesus gives me power through the Holy Spirit. (Acts 1:8)</w:t>
            </w:r>
          </w:p>
        </w:tc>
      </w:tr>
    </w:tbl>
    <w:p>
      <w:pPr>
        <w:spacing w:before="100" w:after="40"/>
        <w:keepNext/>
      </w:pPr>
      <w:r>
        <w:rPr>
          <w:rFonts w:ascii="Liberation Sans" w:hAnsi="Liberation Sans" w:eastAsia="Liberation Sans"/>
          <w:b/>
          <w:i w:val="0"/>
          <w:color w:val="F2B544"/>
          <w:sz w:val="18"/>
        </w:rPr>
        <w:t>GATHER</w:t>
      </w:r>
    </w:p>
    <w:p>
      <w:pPr>
        <w:pStyle w:val="ListBullet"/>
        <w:spacing w:before="0" w:after="40" w:line="250" w:lineRule="auto"/>
      </w:pPr>
      <w:r>
        <w:rPr>
          <w:rFonts w:ascii="Liberation Sans" w:hAnsi="Liberation Sans" w:eastAsia="Liberation Sans"/>
          <w:b w:val="0"/>
          <w:i w:val="0"/>
          <w:color w:val="263342"/>
          <w:sz w:val="18"/>
        </w:rPr>
        <w:t>No-bake energy bites: oats, honey, sunflower-seed butter, mini chocolate chips (NUT-FREE)</w:t>
      </w:r>
    </w:p>
    <w:p>
      <w:pPr>
        <w:pStyle w:val="ListBullet"/>
        <w:spacing w:before="0" w:after="40" w:line="250" w:lineRule="auto"/>
      </w:pPr>
      <w:r>
        <w:rPr>
          <w:rFonts w:ascii="Liberation Sans" w:hAnsi="Liberation Sans" w:eastAsia="Liberation Sans"/>
          <w:b w:val="0"/>
          <w:i w:val="0"/>
          <w:color w:val="263342"/>
          <w:sz w:val="18"/>
        </w:rPr>
        <w:t>Wax paper squares, napkins</w:t>
      </w:r>
    </w:p>
    <w:p>
      <w:pPr>
        <w:pStyle w:val="ListBullet"/>
        <w:spacing w:before="0" w:after="40" w:line="250" w:lineRule="auto"/>
      </w:pPr>
      <w:r>
        <w:rPr>
          <w:rFonts w:ascii="Liberation Sans" w:hAnsi="Liberation Sans" w:eastAsia="Liberation Sans"/>
          <w:b w:val="0"/>
          <w:i w:val="0"/>
          <w:color w:val="263342"/>
          <w:sz w:val="18"/>
        </w:rPr>
        <w:t>Ingredient label cards (see allergy box)</w:t>
      </w:r>
    </w:p>
    <w:p>
      <w:pPr>
        <w:spacing w:before="100" w:after="40"/>
        <w:keepNext/>
      </w:pPr>
      <w:r>
        <w:rPr>
          <w:rFonts w:ascii="Liberation Sans" w:hAnsi="Liberation Sans" w:eastAsia="Liberation Sans"/>
          <w:b/>
          <w:i w:val="0"/>
          <w:color w:val="F2B544"/>
          <w:sz w:val="18"/>
        </w:rPr>
        <w:t>SET UP</w:t>
      </w:r>
    </w:p>
    <w:p>
      <w:pPr>
        <w:pStyle w:val="ListBullet"/>
        <w:spacing w:before="0" w:after="40" w:line="250" w:lineRule="auto"/>
      </w:pPr>
      <w:r>
        <w:rPr>
          <w:rFonts w:ascii="Liberation Sans" w:hAnsi="Liberation Sans" w:eastAsia="Liberation Sans"/>
          <w:b w:val="0"/>
          <w:i w:val="0"/>
          <w:color w:val="263342"/>
          <w:sz w:val="18"/>
        </w:rPr>
        <w:t>Pre-roll bites or let older kids roll their own with washed hands.</w:t>
      </w:r>
    </w:p>
    <w:p>
      <w:pPr>
        <w:pStyle w:val="ListBullet"/>
        <w:spacing w:before="0" w:after="40" w:line="250" w:lineRule="auto"/>
      </w:pPr>
      <w:r>
        <w:rPr>
          <w:rFonts w:ascii="Liberation Sans" w:hAnsi="Liberation Sans" w:eastAsia="Liberation Sans"/>
          <w:b w:val="0"/>
          <w:i w:val="0"/>
          <w:color w:val="263342"/>
          <w:sz w:val="18"/>
        </w:rPr>
        <w:t>Post the ingredient card at the table.</w:t>
      </w:r>
    </w:p>
    <w:p>
      <w:pPr>
        <w:spacing w:before="100" w:after="40"/>
        <w:keepNext/>
      </w:pPr>
      <w:r>
        <w:rPr>
          <w:rFonts w:ascii="Liberation Sans" w:hAnsi="Liberation Sans" w:eastAsia="Liberation Sans"/>
          <w:b/>
          <w:i w:val="0"/>
          <w:color w:val="F2B544"/>
          <w:sz w:val="18"/>
        </w:rPr>
        <w:t>LEAD IT</w:t>
      </w:r>
    </w:p>
    <w:p>
      <w:pPr>
        <w:pStyle w:val="ListBullet"/>
        <w:spacing w:before="0" w:after="40" w:line="250" w:lineRule="auto"/>
      </w:pPr>
      <w:r>
        <w:rPr>
          <w:rFonts w:ascii="Liberation Sans" w:hAnsi="Liberation Sans" w:eastAsia="Liberation Sans"/>
          <w:b w:val="0"/>
          <w:i w:val="0"/>
          <w:color w:val="263342"/>
          <w:sz w:val="18"/>
        </w:rPr>
        <w:t>Wash hands first — every night, no exceptions.</w:t>
      </w:r>
    </w:p>
    <w:p>
      <w:pPr>
        <w:pStyle w:val="ListBullet"/>
        <w:spacing w:before="0" w:after="40" w:line="250" w:lineRule="auto"/>
      </w:pPr>
      <w:r>
        <w:rPr>
          <w:rFonts w:ascii="Liberation Sans" w:hAnsi="Liberation Sans" w:eastAsia="Liberation Sans"/>
          <w:b w:val="0"/>
          <w:i w:val="0"/>
          <w:color w:val="263342"/>
          <w:sz w:val="18"/>
        </w:rPr>
        <w:t>Younger band: leaders serve; kids choose 2 bites.</w:t>
      </w:r>
    </w:p>
    <w:p>
      <w:pPr>
        <w:pStyle w:val="ListBullet"/>
        <w:spacing w:before="0" w:after="40" w:line="250" w:lineRule="auto"/>
      </w:pPr>
      <w:r>
        <w:rPr>
          <w:rFonts w:ascii="Liberation Sans" w:hAnsi="Liberation Sans" w:eastAsia="Liberation Sans"/>
          <w:b w:val="0"/>
          <w:i w:val="0"/>
          <w:color w:val="263342"/>
          <w:sz w:val="18"/>
        </w:rPr>
        <w:t>Older band: roll-your-own station, then eat.</w:t>
      </w:r>
    </w:p>
    <w:p>
      <w:pPr>
        <w:spacing w:before="100" w:after="40"/>
        <w:keepNext/>
      </w:pPr>
      <w:r>
        <w:rPr>
          <w:rFonts w:ascii="Liberation Sans" w:hAnsi="Liberation Sans" w:eastAsia="Liberation Sans"/>
          <w:b/>
          <w:i w:val="0"/>
          <w:color w:val="F2B544"/>
          <w:sz w:val="18"/>
        </w:rPr>
        <w:t>LAND THE TRUTH</w:t>
      </w:r>
    </w:p>
    <w:p>
      <w:pPr>
        <w:pStyle w:val="ListBullet"/>
        <w:spacing w:before="0" w:after="40" w:line="250" w:lineRule="auto"/>
      </w:pPr>
      <w:r>
        <w:rPr>
          <w:rFonts w:ascii="Liberation Sans" w:hAnsi="Liberation Sans" w:eastAsia="Liberation Sans"/>
          <w:b w:val="0"/>
          <w:i w:val="0"/>
          <w:color w:val="263342"/>
          <w:sz w:val="18"/>
        </w:rPr>
        <w:t>Table devotional (30 seconds): “Athletes eat for energy. We just learned where REAL power comes from — not snacks, but the Holy Spirit. Eat up, then go shine.”</w:t>
      </w:r>
    </w:p>
    <w:p>
      <w:r>
        <w:br w:type="page"/>
      </w:r>
    </w:p>
    <w:p>
      <w:pPr>
        <w:spacing w:after="20"/>
      </w:pPr>
      <w:r>
        <w:rPr>
          <w:rFonts w:ascii="Liberation Sans" w:hAnsi="Liberation Sans" w:eastAsia="Liberation Sans"/>
          <w:b/>
          <w:i w:val="0"/>
          <w:color w:val="F2B544"/>
          <w:sz w:val="17"/>
        </w:rPr>
        <w:t>SNACK (ALTERNATE)</w:t>
      </w:r>
    </w:p>
    <w:p>
      <w:pPr>
        <w:spacing w:after="60"/>
      </w:pPr>
      <w:r>
        <w:rPr>
          <w:rFonts w:ascii="Liberation Sans" w:hAnsi="Liberation Sans" w:eastAsia="Liberation Sans"/>
          <w:b/>
          <w:i w:val="0"/>
          <w:color w:val="14243A"/>
          <w:sz w:val="40"/>
        </w:rPr>
        <w:t>Day 2 — City Lights</w:t>
      </w:r>
    </w:p>
    <w:p>
      <w:pPr>
        <w:spacing w:after="140"/>
      </w:pPr>
      <w:r>
        <w:rPr>
          <w:rFonts w:ascii="Liberation Sans" w:hAnsi="Liberation Sans" w:eastAsia="Liberation Sans"/>
          <w:b/>
          <w:i w:val="0"/>
          <w:color w:val="526274"/>
          <w:sz w:val="18"/>
        </w:rPr>
        <w:t>Kids get fed — themed snacks with a 30-second table devotional</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shine for Jesus like a city on a hill. (Matthew 5:14–16)</w:t>
            </w:r>
          </w:p>
        </w:tc>
      </w:tr>
    </w:tbl>
    <w:p>
      <w:pPr>
        <w:spacing w:before="100" w:after="40"/>
        <w:keepNext/>
      </w:pPr>
      <w:r>
        <w:rPr>
          <w:rFonts w:ascii="Liberation Sans" w:hAnsi="Liberation Sans" w:eastAsia="Liberation Sans"/>
          <w:b/>
          <w:i w:val="0"/>
          <w:color w:val="F2B544"/>
          <w:sz w:val="18"/>
        </w:rPr>
        <w:t>GATHER</w:t>
      </w:r>
    </w:p>
    <w:p>
      <w:pPr>
        <w:pStyle w:val="ListBullet"/>
        <w:spacing w:before="0" w:after="40" w:line="250" w:lineRule="auto"/>
      </w:pPr>
      <w:r>
        <w:rPr>
          <w:rFonts w:ascii="Liberation Sans" w:hAnsi="Liberation Sans" w:eastAsia="Liberation Sans"/>
          <w:b w:val="0"/>
          <w:i w:val="0"/>
          <w:color w:val="263342"/>
          <w:sz w:val="18"/>
        </w:rPr>
        <w:t>Pineapple chunks + cheese cubes on pretzel-stick skewers (“city windows”)</w:t>
      </w:r>
    </w:p>
    <w:p>
      <w:pPr>
        <w:pStyle w:val="ListBullet"/>
        <w:spacing w:before="0" w:after="40" w:line="250" w:lineRule="auto"/>
      </w:pPr>
      <w:r>
        <w:rPr>
          <w:rFonts w:ascii="Liberation Sans" w:hAnsi="Liberation Sans" w:eastAsia="Liberation Sans"/>
          <w:b w:val="0"/>
          <w:i w:val="0"/>
          <w:color w:val="263342"/>
          <w:sz w:val="18"/>
        </w:rPr>
        <w:t>Or: mini muffins with yellow frosting dots</w:t>
      </w:r>
    </w:p>
    <w:p>
      <w:pPr>
        <w:pStyle w:val="ListBullet"/>
        <w:spacing w:before="0" w:after="40" w:line="250" w:lineRule="auto"/>
      </w:pPr>
      <w:r>
        <w:rPr>
          <w:rFonts w:ascii="Liberation Sans" w:hAnsi="Liberation Sans" w:eastAsia="Liberation Sans"/>
          <w:b w:val="0"/>
          <w:i w:val="0"/>
          <w:color w:val="263342"/>
          <w:sz w:val="18"/>
        </w:rPr>
        <w:t>Ingredient label cards</w:t>
      </w:r>
    </w:p>
    <w:p>
      <w:pPr>
        <w:spacing w:before="100" w:after="40"/>
        <w:keepNext/>
      </w:pPr>
      <w:r>
        <w:rPr>
          <w:rFonts w:ascii="Liberation Sans" w:hAnsi="Liberation Sans" w:eastAsia="Liberation Sans"/>
          <w:b/>
          <w:i w:val="0"/>
          <w:color w:val="F2B544"/>
          <w:sz w:val="18"/>
        </w:rPr>
        <w:t>SET UP</w:t>
      </w:r>
    </w:p>
    <w:p>
      <w:pPr>
        <w:pStyle w:val="ListBullet"/>
        <w:spacing w:before="0" w:after="40" w:line="250" w:lineRule="auto"/>
      </w:pPr>
      <w:r>
        <w:rPr>
          <w:rFonts w:ascii="Liberation Sans" w:hAnsi="Liberation Sans" w:eastAsia="Liberation Sans"/>
          <w:b w:val="0"/>
          <w:i w:val="0"/>
          <w:color w:val="263342"/>
          <w:sz w:val="18"/>
        </w:rPr>
        <w:t>Pre-skewer for younger band; older band builds their own “city skyline.”</w:t>
      </w:r>
    </w:p>
    <w:p>
      <w:pPr>
        <w:spacing w:before="100" w:after="40"/>
        <w:keepNext/>
      </w:pPr>
      <w:r>
        <w:rPr>
          <w:rFonts w:ascii="Liberation Sans" w:hAnsi="Liberation Sans" w:eastAsia="Liberation Sans"/>
          <w:b/>
          <w:i w:val="0"/>
          <w:color w:val="F2B544"/>
          <w:sz w:val="18"/>
        </w:rPr>
        <w:t>LEAD IT</w:t>
      </w:r>
    </w:p>
    <w:p>
      <w:pPr>
        <w:pStyle w:val="ListBullet"/>
        <w:spacing w:before="0" w:after="40" w:line="250" w:lineRule="auto"/>
      </w:pPr>
      <w:r>
        <w:rPr>
          <w:rFonts w:ascii="Liberation Sans" w:hAnsi="Liberation Sans" w:eastAsia="Liberation Sans"/>
          <w:b w:val="0"/>
          <w:i w:val="0"/>
          <w:color w:val="263342"/>
          <w:sz w:val="18"/>
        </w:rPr>
        <w:t>Hold up a finished skewer: “Tiny windows. Big city. That’s what your light looks like from heaven.”</w:t>
      </w:r>
    </w:p>
    <w:p>
      <w:pPr>
        <w:pStyle w:val="ListBullet"/>
        <w:spacing w:before="0" w:after="40" w:line="250" w:lineRule="auto"/>
      </w:pPr>
      <w:r>
        <w:rPr>
          <w:rFonts w:ascii="Liberation Sans" w:hAnsi="Liberation Sans" w:eastAsia="Liberation Sans"/>
          <w:b w:val="0"/>
          <w:i w:val="0"/>
          <w:color w:val="263342"/>
          <w:sz w:val="18"/>
        </w:rPr>
        <w:t>Kids build, then eat their skyline.</w:t>
      </w:r>
    </w:p>
    <w:p>
      <w:pPr>
        <w:spacing w:before="100" w:after="40"/>
        <w:keepNext/>
      </w:pPr>
      <w:r>
        <w:rPr>
          <w:rFonts w:ascii="Liberation Sans" w:hAnsi="Liberation Sans" w:eastAsia="Liberation Sans"/>
          <w:b/>
          <w:i w:val="0"/>
          <w:color w:val="F2B544"/>
          <w:sz w:val="18"/>
        </w:rPr>
        <w:t>LAND THE TRUTH</w:t>
      </w:r>
    </w:p>
    <w:p>
      <w:pPr>
        <w:pStyle w:val="ListBullet"/>
        <w:spacing w:before="0" w:after="40" w:line="250" w:lineRule="auto"/>
      </w:pPr>
      <w:r>
        <w:rPr>
          <w:rFonts w:ascii="Liberation Sans" w:hAnsi="Liberation Sans" w:eastAsia="Liberation Sans"/>
          <w:b w:val="0"/>
          <w:i w:val="0"/>
          <w:color w:val="263342"/>
          <w:sz w:val="18"/>
        </w:rPr>
        <w:t>Table devotional (30 seconds): “Jesus said you’re the light of the world. Every window lit — that’s every one of you, shining.”</w:t>
      </w:r>
    </w:p>
    <w:p>
      <w:r>
        <w:br w:type="page"/>
      </w:r>
    </w:p>
    <w:p>
      <w:pPr>
        <w:spacing w:after="20"/>
      </w:pPr>
      <w:r>
        <w:rPr>
          <w:rFonts w:ascii="Liberation Sans" w:hAnsi="Liberation Sans" w:eastAsia="Liberation Sans"/>
          <w:b/>
          <w:i w:val="0"/>
          <w:color w:val="F2B544"/>
          <w:sz w:val="17"/>
        </w:rPr>
        <w:t>SNACK (ALTERNATE)</w:t>
      </w:r>
    </w:p>
    <w:p>
      <w:pPr>
        <w:spacing w:after="60"/>
      </w:pPr>
      <w:r>
        <w:rPr>
          <w:rFonts w:ascii="Liberation Sans" w:hAnsi="Liberation Sans" w:eastAsia="Liberation Sans"/>
          <w:b/>
          <w:i w:val="0"/>
          <w:color w:val="14243A"/>
          <w:sz w:val="40"/>
        </w:rPr>
        <w:t>Day 3 — Link Chains</w:t>
      </w:r>
    </w:p>
    <w:p>
      <w:pPr>
        <w:spacing w:after="140"/>
      </w:pPr>
      <w:r>
        <w:rPr>
          <w:rFonts w:ascii="Liberation Sans" w:hAnsi="Liberation Sans" w:eastAsia="Liberation Sans"/>
          <w:b/>
          <w:i w:val="0"/>
          <w:color w:val="526274"/>
          <w:sz w:val="18"/>
        </w:rPr>
        <w:t>Kids get fed — themed snacks with a 30-second table devotional</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Remember This</w:t>
            </w:r>
          </w:p>
          <w:p>
            <w:pPr>
              <w:spacing w:after="0" w:line="252" w:lineRule="auto"/>
            </w:pPr>
            <w:r>
              <w:rPr>
                <w:rFonts w:ascii="Liberation Sans" w:hAnsi="Liberation Sans" w:eastAsia="Liberation Sans"/>
                <w:b w:val="0"/>
                <w:i w:val="0"/>
                <w:color w:val="263342"/>
                <w:sz w:val="18"/>
              </w:rPr>
              <w:t>I stay connected to Jesus. (John 15:5)</w:t>
            </w:r>
          </w:p>
        </w:tc>
      </w:tr>
    </w:tbl>
    <w:p>
      <w:pPr>
        <w:spacing w:before="100" w:after="40"/>
        <w:keepNext/>
      </w:pPr>
      <w:r>
        <w:rPr>
          <w:rFonts w:ascii="Liberation Sans" w:hAnsi="Liberation Sans" w:eastAsia="Liberation Sans"/>
          <w:b/>
          <w:i w:val="0"/>
          <w:color w:val="F2B544"/>
          <w:sz w:val="18"/>
        </w:rPr>
        <w:t>GATHER</w:t>
      </w:r>
    </w:p>
    <w:p>
      <w:pPr>
        <w:pStyle w:val="ListBullet"/>
        <w:spacing w:before="0" w:after="40" w:line="250" w:lineRule="auto"/>
      </w:pPr>
      <w:r>
        <w:rPr>
          <w:rFonts w:ascii="Liberation Sans" w:hAnsi="Liberation Sans" w:eastAsia="Liberation Sans"/>
          <w:b w:val="0"/>
          <w:i w:val="0"/>
          <w:color w:val="263342"/>
          <w:sz w:val="18"/>
        </w:rPr>
        <w:t>Pretzel sticks + large marshmallows (build “links”)</w:t>
      </w:r>
    </w:p>
    <w:p>
      <w:pPr>
        <w:pStyle w:val="ListBullet"/>
        <w:spacing w:before="0" w:after="40" w:line="250" w:lineRule="auto"/>
      </w:pPr>
      <w:r>
        <w:rPr>
          <w:rFonts w:ascii="Liberation Sans" w:hAnsi="Liberation Sans" w:eastAsia="Liberation Sans"/>
          <w:b w:val="0"/>
          <w:i w:val="0"/>
          <w:color w:val="263342"/>
          <w:sz w:val="18"/>
        </w:rPr>
        <w:t>Or: trail mix cups (nut-free)</w:t>
      </w:r>
    </w:p>
    <w:p>
      <w:pPr>
        <w:pStyle w:val="ListBullet"/>
        <w:spacing w:before="0" w:after="40" w:line="250" w:lineRule="auto"/>
      </w:pPr>
      <w:r>
        <w:rPr>
          <w:rFonts w:ascii="Liberation Sans" w:hAnsi="Liberation Sans" w:eastAsia="Liberation Sans"/>
          <w:b w:val="0"/>
          <w:i w:val="0"/>
          <w:color w:val="263342"/>
          <w:sz w:val="18"/>
        </w:rPr>
        <w:t>Ingredient label cards</w:t>
      </w:r>
    </w:p>
    <w:p>
      <w:pPr>
        <w:spacing w:before="100" w:after="40"/>
        <w:keepNext/>
      </w:pPr>
      <w:r>
        <w:rPr>
          <w:rFonts w:ascii="Liberation Sans" w:hAnsi="Liberation Sans" w:eastAsia="Liberation Sans"/>
          <w:b/>
          <w:i w:val="0"/>
          <w:color w:val="F2B544"/>
          <w:sz w:val="18"/>
        </w:rPr>
        <w:t>SET UP</w:t>
      </w:r>
    </w:p>
    <w:p>
      <w:pPr>
        <w:pStyle w:val="ListBullet"/>
        <w:spacing w:before="0" w:after="40" w:line="250" w:lineRule="auto"/>
      </w:pPr>
      <w:r>
        <w:rPr>
          <w:rFonts w:ascii="Liberation Sans" w:hAnsi="Liberation Sans" w:eastAsia="Liberation Sans"/>
          <w:b w:val="0"/>
          <w:i w:val="0"/>
          <w:color w:val="263342"/>
          <w:sz w:val="18"/>
        </w:rPr>
        <w:t>Portion cups ready; younger band gets pre-built chains.</w:t>
      </w:r>
    </w:p>
    <w:p>
      <w:pPr>
        <w:spacing w:before="100" w:after="40"/>
        <w:keepNext/>
      </w:pPr>
      <w:r>
        <w:rPr>
          <w:rFonts w:ascii="Liberation Sans" w:hAnsi="Liberation Sans" w:eastAsia="Liberation Sans"/>
          <w:b/>
          <w:i w:val="0"/>
          <w:color w:val="F2B544"/>
          <w:sz w:val="18"/>
        </w:rPr>
        <w:t>LEAD IT</w:t>
      </w:r>
    </w:p>
    <w:p>
      <w:pPr>
        <w:pStyle w:val="ListBullet"/>
        <w:spacing w:before="0" w:after="40" w:line="250" w:lineRule="auto"/>
      </w:pPr>
      <w:r>
        <w:rPr>
          <w:rFonts w:ascii="Liberation Sans" w:hAnsi="Liberation Sans" w:eastAsia="Liberation Sans"/>
          <w:b w:val="0"/>
          <w:i w:val="0"/>
          <w:color w:val="263342"/>
          <w:sz w:val="18"/>
        </w:rPr>
        <w:t>Kids link pretzel-and-marshmallow chains: “every link connected, or the chain falls apart.”</w:t>
      </w:r>
    </w:p>
    <w:p>
      <w:pPr>
        <w:pStyle w:val="ListBullet"/>
        <w:spacing w:before="0" w:after="40" w:line="250" w:lineRule="auto"/>
      </w:pPr>
      <w:r>
        <w:rPr>
          <w:rFonts w:ascii="Liberation Sans" w:hAnsi="Liberation Sans" w:eastAsia="Liberation Sans"/>
          <w:b w:val="0"/>
          <w:i w:val="0"/>
          <w:color w:val="263342"/>
          <w:sz w:val="18"/>
        </w:rPr>
        <w:t>Eat the chain. (Best theology they’ll ever taste.)</w:t>
      </w:r>
    </w:p>
    <w:p>
      <w:pPr>
        <w:spacing w:before="100" w:after="40"/>
        <w:keepNext/>
      </w:pPr>
      <w:r>
        <w:rPr>
          <w:rFonts w:ascii="Liberation Sans" w:hAnsi="Liberation Sans" w:eastAsia="Liberation Sans"/>
          <w:b/>
          <w:i w:val="0"/>
          <w:color w:val="F2B544"/>
          <w:sz w:val="18"/>
        </w:rPr>
        <w:t>LAND THE TRUTH</w:t>
      </w:r>
    </w:p>
    <w:p>
      <w:pPr>
        <w:pStyle w:val="ListBullet"/>
        <w:spacing w:before="0" w:after="40" w:line="250" w:lineRule="auto"/>
      </w:pPr>
      <w:r>
        <w:rPr>
          <w:rFonts w:ascii="Liberation Sans" w:hAnsi="Liberation Sans" w:eastAsia="Liberation Sans"/>
          <w:b w:val="0"/>
          <w:i w:val="0"/>
          <w:color w:val="263342"/>
          <w:sz w:val="18"/>
        </w:rPr>
        <w:t>Table devotional (30 seconds): “One link alone is just a snack. Linked together — that’s a chain. Stay connected to Jesus, and stay connected to each other.”</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Allergy safety — read this before you serve anything</w:t>
      </w:r>
    </w:p>
    <w:p>
      <w:pPr>
        <w:spacing w:before="0" w:after="100" w:line="259" w:lineRule="auto"/>
      </w:pPr>
      <w:r>
        <w:rPr>
          <w:rFonts w:ascii="Liberation Sans" w:hAnsi="Liberation Sans" w:eastAsia="Liberation Sans"/>
          <w:b/>
          <w:i w:val="0"/>
          <w:color w:val="263342"/>
          <w:sz w:val="19"/>
        </w:rPr>
        <w:t>From 6 to 9 PM, kids need food — and some kids can be seriously hurt by it. This page is non-negotiable.</w:t>
      </w:r>
    </w:p>
    <w:p>
      <w:pPr>
        <w:pStyle w:val="ListBullet"/>
        <w:spacing w:before="0" w:after="40" w:line="250" w:lineRule="auto"/>
      </w:pPr>
      <w:r>
        <w:rPr>
          <w:rFonts w:ascii="Liberation Sans" w:hAnsi="Liberation Sans" w:eastAsia="Liberation Sans"/>
          <w:b w:val="0"/>
          <w:i w:val="0"/>
          <w:color w:val="263342"/>
          <w:sz w:val="18"/>
        </w:rPr>
        <w:t>NUT-FREE DEFAULT: every snack in this pack is nut-free as written. Do not substitute peanut butter or mixed nuts, ever.</w:t>
      </w:r>
    </w:p>
    <w:p>
      <w:pPr>
        <w:pStyle w:val="ListBullet"/>
        <w:spacing w:before="0" w:after="40" w:line="250" w:lineRule="auto"/>
      </w:pPr>
      <w:r>
        <w:rPr>
          <w:rFonts w:ascii="Liberation Sans" w:hAnsi="Liberation Sans" w:eastAsia="Liberation Sans"/>
          <w:b w:val="0"/>
          <w:i w:val="0"/>
          <w:color w:val="263342"/>
          <w:sz w:val="18"/>
        </w:rPr>
        <w:t>ASK AT CHECK-IN: the registration table asks every family about food allergies and flags the child’s nametag. The snack team gets the list before Night 1.</w:t>
      </w:r>
    </w:p>
    <w:p>
      <w:pPr>
        <w:pStyle w:val="ListBullet"/>
        <w:spacing w:before="0" w:after="40" w:line="250" w:lineRule="auto"/>
      </w:pPr>
      <w:r>
        <w:rPr>
          <w:rFonts w:ascii="Liberation Sans" w:hAnsi="Liberation Sans" w:eastAsia="Liberation Sans"/>
          <w:b w:val="0"/>
          <w:i w:val="0"/>
          <w:color w:val="263342"/>
          <w:sz w:val="18"/>
        </w:rPr>
        <w:t>LABEL EVERYTHING: ingredient cards at every serving table, in print big enough to read at arm’s length.</w:t>
      </w:r>
    </w:p>
    <w:p>
      <w:pPr>
        <w:pStyle w:val="ListBullet"/>
        <w:spacing w:before="0" w:after="40" w:line="250" w:lineRule="auto"/>
      </w:pPr>
      <w:r>
        <w:rPr>
          <w:rFonts w:ascii="Liberation Sans" w:hAnsi="Liberation Sans" w:eastAsia="Liberation Sans"/>
          <w:b w:val="0"/>
          <w:i w:val="0"/>
          <w:color w:val="263342"/>
          <w:sz w:val="18"/>
        </w:rPr>
        <w:t>WHEN IN DOUBT, DON’T SERVE: if a volunteer is unsure about an ingredient, the child waits for the team lead — no guessing.</w:t>
      </w:r>
    </w:p>
    <w:p>
      <w:pPr>
        <w:pStyle w:val="ListBullet"/>
        <w:spacing w:before="0" w:after="40" w:line="250" w:lineRule="auto"/>
      </w:pPr>
      <w:r>
        <w:rPr>
          <w:rFonts w:ascii="Liberation Sans" w:hAnsi="Liberation Sans" w:eastAsia="Liberation Sans"/>
          <w:b w:val="0"/>
          <w:i w:val="0"/>
          <w:color w:val="263342"/>
          <w:sz w:val="18"/>
        </w:rPr>
        <w:t>WASH HANDS before every snack, every night. Hand sanitizer at the table is not a substitute when allergies are present.</w:t>
      </w:r>
    </w:p>
    <w:p>
      <w:pPr>
        <w:pStyle w:val="ListBullet"/>
        <w:spacing w:before="0" w:after="40" w:line="250" w:lineRule="auto"/>
      </w:pPr>
      <w:r>
        <w:rPr>
          <w:rFonts w:ascii="Liberation Sans" w:hAnsi="Liberation Sans" w:eastAsia="Liberation Sans"/>
          <w:b w:val="0"/>
          <w:i w:val="0"/>
          <w:color w:val="263342"/>
          <w:sz w:val="18"/>
        </w:rPr>
        <w:t>No homemade mystery food: everything served comes from labeled, store-bought ingredients.</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Volunteer briefing line</w:t>
            </w:r>
          </w:p>
          <w:p>
            <w:pPr>
              <w:spacing w:after="0" w:line="252" w:lineRule="auto"/>
            </w:pPr>
            <w:r>
              <w:rPr>
                <w:rFonts w:ascii="Liberation Sans" w:hAnsi="Liberation Sans" w:eastAsia="Liberation Sans"/>
                <w:b w:val="0"/>
                <w:i w:val="0"/>
                <w:color w:val="263342"/>
                <w:sz w:val="18"/>
              </w:rPr>
              <w:t>Read this out loud to the snack team on Setup Day: “If a child says they can’t have something, believe them instantly. Find the lead. Never argue with an allergy.”</w:t>
            </w:r>
          </w:p>
        </w:tc>
      </w:tr>
    </w:tbl>
    <w:p>
      <w:r>
        <w:br w:type="page"/>
      </w:r>
    </w:p>
    <w:tbl>
      <w:tblPr>
        <w:tblW w:type="auto" w:w="0"/>
        <w:jc w:val="center"/>
        <w:tblLook w:firstColumn="1" w:firstRow="1" w:lastColumn="0" w:lastRow="0" w:noHBand="0" w:noVBand="1" w:val="04A0"/>
      </w:tblPr>
      <w:tblGrid>
        <w:gridCol w:w="10282"/>
      </w:tblGrid>
      <w:tr>
        <w:tc>
          <w:tcPr>
            <w:tcW w:type="dxa" w:w="10282"/>
            <w:shd w:fill="F2B544"/>
            <w:tcMar>
              <w:top w:w="260" w:type="dxa"/>
              <w:start w:w="240" w:type="dxa"/>
              <w:bottom w:w="260" w:type="dxa"/>
              <w:end w:w="240" w:type="dxa"/>
            </w:tcMar>
          </w:tcPr>
          <w:p>
            <w:pPr>
              <w:jc w:val="center"/>
            </w:pPr>
            <w:r>
              <w:rPr>
                <w:rFonts w:ascii="Liberation Sans" w:hAnsi="Liberation Sans" w:eastAsia="Liberation Sans"/>
                <w:b/>
                <w:i w:val="0"/>
                <w:color w:val="FFFFFF"/>
                <w:sz w:val="18"/>
              </w:rPr>
              <w:t>PRINT SHOP</w:t>
            </w:r>
          </w:p>
          <w:p>
            <w:pPr>
              <w:jc w:val="center"/>
            </w:pPr>
            <w:r>
              <w:rPr>
                <w:rFonts w:ascii="Liberation Sans" w:hAnsi="Liberation Sans" w:eastAsia="Liberation Sans"/>
                <w:b/>
                <w:i w:val="0"/>
                <w:color w:val="FFFFFF"/>
                <w:sz w:val="50"/>
              </w:rPr>
              <w:t>Print. Cut. Hang.</w:t>
            </w:r>
          </w:p>
          <w:p>
            <w:pPr>
              <w:jc w:val="center"/>
            </w:pPr>
            <w:r>
              <w:rPr>
                <w:rFonts w:ascii="Liberation Sans" w:hAnsi="Liberation Sans" w:eastAsia="Liberation Sans"/>
                <w:b w:val="0"/>
                <w:i w:val="0"/>
                <w:color w:val="FFFFFF"/>
                <w:sz w:val="20"/>
              </w:rPr>
              <w:t>Big-print pages — print these, don’t redesign them.</w:t>
            </w:r>
          </w:p>
        </w:tc>
      </w:tr>
    </w:tbl>
    <w:p>
      <w:pPr>
        <w:spacing w:before="0" w:after="100" w:line="259" w:lineRule="auto"/>
      </w:pPr>
      <w:r>
        <w:rPr>
          <w:rFonts w:ascii="Liberation Sans" w:hAnsi="Liberation Sans" w:eastAsia="Liberation Sans"/>
          <w:b w:val="0"/>
          <w:i w:val="0"/>
          <w:color w:val="263342"/>
          <w:sz w:val="19"/>
        </w:rPr>
        <w:t>Everything in this section is one printable page: verse cards, schedule strips, team signs, room signs, and the city-building templates. Print on cardstock, cut where marked, hang where shown. No graphic design required.</w:t>
      </w:r>
    </w:p>
    <w:p>
      <w:r>
        <w:br w:type="page"/>
      </w:r>
    </w:p>
    <w:p>
      <w:pPr>
        <w:spacing w:before="0" w:after="40" w:line="259" w:lineRule="auto"/>
      </w:pPr>
      <w:r>
        <w:rPr>
          <w:rFonts w:ascii="Liberation Sans" w:hAnsi="Liberation Sans" w:eastAsia="Liberation Sans"/>
          <w:b w:val="0"/>
          <w:i/>
          <w:color w:val="526274"/>
          <w:sz w:val="17"/>
        </w:rPr>
        <w:t>SCRIPTURE CARD — Night 1. Print on cardstock; hang where every craft table can see it.</w:t>
      </w:r>
    </w:p>
    <w:p>
      <w:pPr>
        <w:spacing w:before="1400" w:after="120"/>
        <w:jc w:val="center"/>
      </w:pPr>
      <w:r>
        <w:rPr>
          <w:rFonts w:ascii="Liberation Sans" w:hAnsi="Liberation Sans" w:eastAsia="Liberation Sans"/>
          <w:b/>
          <w:i w:val="0"/>
          <w:color w:val="086862"/>
          <w:sz w:val="40"/>
        </w:rPr>
        <w:t>DAY 1 — POWER UP</w:t>
      </w:r>
    </w:p>
    <w:p>
      <w:pPr>
        <w:spacing w:before="600" w:after="120"/>
        <w:jc w:val="center"/>
      </w:pPr>
      <w:r>
        <w:rPr>
          <w:rFonts w:ascii="Liberation Sans" w:hAnsi="Liberation Sans" w:eastAsia="Liberation Sans"/>
          <w:b w:val="0"/>
          <w:i w:val="0"/>
          <w:color w:val="14243A"/>
          <w:sz w:val="52"/>
        </w:rPr>
        <w:t>“But you will receive power when the Holy Spirit comes on you; and you will be my witnesses in Jerusalem, and in all Judea and Samaria, and to the ends of the earth.”</w:t>
      </w:r>
    </w:p>
    <w:p>
      <w:pPr>
        <w:spacing w:before="600" w:after="120"/>
        <w:jc w:val="center"/>
      </w:pPr>
      <w:r>
        <w:rPr>
          <w:rFonts w:ascii="Liberation Sans" w:hAnsi="Liberation Sans" w:eastAsia="Liberation Sans"/>
          <w:b/>
          <w:i w:val="0"/>
          <w:color w:val="526274"/>
          <w:sz w:val="40"/>
        </w:rPr>
        <w:t>Acts 1:8 (NIV)</w:t>
      </w:r>
    </w:p>
    <w:p>
      <w:pPr>
        <w:spacing w:before="600" w:after="120"/>
        <w:jc w:val="center"/>
      </w:pPr>
      <w:r>
        <w:rPr>
          <w:rFonts w:ascii="Liberation Sans" w:hAnsi="Liberation Sans" w:eastAsia="Liberation Sans"/>
          <w:b/>
          <w:i w:val="0"/>
          <w:color w:val="E35D5B"/>
          <w:sz w:val="44"/>
        </w:rPr>
        <w:t>Remember This: Jesus gives me power through the Holy Spirit.</w:t>
      </w:r>
    </w:p>
    <w:p>
      <w:r>
        <w:br w:type="page"/>
      </w:r>
    </w:p>
    <w:p>
      <w:pPr>
        <w:spacing w:before="0" w:after="40" w:line="259" w:lineRule="auto"/>
      </w:pPr>
      <w:r>
        <w:rPr>
          <w:rFonts w:ascii="Liberation Sans" w:hAnsi="Liberation Sans" w:eastAsia="Liberation Sans"/>
          <w:b w:val="0"/>
          <w:i/>
          <w:color w:val="526274"/>
          <w:sz w:val="17"/>
        </w:rPr>
        <w:t>SCRIPTURE CARD — Night 2. Print on cardstock; hang where every craft table can see it.</w:t>
      </w:r>
    </w:p>
    <w:p>
      <w:pPr>
        <w:spacing w:before="1400" w:after="120"/>
        <w:jc w:val="center"/>
      </w:pPr>
      <w:r>
        <w:rPr>
          <w:rFonts w:ascii="Liberation Sans" w:hAnsi="Liberation Sans" w:eastAsia="Liberation Sans"/>
          <w:b/>
          <w:i w:val="0"/>
          <w:color w:val="086862"/>
          <w:sz w:val="40"/>
        </w:rPr>
        <w:t>DAY 2 — LIGHT UP</w:t>
      </w:r>
    </w:p>
    <w:p>
      <w:pPr>
        <w:spacing w:before="600" w:after="120"/>
        <w:jc w:val="center"/>
      </w:pPr>
      <w:r>
        <w:rPr>
          <w:rFonts w:ascii="Liberation Sans" w:hAnsi="Liberation Sans" w:eastAsia="Liberation Sans"/>
          <w:b w:val="0"/>
          <w:i w:val="0"/>
          <w:color w:val="14243A"/>
          <w:sz w:val="52"/>
        </w:rPr>
        <w:t>“You are the light of the world. A town built on a hill cannot be hidden. In the same way, let your light shine before others, that they may see your good deeds and glorify your Father in heaven.”</w:t>
      </w:r>
    </w:p>
    <w:p>
      <w:pPr>
        <w:spacing w:before="600" w:after="120"/>
        <w:jc w:val="center"/>
      </w:pPr>
      <w:r>
        <w:rPr>
          <w:rFonts w:ascii="Liberation Sans" w:hAnsi="Liberation Sans" w:eastAsia="Liberation Sans"/>
          <w:b/>
          <w:i w:val="0"/>
          <w:color w:val="526274"/>
          <w:sz w:val="40"/>
        </w:rPr>
        <w:t>Matthew 5:14–16 (NIV)</w:t>
      </w:r>
    </w:p>
    <w:p>
      <w:pPr>
        <w:spacing w:before="600" w:after="120"/>
        <w:jc w:val="center"/>
      </w:pPr>
      <w:r>
        <w:rPr>
          <w:rFonts w:ascii="Liberation Sans" w:hAnsi="Liberation Sans" w:eastAsia="Liberation Sans"/>
          <w:b/>
          <w:i w:val="0"/>
          <w:color w:val="E35D5B"/>
          <w:sz w:val="44"/>
        </w:rPr>
        <w:t>Remember This: I shine for Jesus like a city on a hill.</w:t>
      </w:r>
    </w:p>
    <w:p>
      <w:r>
        <w:br w:type="page"/>
      </w:r>
    </w:p>
    <w:p>
      <w:pPr>
        <w:spacing w:before="0" w:after="40" w:line="259" w:lineRule="auto"/>
      </w:pPr>
      <w:r>
        <w:rPr>
          <w:rFonts w:ascii="Liberation Sans" w:hAnsi="Liberation Sans" w:eastAsia="Liberation Sans"/>
          <w:b w:val="0"/>
          <w:i/>
          <w:color w:val="526274"/>
          <w:sz w:val="17"/>
        </w:rPr>
        <w:t>SCRIPTURE CARD — Night 3. Print on cardstock; hang where every craft table can see it.</w:t>
      </w:r>
    </w:p>
    <w:p>
      <w:pPr>
        <w:spacing w:before="1400" w:after="120"/>
        <w:jc w:val="center"/>
      </w:pPr>
      <w:r>
        <w:rPr>
          <w:rFonts w:ascii="Liberation Sans" w:hAnsi="Liberation Sans" w:eastAsia="Liberation Sans"/>
          <w:b/>
          <w:i w:val="0"/>
          <w:color w:val="086862"/>
          <w:sz w:val="40"/>
        </w:rPr>
        <w:t>DAY 3 — PLUG IN</w:t>
      </w:r>
    </w:p>
    <w:p>
      <w:pPr>
        <w:spacing w:before="600" w:after="120"/>
        <w:jc w:val="center"/>
      </w:pPr>
      <w:r>
        <w:rPr>
          <w:rFonts w:ascii="Liberation Sans" w:hAnsi="Liberation Sans" w:eastAsia="Liberation Sans"/>
          <w:b w:val="0"/>
          <w:i w:val="0"/>
          <w:color w:val="14243A"/>
          <w:sz w:val="52"/>
        </w:rPr>
        <w:t>“I am the vine; you are the branches. If you remain in me and I in you, you will bear much fruit; apart from me you can do nothing.”</w:t>
      </w:r>
    </w:p>
    <w:p>
      <w:pPr>
        <w:spacing w:before="600" w:after="120"/>
        <w:jc w:val="center"/>
      </w:pPr>
      <w:r>
        <w:rPr>
          <w:rFonts w:ascii="Liberation Sans" w:hAnsi="Liberation Sans" w:eastAsia="Liberation Sans"/>
          <w:b/>
          <w:i w:val="0"/>
          <w:color w:val="526274"/>
          <w:sz w:val="40"/>
        </w:rPr>
        <w:t>John 15:5 (NIV)</w:t>
      </w:r>
    </w:p>
    <w:p>
      <w:pPr>
        <w:spacing w:before="600" w:after="120"/>
        <w:jc w:val="center"/>
      </w:pPr>
      <w:r>
        <w:rPr>
          <w:rFonts w:ascii="Liberation Sans" w:hAnsi="Liberation Sans" w:eastAsia="Liberation Sans"/>
          <w:b/>
          <w:i w:val="0"/>
          <w:color w:val="E35D5B"/>
          <w:sz w:val="44"/>
        </w:rPr>
        <w:t>Remember This: I stay connected to Jesus.</w:t>
      </w:r>
    </w:p>
    <w:p>
      <w:r>
        <w:br w:type="page"/>
      </w:r>
    </w:p>
    <w:p>
      <w:pPr>
        <w:spacing w:before="0" w:after="40" w:line="259" w:lineRule="auto"/>
      </w:pPr>
      <w:r>
        <w:rPr>
          <w:rFonts w:ascii="Liberation Sans" w:hAnsi="Liberation Sans" w:eastAsia="Liberation Sans"/>
          <w:b w:val="0"/>
          <w:i/>
          <w:color w:val="526274"/>
          <w:sz w:val="17"/>
        </w:rPr>
        <w:t>PICTURE SCHEDULE — one per homeroom wall. Cut apart; tape in order at kid eye level.</w:t>
      </w:r>
    </w:p>
    <w:p>
      <w:pPr>
        <w:spacing w:before="1400" w:after="120"/>
        <w:jc w:val="center"/>
      </w:pPr>
      <w:r>
        <w:rPr>
          <w:rFonts w:ascii="Liberation Sans" w:hAnsi="Liberation Sans" w:eastAsia="Liberation Sans"/>
          <w:b/>
          <w:i w:val="0"/>
          <w:color w:val="526274"/>
          <w:sz w:val="28"/>
        </w:rPr>
        <w:t>VISUAL SCHEDULE — cut into strips, hang in order</w:t>
      </w:r>
    </w:p>
    <w:p>
      <w:pPr>
        <w:spacing w:before="600" w:after="120"/>
        <w:jc w:val="center"/>
      </w:pPr>
      <w:r>
        <w:rPr>
          <w:rFonts w:ascii="Liberation Sans" w:hAnsi="Liberation Sans" w:eastAsia="Liberation Sans"/>
          <w:b/>
          <w:i w:val="0"/>
          <w:color w:val="14243A"/>
          <w:sz w:val="80"/>
        </w:rPr>
        <w:t>1 — ARRIVAL</w:t>
      </w:r>
    </w:p>
    <w:p>
      <w:pPr>
        <w:spacing w:before="600" w:after="120"/>
        <w:jc w:val="center"/>
      </w:pPr>
      <w:r>
        <w:rPr>
          <w:rFonts w:ascii="Liberation Sans" w:hAnsi="Liberation Sans" w:eastAsia="Liberation Sans"/>
          <w:b/>
          <w:i w:val="0"/>
          <w:color w:val="14243A"/>
          <w:sz w:val="80"/>
        </w:rPr>
        <w:t>2 — MAIN SESSION</w:t>
      </w:r>
    </w:p>
    <w:p>
      <w:pPr>
        <w:spacing w:before="600" w:after="120"/>
        <w:jc w:val="center"/>
      </w:pPr>
      <w:r>
        <w:rPr>
          <w:rFonts w:ascii="Liberation Sans" w:hAnsi="Liberation Sans" w:eastAsia="Liberation Sans"/>
          <w:b/>
          <w:i w:val="0"/>
          <w:color w:val="086862"/>
          <w:sz w:val="80"/>
        </w:rPr>
        <w:t>3 — ROTATION 1</w:t>
      </w:r>
    </w:p>
    <w:p>
      <w:pPr>
        <w:spacing w:before="600" w:after="120"/>
        <w:jc w:val="center"/>
      </w:pPr>
      <w:r>
        <w:rPr>
          <w:rFonts w:ascii="Liberation Sans" w:hAnsi="Liberation Sans" w:eastAsia="Liberation Sans"/>
          <w:b/>
          <w:i w:val="0"/>
          <w:color w:val="086862"/>
          <w:sz w:val="80"/>
        </w:rPr>
        <w:t>4 — ROTATION 2</w:t>
      </w:r>
    </w:p>
    <w:p>
      <w:pPr>
        <w:spacing w:before="600" w:after="120"/>
        <w:jc w:val="center"/>
      </w:pPr>
      <w:r>
        <w:rPr>
          <w:rFonts w:ascii="Liberation Sans" w:hAnsi="Liberation Sans" w:eastAsia="Liberation Sans"/>
          <w:b/>
          <w:i w:val="0"/>
          <w:color w:val="086862"/>
          <w:sz w:val="80"/>
        </w:rPr>
        <w:t>5 — ROTATION 3</w:t>
      </w:r>
    </w:p>
    <w:p>
      <w:pPr>
        <w:spacing w:before="600" w:after="120"/>
        <w:jc w:val="center"/>
      </w:pPr>
      <w:r>
        <w:rPr>
          <w:rFonts w:ascii="Liberation Sans" w:hAnsi="Liberation Sans" w:eastAsia="Liberation Sans"/>
          <w:b/>
          <w:i w:val="0"/>
          <w:color w:val="14243A"/>
          <w:sz w:val="80"/>
        </w:rPr>
        <w:t>6 — HOMEROOM</w:t>
      </w:r>
    </w:p>
    <w:p>
      <w:pPr>
        <w:spacing w:before="600" w:after="120"/>
        <w:jc w:val="center"/>
      </w:pPr>
      <w:r>
        <w:rPr>
          <w:rFonts w:ascii="Liberation Sans" w:hAnsi="Liberation Sans" w:eastAsia="Liberation Sans"/>
          <w:b/>
          <w:i w:val="0"/>
          <w:color w:val="E35D5B"/>
          <w:sz w:val="80"/>
        </w:rPr>
        <w:t>7 — DISMISSAL 8:50–9:00</w:t>
      </w:r>
    </w:p>
    <w:p>
      <w:r>
        <w:br w:type="page"/>
      </w:r>
    </w:p>
    <w:p>
      <w:pPr>
        <w:spacing w:before="0" w:after="40" w:line="259" w:lineRule="auto"/>
      </w:pPr>
      <w:r>
        <w:rPr>
          <w:rFonts w:ascii="Liberation Sans" w:hAnsi="Liberation Sans" w:eastAsia="Liberation Sans"/>
          <w:b w:val="0"/>
          <w:i/>
          <w:color w:val="526274"/>
          <w:sz w:val="17"/>
        </w:rPr>
        <w:t>TEAM SIGN — print on yellow (Sparks) or blue (Currents) cardstock; hang on the homeroom door.</w:t>
      </w:r>
    </w:p>
    <w:p>
      <w:pPr>
        <w:spacing w:before="1400" w:after="120"/>
        <w:jc w:val="center"/>
      </w:pPr>
      <w:r>
        <w:rPr>
          <w:rFonts w:ascii="Liberation Sans" w:hAnsi="Liberation Sans" w:eastAsia="Liberation Sans"/>
          <w:b/>
          <w:i w:val="0"/>
          <w:color w:val="14243A"/>
          <w:sz w:val="168"/>
        </w:rPr>
        <w:t>SPARKS A</w:t>
      </w:r>
    </w:p>
    <w:p>
      <w:pPr>
        <w:spacing w:before="600" w:after="120"/>
        <w:jc w:val="center"/>
      </w:pPr>
      <w:r>
        <w:rPr>
          <w:rFonts w:ascii="Liberation Sans" w:hAnsi="Liberation Sans" w:eastAsia="Liberation Sans"/>
          <w:b/>
          <w:i w:val="0"/>
          <w:color w:val="086862"/>
          <w:sz w:val="44"/>
        </w:rPr>
        <w:t>YOUNGER BAND — VPK–2ND</w:t>
      </w:r>
    </w:p>
    <w:p>
      <w:r>
        <w:br w:type="page"/>
      </w:r>
    </w:p>
    <w:p>
      <w:pPr>
        <w:spacing w:before="0" w:after="40" w:line="259" w:lineRule="auto"/>
      </w:pPr>
      <w:r>
        <w:rPr>
          <w:rFonts w:ascii="Liberation Sans" w:hAnsi="Liberation Sans" w:eastAsia="Liberation Sans"/>
          <w:b w:val="0"/>
          <w:i/>
          <w:color w:val="526274"/>
          <w:sz w:val="17"/>
        </w:rPr>
        <w:t>TEAM SIGN — print on yellow (Sparks) or blue (Currents) cardstock; hang on the homeroom door.</w:t>
      </w:r>
    </w:p>
    <w:p>
      <w:pPr>
        <w:spacing w:before="1400" w:after="120"/>
        <w:jc w:val="center"/>
      </w:pPr>
      <w:r>
        <w:rPr>
          <w:rFonts w:ascii="Liberation Sans" w:hAnsi="Liberation Sans" w:eastAsia="Liberation Sans"/>
          <w:b/>
          <w:i w:val="0"/>
          <w:color w:val="14243A"/>
          <w:sz w:val="168"/>
        </w:rPr>
        <w:t>SPARKS B</w:t>
      </w:r>
    </w:p>
    <w:p>
      <w:pPr>
        <w:spacing w:before="600" w:after="120"/>
        <w:jc w:val="center"/>
      </w:pPr>
      <w:r>
        <w:rPr>
          <w:rFonts w:ascii="Liberation Sans" w:hAnsi="Liberation Sans" w:eastAsia="Liberation Sans"/>
          <w:b/>
          <w:i w:val="0"/>
          <w:color w:val="086862"/>
          <w:sz w:val="44"/>
        </w:rPr>
        <w:t>YOUNGER BAND — VPK–2ND</w:t>
      </w:r>
    </w:p>
    <w:p>
      <w:r>
        <w:br w:type="page"/>
      </w:r>
    </w:p>
    <w:p>
      <w:pPr>
        <w:spacing w:before="0" w:after="40" w:line="259" w:lineRule="auto"/>
      </w:pPr>
      <w:r>
        <w:rPr>
          <w:rFonts w:ascii="Liberation Sans" w:hAnsi="Liberation Sans" w:eastAsia="Liberation Sans"/>
          <w:b w:val="0"/>
          <w:i/>
          <w:color w:val="526274"/>
          <w:sz w:val="17"/>
        </w:rPr>
        <w:t>TEAM SIGN — print on yellow (Sparks) or blue (Currents) cardstock; hang on the homeroom door.</w:t>
      </w:r>
    </w:p>
    <w:p>
      <w:pPr>
        <w:spacing w:before="1400" w:after="120"/>
        <w:jc w:val="center"/>
      </w:pPr>
      <w:r>
        <w:rPr>
          <w:rFonts w:ascii="Liberation Sans" w:hAnsi="Liberation Sans" w:eastAsia="Liberation Sans"/>
          <w:b/>
          <w:i w:val="0"/>
          <w:color w:val="14243A"/>
          <w:sz w:val="168"/>
        </w:rPr>
        <w:t>CURRENTS A</w:t>
      </w:r>
    </w:p>
    <w:p>
      <w:pPr>
        <w:spacing w:before="600" w:after="120"/>
        <w:jc w:val="center"/>
      </w:pPr>
      <w:r>
        <w:rPr>
          <w:rFonts w:ascii="Liberation Sans" w:hAnsi="Liberation Sans" w:eastAsia="Liberation Sans"/>
          <w:b/>
          <w:i w:val="0"/>
          <w:color w:val="086862"/>
          <w:sz w:val="44"/>
        </w:rPr>
        <w:t>OLDER BAND —3RD–5TH</w:t>
      </w:r>
    </w:p>
    <w:p>
      <w:r>
        <w:br w:type="page"/>
      </w:r>
    </w:p>
    <w:p>
      <w:pPr>
        <w:spacing w:before="0" w:after="40" w:line="259" w:lineRule="auto"/>
      </w:pPr>
      <w:r>
        <w:rPr>
          <w:rFonts w:ascii="Liberation Sans" w:hAnsi="Liberation Sans" w:eastAsia="Liberation Sans"/>
          <w:b w:val="0"/>
          <w:i/>
          <w:color w:val="526274"/>
          <w:sz w:val="17"/>
        </w:rPr>
        <w:t>TEAM SIGN — print on yellow (Sparks) or blue (Currents) cardstock; hang on the homeroom door.</w:t>
      </w:r>
    </w:p>
    <w:p>
      <w:pPr>
        <w:spacing w:before="1400" w:after="120"/>
        <w:jc w:val="center"/>
      </w:pPr>
      <w:r>
        <w:rPr>
          <w:rFonts w:ascii="Liberation Sans" w:hAnsi="Liberation Sans" w:eastAsia="Liberation Sans"/>
          <w:b/>
          <w:i w:val="0"/>
          <w:color w:val="14243A"/>
          <w:sz w:val="168"/>
        </w:rPr>
        <w:t>CURRENTS B</w:t>
      </w:r>
    </w:p>
    <w:p>
      <w:pPr>
        <w:spacing w:before="600" w:after="120"/>
        <w:jc w:val="center"/>
      </w:pPr>
      <w:r>
        <w:rPr>
          <w:rFonts w:ascii="Liberation Sans" w:hAnsi="Liberation Sans" w:eastAsia="Liberation Sans"/>
          <w:b/>
          <w:i w:val="0"/>
          <w:color w:val="086862"/>
          <w:sz w:val="44"/>
        </w:rPr>
        <w:t>OLDER BAND —3RD–5TH</w:t>
      </w:r>
    </w:p>
    <w:p>
      <w:r>
        <w:br w:type="page"/>
      </w:r>
    </w:p>
    <w:p>
      <w:pPr>
        <w:spacing w:before="0" w:after="40" w:line="259" w:lineRule="auto"/>
      </w:pPr>
      <w:r>
        <w:rPr>
          <w:rFonts w:ascii="Liberation Sans" w:hAnsi="Liberation Sans" w:eastAsia="Liberation Sans"/>
          <w:b w:val="0"/>
          <w:i/>
          <w:color w:val="526274"/>
          <w:sz w:val="17"/>
        </w:rPr>
        <w:t>ROOM SIGN — hang on the door on Setup Day; leave up all week.</w:t>
      </w:r>
    </w:p>
    <w:p>
      <w:pPr>
        <w:spacing w:before="1400" w:after="120"/>
        <w:jc w:val="center"/>
      </w:pPr>
      <w:r>
        <w:rPr>
          <w:rFonts w:ascii="Liberation Sans" w:hAnsi="Liberation Sans" w:eastAsia="Liberation Sans"/>
          <w:b/>
          <w:i w:val="0"/>
          <w:color w:val="14243A"/>
          <w:sz w:val="128"/>
        </w:rPr>
        <w:t>POWER LAB</w:t>
      </w:r>
    </w:p>
    <w:p>
      <w:pPr>
        <w:spacing w:before="600" w:after="120"/>
        <w:jc w:val="center"/>
      </w:pPr>
      <w:r>
        <w:rPr>
          <w:rFonts w:ascii="Liberation Sans" w:hAnsi="Liberation Sans" w:eastAsia="Liberation Sans"/>
          <w:b/>
          <w:i w:val="0"/>
          <w:color w:val="526274"/>
          <w:sz w:val="40"/>
        </w:rPr>
        <w:t>SCIENCE ROTATION</w:t>
      </w:r>
    </w:p>
    <w:p>
      <w:r>
        <w:br w:type="page"/>
      </w:r>
    </w:p>
    <w:p>
      <w:pPr>
        <w:spacing w:before="0" w:after="40" w:line="259" w:lineRule="auto"/>
      </w:pPr>
      <w:r>
        <w:rPr>
          <w:rFonts w:ascii="Liberation Sans" w:hAnsi="Liberation Sans" w:eastAsia="Liberation Sans"/>
          <w:b w:val="0"/>
          <w:i/>
          <w:color w:val="526274"/>
          <w:sz w:val="17"/>
        </w:rPr>
        <w:t>ROOM SIGN — hang on the door on Setup Day; leave up all week.</w:t>
      </w:r>
    </w:p>
    <w:p>
      <w:pPr>
        <w:spacing w:before="1400" w:after="120"/>
        <w:jc w:val="center"/>
      </w:pPr>
      <w:r>
        <w:rPr>
          <w:rFonts w:ascii="Liberation Sans" w:hAnsi="Liberation Sans" w:eastAsia="Liberation Sans"/>
          <w:b/>
          <w:i w:val="0"/>
          <w:color w:val="14243A"/>
          <w:sz w:val="128"/>
        </w:rPr>
        <w:t>BIBLE STORY THEATER</w:t>
      </w:r>
    </w:p>
    <w:p>
      <w:pPr>
        <w:spacing w:before="600" w:after="120"/>
        <w:jc w:val="center"/>
      </w:pPr>
      <w:r>
        <w:rPr>
          <w:rFonts w:ascii="Liberation Sans" w:hAnsi="Liberation Sans" w:eastAsia="Liberation Sans"/>
          <w:b/>
          <w:i w:val="0"/>
          <w:color w:val="526274"/>
          <w:sz w:val="40"/>
        </w:rPr>
        <w:t>STORY ROTATION</w:t>
      </w:r>
    </w:p>
    <w:p>
      <w:r>
        <w:br w:type="page"/>
      </w:r>
    </w:p>
    <w:p>
      <w:pPr>
        <w:spacing w:before="0" w:after="40" w:line="259" w:lineRule="auto"/>
      </w:pPr>
      <w:r>
        <w:rPr>
          <w:rFonts w:ascii="Liberation Sans" w:hAnsi="Liberation Sans" w:eastAsia="Liberation Sans"/>
          <w:b w:val="0"/>
          <w:i/>
          <w:color w:val="526274"/>
          <w:sz w:val="17"/>
        </w:rPr>
        <w:t>ROOM SIGN — hang on the door on Setup Day; leave up all week.</w:t>
      </w:r>
    </w:p>
    <w:p>
      <w:pPr>
        <w:spacing w:before="1400" w:after="120"/>
        <w:jc w:val="center"/>
      </w:pPr>
      <w:r>
        <w:rPr>
          <w:rFonts w:ascii="Liberation Sans" w:hAnsi="Liberation Sans" w:eastAsia="Liberation Sans"/>
          <w:b/>
          <w:i w:val="0"/>
          <w:color w:val="14243A"/>
          <w:sz w:val="128"/>
        </w:rPr>
        <w:t>ARTS &amp; CRAFTS</w:t>
      </w:r>
    </w:p>
    <w:p>
      <w:pPr>
        <w:spacing w:before="600" w:after="120"/>
        <w:jc w:val="center"/>
      </w:pPr>
      <w:r>
        <w:rPr>
          <w:rFonts w:ascii="Liberation Sans" w:hAnsi="Liberation Sans" w:eastAsia="Liberation Sans"/>
          <w:b/>
          <w:i w:val="0"/>
          <w:color w:val="526274"/>
          <w:sz w:val="40"/>
        </w:rPr>
        <w:t>CITY BUILDERS ROTATION</w:t>
      </w:r>
    </w:p>
    <w:p>
      <w:r>
        <w:br w:type="page"/>
      </w:r>
    </w:p>
    <w:p>
      <w:pPr>
        <w:spacing w:before="0" w:after="40" w:line="259" w:lineRule="auto"/>
      </w:pPr>
      <w:r>
        <w:rPr>
          <w:rFonts w:ascii="Liberation Sans" w:hAnsi="Liberation Sans" w:eastAsia="Liberation Sans"/>
          <w:b w:val="0"/>
          <w:i/>
          <w:color w:val="526274"/>
          <w:sz w:val="17"/>
        </w:rPr>
        <w:t>ROOM SIGN — hang on the door on Setup Day; leave up all week.</w:t>
      </w:r>
    </w:p>
    <w:p>
      <w:pPr>
        <w:spacing w:before="1400" w:after="120"/>
        <w:jc w:val="center"/>
      </w:pPr>
      <w:r>
        <w:rPr>
          <w:rFonts w:ascii="Liberation Sans" w:hAnsi="Liberation Sans" w:eastAsia="Liberation Sans"/>
          <w:b/>
          <w:i w:val="0"/>
          <w:color w:val="14243A"/>
          <w:sz w:val="128"/>
        </w:rPr>
        <w:t>HOMEROOM</w:t>
      </w:r>
    </w:p>
    <w:p>
      <w:pPr>
        <w:spacing w:before="600" w:after="120"/>
        <w:jc w:val="center"/>
      </w:pPr>
      <w:r>
        <w:rPr>
          <w:rFonts w:ascii="Liberation Sans" w:hAnsi="Liberation Sans" w:eastAsia="Liberation Sans"/>
          <w:b/>
          <w:i w:val="0"/>
          <w:color w:val="526274"/>
          <w:sz w:val="40"/>
        </w:rPr>
        <w:t>WRITE YOUR TEAM NAME BELOW — — — —</w:t>
      </w:r>
    </w:p>
    <w:p>
      <w:r>
        <w:br w:type="page"/>
      </w:r>
    </w:p>
    <w:p>
      <w:pPr>
        <w:pStyle w:val="Heading2"/>
        <w:keepNext/>
        <w:spacing w:before="100" w:after="80"/>
      </w:pPr>
      <w:r>
        <w:rPr>
          <w:rFonts w:ascii="Liberation Sans" w:hAnsi="Liberation Sans" w:eastAsia="Liberation Sans"/>
          <w:b/>
          <w:i w:val="0"/>
          <w:color w:val="263342"/>
          <w:sz w:val="26"/>
        </w:rPr>
        <w:t>City-building templates — how to make them</w:t>
      </w:r>
    </w:p>
    <w:p>
      <w:pPr>
        <w:spacing w:before="0" w:after="100" w:line="259" w:lineRule="auto"/>
      </w:pPr>
      <w:r>
        <w:rPr>
          <w:rFonts w:ascii="Liberation Sans" w:hAnsi="Liberation Sans" w:eastAsia="Liberation Sans"/>
          <w:b w:val="0"/>
          <w:i/>
          <w:color w:val="526274"/>
          <w:sz w:val="18"/>
        </w:rPr>
        <w:t>Three simple outlines. A volunteer draws each one on cardstock with a thick marker, cuts a stack, and the kids decorate. No artistic skill required — bold shapes, big lines.</w:t>
      </w:r>
    </w:p>
    <w:tbl>
      <w:tblPr>
        <w:tblW w:type="auto" w:w="0"/>
        <w:jc w:val="center"/>
        <w:tblLayout w:type="fixed"/>
        <w:tblLook w:firstColumn="1" w:firstRow="1" w:lastColumn="0" w:lastRow="0" w:noHBand="0" w:noVBand="1" w:val="04A0"/>
      </w:tblPr>
      <w:tblGrid>
        <w:gridCol w:w="1872"/>
        <w:gridCol w:w="4176"/>
        <w:gridCol w:w="4248"/>
      </w:tblGrid>
      <w:tr>
        <w:tc>
          <w:tcPr>
            <w:tcW w:type="dxa" w:w="3427"/>
            <w:shd w:fill="F2B544"/>
            <w:tcMar>
              <w:top w:w="80" w:type="dxa"/>
              <w:start w:w="100" w:type="dxa"/>
              <w:bottom w:w="80" w:type="dxa"/>
              <w:end w:w="100" w:type="dxa"/>
            </w:tcMar>
          </w:tcPr>
          <w:p>
            <w:r>
              <w:rPr>
                <w:rFonts w:ascii="Liberation Sans" w:hAnsi="Liberation Sans" w:eastAsia="Liberation Sans"/>
                <w:b/>
                <w:i w:val="0"/>
                <w:color w:val="FFFFFF"/>
                <w:sz w:val="17"/>
              </w:rPr>
              <w:t>Template</w:t>
            </w:r>
          </w:p>
        </w:tc>
        <w:tc>
          <w:tcPr>
            <w:tcW w:type="dxa" w:w="3427"/>
            <w:shd w:fill="F2B544"/>
            <w:tcMar>
              <w:top w:w="80" w:type="dxa"/>
              <w:start w:w="100" w:type="dxa"/>
              <w:bottom w:w="80" w:type="dxa"/>
              <w:end w:w="100" w:type="dxa"/>
            </w:tcMar>
          </w:tcPr>
          <w:p>
            <w:r>
              <w:rPr>
                <w:rFonts w:ascii="Liberation Sans" w:hAnsi="Liberation Sans" w:eastAsia="Liberation Sans"/>
                <w:b/>
                <w:i w:val="0"/>
                <w:color w:val="FFFFFF"/>
                <w:sz w:val="17"/>
              </w:rPr>
              <w:t>How to draw it</w:t>
            </w:r>
          </w:p>
        </w:tc>
        <w:tc>
          <w:tcPr>
            <w:tcW w:type="dxa" w:w="3427"/>
            <w:shd w:fill="F2B544"/>
            <w:tcMar>
              <w:top w:w="80" w:type="dxa"/>
              <w:start w:w="100" w:type="dxa"/>
              <w:bottom w:w="80" w:type="dxa"/>
              <w:end w:w="100" w:type="dxa"/>
            </w:tcMar>
          </w:tcPr>
          <w:p>
            <w:r>
              <w:rPr>
                <w:rFonts w:ascii="Liberation Sans" w:hAnsi="Liberation Sans" w:eastAsia="Liberation Sans"/>
                <w:b/>
                <w:i w:val="0"/>
                <w:color w:val="FFFFFF"/>
                <w:sz w:val="17"/>
              </w:rPr>
              <w:t>Kids do</w:t>
            </w:r>
          </w:p>
        </w:tc>
      </w:tr>
      <w:tr>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HOUSE</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 square with a triangle roof, a rectangle door, two square windows. About 6 inches tall.</w:t>
            </w:r>
          </w:p>
        </w:tc>
        <w:tc>
          <w:tcPr>
            <w:tcW w:type="dxa" w:w="42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Draw who lives there; color the windows yellow “ lit”; tape the tea light inside (Day 3).</w:t>
            </w:r>
          </w:p>
        </w:tc>
      </w:tr>
      <w:tr>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LIGHTHOUSE</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 tall trapezoid (wide bottom, narrow top), stripes across, a small rectangle “lamp room” on top.</w:t>
            </w:r>
          </w:p>
        </w:tc>
        <w:tc>
          <w:tcPr>
            <w:tcW w:type="dxa" w:w="42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Stripe it in team colors; wrap the lamp room in yellow cellophane; drop in the tea light (Day 2).</w:t>
            </w:r>
          </w:p>
        </w:tc>
      </w:tr>
      <w:tr>
        <w:tc>
          <w:tcPr>
            <w:tcW w:type="dxa" w:w="187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POWER PLANT</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 wide rectangle with two smokestacks (small rectangles on top) and a lightning bolt on the front.</w:t>
            </w:r>
          </w:p>
        </w:tc>
        <w:tc>
          <w:tcPr>
            <w:tcW w:type="dxa" w:w="42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Foil lightning bolts, tissue-paper flames on the stacks, the night’s verse strip across the front (Day 1).</w:t>
            </w:r>
          </w:p>
        </w:tc>
      </w:tr>
    </w:tbl>
    <w:p>
      <w:pPr>
        <w:pStyle w:val="ListBullet"/>
        <w:spacing w:before="0" w:after="40" w:line="250" w:lineRule="auto"/>
      </w:pPr>
      <w:r>
        <w:rPr>
          <w:rFonts w:ascii="Liberation Sans" w:hAnsi="Liberation Sans" w:eastAsia="Liberation Sans"/>
          <w:b w:val="0"/>
          <w:i w:val="0"/>
          <w:color w:val="263342"/>
          <w:sz w:val="18"/>
        </w:rPr>
        <w:t>DRAW ONCE, TRACE MANY: make one good template of each, then trace the stack. A teen volunteer can cut 30 houses in 20 minutes.</w:t>
      </w:r>
    </w:p>
    <w:p>
      <w:pPr>
        <w:pStyle w:val="ListBullet"/>
        <w:spacing w:before="0" w:after="40" w:line="250" w:lineRule="auto"/>
      </w:pPr>
      <w:r>
        <w:rPr>
          <w:rFonts w:ascii="Liberation Sans" w:hAnsi="Liberation Sans" w:eastAsia="Liberation Sans"/>
          <w:b w:val="0"/>
          <w:i w:val="0"/>
          <w:color w:val="263342"/>
          <w:sz w:val="18"/>
        </w:rPr>
        <w:t>CARDSTOCK, not copy paper — it has to stand up and hold a tea light.</w:t>
      </w:r>
    </w:p>
    <w:p>
      <w:pPr>
        <w:pStyle w:val="ListBullet"/>
        <w:spacing w:before="0" w:after="40" w:line="250" w:lineRule="auto"/>
      </w:pPr>
      <w:r>
        <w:rPr>
          <w:rFonts w:ascii="Liberation Sans" w:hAnsi="Liberation Sans" w:eastAsia="Liberation Sans"/>
          <w:b w:val="0"/>
          <w:i w:val="0"/>
          <w:color w:val="263342"/>
          <w:sz w:val="18"/>
        </w:rPr>
        <w:t>KEEP THE TEMPLATES: file them with this pack. Next year’s team traces the same shapes.</w:t>
      </w:r>
    </w:p>
    <w:p>
      <w:r>
        <w:br w:type="page"/>
      </w:r>
    </w:p>
    <w:tbl>
      <w:tblPr>
        <w:tblW w:type="auto" w:w="0"/>
        <w:jc w:val="center"/>
        <w:tblLook w:firstColumn="1" w:firstRow="1" w:lastColumn="0" w:lastRow="0" w:noHBand="0" w:noVBand="1" w:val="04A0"/>
      </w:tblPr>
      <w:tblGrid>
        <w:gridCol w:w="10282"/>
      </w:tblGrid>
      <w:tr>
        <w:tc>
          <w:tcPr>
            <w:tcW w:type="dxa" w:w="10282"/>
            <w:shd w:fill="F2B544"/>
            <w:tcMar>
              <w:top w:w="260" w:type="dxa"/>
              <w:start w:w="240" w:type="dxa"/>
              <w:bottom w:w="260" w:type="dxa"/>
              <w:end w:w="240" w:type="dxa"/>
            </w:tcMar>
          </w:tcPr>
          <w:p>
            <w:pPr>
              <w:jc w:val="center"/>
            </w:pPr>
            <w:r>
              <w:rPr>
                <w:rFonts w:ascii="Liberation Sans" w:hAnsi="Liberation Sans" w:eastAsia="Liberation Sans"/>
                <w:b/>
                <w:i w:val="0"/>
                <w:color w:val="FFFFFF"/>
                <w:sz w:val="18"/>
              </w:rPr>
              <w:t>POINTS</w:t>
            </w:r>
          </w:p>
          <w:p>
            <w:pPr>
              <w:jc w:val="center"/>
            </w:pPr>
            <w:r>
              <w:rPr>
                <w:rFonts w:ascii="Liberation Sans" w:hAnsi="Liberation Sans" w:eastAsia="Liberation Sans"/>
                <w:b/>
                <w:i w:val="0"/>
                <w:color w:val="FFFFFF"/>
                <w:sz w:val="50"/>
              </w:rPr>
              <w:t>Compete with joy</w:t>
            </w:r>
          </w:p>
          <w:p>
            <w:pPr>
              <w:jc w:val="center"/>
            </w:pPr>
            <w:r>
              <w:rPr>
                <w:rFonts w:ascii="Liberation Sans" w:hAnsi="Liberation Sans" w:eastAsia="Liberation Sans"/>
                <w:b w:val="0"/>
                <w:i w:val="0"/>
                <w:color w:val="FFFFFF"/>
                <w:sz w:val="20"/>
              </w:rPr>
              <w:t>Simple, cheat-proof, and winnable by the youngest team.</w:t>
            </w:r>
          </w:p>
        </w:tc>
      </w:tr>
    </w:tbl>
    <w:p>
      <w:pPr>
        <w:spacing w:before="0" w:after="100" w:line="259" w:lineRule="auto"/>
      </w:pPr>
      <w:r>
        <w:rPr>
          <w:rFonts w:ascii="Liberation Sans" w:hAnsi="Liberation Sans" w:eastAsia="Liberation Sans"/>
          <w:b w:val="0"/>
          <w:i w:val="0"/>
          <w:color w:val="263342"/>
          <w:sz w:val="19"/>
        </w:rPr>
        <w:t>Points are fuel for joy, not a weapon. Every category below is winnable by effort — never by athletic dominance — so the younger band can genuinely win.</w:t>
      </w:r>
    </w:p>
    <w:p>
      <w:pPr>
        <w:pStyle w:val="Heading2"/>
        <w:keepNext/>
        <w:spacing w:before="100" w:after="80"/>
      </w:pPr>
      <w:r>
        <w:rPr>
          <w:rFonts w:ascii="Liberation Sans" w:hAnsi="Liberation Sans" w:eastAsia="Liberation Sans"/>
          <w:b/>
          <w:i w:val="0"/>
          <w:color w:val="263342"/>
          <w:sz w:val="26"/>
        </w:rPr>
        <w:t>How teams earn points</w:t>
      </w:r>
    </w:p>
    <w:tbl>
      <w:tblPr>
        <w:tblW w:type="auto" w:w="0"/>
        <w:jc w:val="center"/>
        <w:tblLayout w:type="fixed"/>
        <w:tblLook w:firstColumn="1" w:firstRow="1" w:lastColumn="0" w:lastRow="0" w:noHBand="0" w:noVBand="1" w:val="04A0"/>
      </w:tblPr>
      <w:tblGrid>
        <w:gridCol w:w="2160"/>
        <w:gridCol w:w="1296"/>
        <w:gridCol w:w="6840"/>
      </w:tblGrid>
      <w:tr>
        <w:tc>
          <w:tcPr>
            <w:tcW w:type="dxa" w:w="3427"/>
            <w:shd w:fill="F2B544"/>
            <w:tcMar>
              <w:top w:w="80" w:type="dxa"/>
              <w:start w:w="100" w:type="dxa"/>
              <w:bottom w:w="80" w:type="dxa"/>
              <w:end w:w="100" w:type="dxa"/>
            </w:tcMar>
          </w:tcPr>
          <w:p>
            <w:r>
              <w:rPr>
                <w:rFonts w:ascii="Liberation Sans" w:hAnsi="Liberation Sans" w:eastAsia="Liberation Sans"/>
                <w:b/>
                <w:i w:val="0"/>
                <w:color w:val="FFFFFF"/>
                <w:sz w:val="17"/>
              </w:rPr>
              <w:t>Category</w:t>
            </w:r>
          </w:p>
        </w:tc>
        <w:tc>
          <w:tcPr>
            <w:tcW w:type="dxa" w:w="3427"/>
            <w:shd w:fill="F2B544"/>
            <w:tcMar>
              <w:top w:w="80" w:type="dxa"/>
              <w:start w:w="100" w:type="dxa"/>
              <w:bottom w:w="80" w:type="dxa"/>
              <w:end w:w="100" w:type="dxa"/>
            </w:tcMar>
          </w:tcPr>
          <w:p>
            <w:r>
              <w:rPr>
                <w:rFonts w:ascii="Liberation Sans" w:hAnsi="Liberation Sans" w:eastAsia="Liberation Sans"/>
                <w:b/>
                <w:i w:val="0"/>
                <w:color w:val="FFFFFF"/>
                <w:sz w:val="17"/>
              </w:rPr>
              <w:t>Points</w:t>
            </w:r>
          </w:p>
        </w:tc>
        <w:tc>
          <w:tcPr>
            <w:tcW w:type="dxa" w:w="3427"/>
            <w:shd w:fill="F2B544"/>
            <w:tcMar>
              <w:top w:w="80" w:type="dxa"/>
              <w:start w:w="100" w:type="dxa"/>
              <w:bottom w:w="80" w:type="dxa"/>
              <w:end w:w="100" w:type="dxa"/>
            </w:tcMar>
          </w:tcPr>
          <w:p>
            <w:r>
              <w:rPr>
                <w:rFonts w:ascii="Liberation Sans" w:hAnsi="Liberation Sans" w:eastAsia="Liberation Sans"/>
                <w:b/>
                <w:i w:val="0"/>
                <w:color w:val="FFFFFF"/>
                <w:sz w:val="17"/>
              </w:rPr>
              <w:t>How</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Attendance</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 / night</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Every child present = 10 for their team. Showing up matters.</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Verse memory</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 each</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Child says the night’s verse (or the Remember This for VPK–K) to their homeroom leader.</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Rotation challenge</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15</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Winning team’s challenge within their age band (craft showcase vote, story quiz, lab prediction, game round).</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Team spirit</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10 / night</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Homeroom leader’s call: best cheer, best cleanup, best encouragement of another team.</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Bring-a-friend</w:t>
            </w:r>
          </w:p>
        </w:tc>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20</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First-time guest = 20 for the inviting team. Guests earn for their own team after Night 1.</w:t>
            </w:r>
          </w:p>
        </w:tc>
      </w:tr>
    </w:tbl>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86862"/>
              <w:bottom w:val="nil"/>
              <w:right w:val="nil"/>
            </w:tcBorders>
          </w:tcPr>
          <w:p>
            <w:pPr>
              <w:spacing w:after="40"/>
            </w:pPr>
            <w:r>
              <w:rPr>
                <w:rFonts w:ascii="Liberation Sans" w:hAnsi="Liberation Sans" w:eastAsia="Liberation Sans"/>
                <w:b/>
                <w:i w:val="0"/>
                <w:color w:val="14243A"/>
                <w:sz w:val="20"/>
              </w:rPr>
              <w:t>Cheat-proofing</w:t>
            </w:r>
          </w:p>
          <w:p>
            <w:pPr>
              <w:spacing w:after="0" w:line="252" w:lineRule="auto"/>
            </w:pPr>
            <w:r>
              <w:rPr>
                <w:rFonts w:ascii="Liberation Sans" w:hAnsi="Liberation Sans" w:eastAsia="Liberation Sans"/>
                <w:b w:val="0"/>
                <w:i w:val="0"/>
                <w:color w:val="263342"/>
                <w:sz w:val="18"/>
              </w:rPr>
              <w:t>Homeroom leaders record points, not rotation leaders. The director holds the master sheet. Announce running totals nightly — transparency kills suspicion.</w:t>
            </w:r>
          </w:p>
        </w:tc>
      </w:tr>
    </w:tbl>
    <w:p>
      <w:pPr>
        <w:pStyle w:val="Heading2"/>
        <w:keepNext/>
        <w:spacing w:before="100" w:after="80"/>
      </w:pPr>
      <w:r>
        <w:rPr>
          <w:rFonts w:ascii="Liberation Sans" w:hAnsi="Liberation Sans" w:eastAsia="Liberation Sans"/>
          <w:b/>
          <w:i w:val="0"/>
          <w:color w:val="263342"/>
          <w:sz w:val="26"/>
        </w:rPr>
        <w:t>Scorekeeping template (print + copy)</w:t>
      </w:r>
    </w:p>
    <w:tbl>
      <w:tblPr>
        <w:tblW w:type="auto" w:w="0"/>
        <w:jc w:val="center"/>
        <w:tblLayout w:type="fixed"/>
        <w:tblLook w:firstColumn="1" w:firstRow="1" w:lastColumn="0" w:lastRow="0" w:noHBand="0" w:noVBand="1" w:val="04A0"/>
      </w:tblPr>
      <w:tblGrid>
        <w:gridCol w:w="2016"/>
        <w:gridCol w:w="2232"/>
        <w:gridCol w:w="2232"/>
        <w:gridCol w:w="2232"/>
        <w:gridCol w:w="1440"/>
        <w:gridCol w:w="1224"/>
      </w:tblGrid>
      <w:tr>
        <w:tc>
          <w:tcPr>
            <w:tcW w:type="dxa" w:w="1714"/>
            <w:shd w:fill="14243A"/>
            <w:tcMar>
              <w:top w:w="80" w:type="dxa"/>
              <w:start w:w="100" w:type="dxa"/>
              <w:bottom w:w="80" w:type="dxa"/>
              <w:end w:w="100" w:type="dxa"/>
            </w:tcMar>
          </w:tcPr>
          <w:p>
            <w:r>
              <w:rPr>
                <w:rFonts w:ascii="Liberation Sans" w:hAnsi="Liberation Sans" w:eastAsia="Liberation Sans"/>
                <w:b/>
                <w:i w:val="0"/>
                <w:color w:val="FFFFFF"/>
                <w:sz w:val="17"/>
              </w:rPr>
              <w:t>Team</w:t>
            </w:r>
          </w:p>
        </w:tc>
        <w:tc>
          <w:tcPr>
            <w:tcW w:type="dxa" w:w="1714"/>
            <w:shd w:fill="14243A"/>
            <w:tcMar>
              <w:top w:w="80" w:type="dxa"/>
              <w:start w:w="100" w:type="dxa"/>
              <w:bottom w:w="80" w:type="dxa"/>
              <w:end w:w="100" w:type="dxa"/>
            </w:tcMar>
          </w:tcPr>
          <w:p>
            <w:r>
              <w:rPr>
                <w:rFonts w:ascii="Liberation Sans" w:hAnsi="Liberation Sans" w:eastAsia="Liberation Sans"/>
                <w:b/>
                <w:i w:val="0"/>
                <w:color w:val="FFFFFF"/>
                <w:sz w:val="17"/>
              </w:rPr>
              <w:t>Day 1: Att / Verse / Chal / Spirit</w:t>
            </w:r>
          </w:p>
        </w:tc>
        <w:tc>
          <w:tcPr>
            <w:tcW w:type="dxa" w:w="1714"/>
            <w:shd w:fill="14243A"/>
            <w:tcMar>
              <w:top w:w="80" w:type="dxa"/>
              <w:start w:w="100" w:type="dxa"/>
              <w:bottom w:w="80" w:type="dxa"/>
              <w:end w:w="100" w:type="dxa"/>
            </w:tcMar>
          </w:tcPr>
          <w:p>
            <w:r>
              <w:rPr>
                <w:rFonts w:ascii="Liberation Sans" w:hAnsi="Liberation Sans" w:eastAsia="Liberation Sans"/>
                <w:b/>
                <w:i w:val="0"/>
                <w:color w:val="FFFFFF"/>
                <w:sz w:val="17"/>
              </w:rPr>
              <w:t>Day 2: Att / Verse / Chal / Spirit</w:t>
            </w:r>
          </w:p>
        </w:tc>
        <w:tc>
          <w:tcPr>
            <w:tcW w:type="dxa" w:w="1714"/>
            <w:shd w:fill="14243A"/>
            <w:tcMar>
              <w:top w:w="80" w:type="dxa"/>
              <w:start w:w="100" w:type="dxa"/>
              <w:bottom w:w="80" w:type="dxa"/>
              <w:end w:w="100" w:type="dxa"/>
            </w:tcMar>
          </w:tcPr>
          <w:p>
            <w:r>
              <w:rPr>
                <w:rFonts w:ascii="Liberation Sans" w:hAnsi="Liberation Sans" w:eastAsia="Liberation Sans"/>
                <w:b/>
                <w:i w:val="0"/>
                <w:color w:val="FFFFFF"/>
                <w:sz w:val="17"/>
              </w:rPr>
              <w:t>Day 3: Att / Verse / Chal / Spirit</w:t>
            </w:r>
          </w:p>
        </w:tc>
        <w:tc>
          <w:tcPr>
            <w:tcW w:type="dxa" w:w="1714"/>
            <w:shd w:fill="14243A"/>
            <w:tcMar>
              <w:top w:w="80" w:type="dxa"/>
              <w:start w:w="100" w:type="dxa"/>
              <w:bottom w:w="80" w:type="dxa"/>
              <w:end w:w="100" w:type="dxa"/>
            </w:tcMar>
          </w:tcPr>
          <w:p>
            <w:r>
              <w:rPr>
                <w:rFonts w:ascii="Liberation Sans" w:hAnsi="Liberation Sans" w:eastAsia="Liberation Sans"/>
                <w:b/>
                <w:i w:val="0"/>
                <w:color w:val="FFFFFF"/>
                <w:sz w:val="17"/>
              </w:rPr>
              <w:t>Friend bonus</w:t>
            </w:r>
          </w:p>
        </w:tc>
        <w:tc>
          <w:tcPr>
            <w:tcW w:type="dxa" w:w="1714"/>
            <w:shd w:fill="14243A"/>
            <w:tcMar>
              <w:top w:w="80" w:type="dxa"/>
              <w:start w:w="100" w:type="dxa"/>
              <w:bottom w:w="80" w:type="dxa"/>
              <w:end w:w="100" w:type="dxa"/>
            </w:tcMar>
          </w:tcPr>
          <w:p>
            <w:r>
              <w:rPr>
                <w:rFonts w:ascii="Liberation Sans" w:hAnsi="Liberation Sans" w:eastAsia="Liberation Sans"/>
                <w:b/>
                <w:i w:val="0"/>
                <w:color w:val="FFFFFF"/>
                <w:sz w:val="17"/>
              </w:rPr>
              <w:t>TOTAL</w:t>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A (Y)</w:t>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Sparks B (Y)</w:t>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A (O)</w:t>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01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Currents B (O)</w:t>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4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bl>
    <w:p>
      <w:pPr>
        <w:spacing w:before="0" w:after="100" w:line="259" w:lineRule="auto"/>
      </w:pPr>
      <w:r>
        <w:rPr>
          <w:rFonts w:ascii="Liberation Sans" w:hAnsi="Liberation Sans" w:eastAsia="Liberation Sans"/>
          <w:b w:val="0"/>
          <w:i/>
          <w:color w:val="526274"/>
          <w:sz w:val="18"/>
        </w:rPr>
        <w:t>Add rows for more teams. Winners announced on Day 4 — one champion per age band.</w:t>
      </w:r>
    </w:p>
    <w:p>
      <w:r>
        <w:br w:type="page"/>
      </w:r>
    </w:p>
    <w:tbl>
      <w:tblPr>
        <w:tblW w:type="auto" w:w="0"/>
        <w:jc w:val="center"/>
        <w:tblLook w:firstColumn="1" w:firstRow="1" w:lastColumn="0" w:lastRow="0" w:noHBand="0" w:noVBand="1" w:val="04A0"/>
      </w:tblPr>
      <w:tblGrid>
        <w:gridCol w:w="10282"/>
      </w:tblGrid>
      <w:tr>
        <w:tc>
          <w:tcPr>
            <w:tcW w:type="dxa" w:w="10282"/>
            <w:shd w:fill="E35D5B"/>
            <w:tcMar>
              <w:top w:w="260" w:type="dxa"/>
              <w:start w:w="240" w:type="dxa"/>
              <w:bottom w:w="260" w:type="dxa"/>
              <w:end w:w="240" w:type="dxa"/>
            </w:tcMar>
          </w:tcPr>
          <w:p>
            <w:pPr>
              <w:jc w:val="center"/>
            </w:pPr>
            <w:r>
              <w:rPr>
                <w:rFonts w:ascii="Liberation Sans" w:hAnsi="Liberation Sans" w:eastAsia="Liberation Sans"/>
                <w:b/>
                <w:i w:val="0"/>
                <w:color w:val="FFFFFF"/>
                <w:sz w:val="18"/>
              </w:rPr>
              <w:t>DAY 4</w:t>
            </w:r>
          </w:p>
          <w:p>
            <w:pPr>
              <w:jc w:val="center"/>
            </w:pPr>
            <w:r>
              <w:rPr>
                <w:rFonts w:ascii="Liberation Sans" w:hAnsi="Liberation Sans" w:eastAsia="Liberation Sans"/>
                <w:b/>
                <w:i w:val="0"/>
                <w:color w:val="FFFFFF"/>
                <w:sz w:val="50"/>
              </w:rPr>
              <w:t>Parent Night: The City Shines</w:t>
            </w:r>
          </w:p>
          <w:p>
            <w:pPr>
              <w:jc w:val="center"/>
            </w:pPr>
            <w:r>
              <w:rPr>
                <w:rFonts w:ascii="Liberation Sans" w:hAnsi="Liberation Sans" w:eastAsia="Liberation Sans"/>
                <w:b w:val="0"/>
                <w:i w:val="0"/>
                <w:color w:val="FFFFFF"/>
                <w:sz w:val="20"/>
              </w:rPr>
              <w:t>The week’s harvest — worship, gospel, awards, and the city tour.</w:t>
            </w:r>
          </w:p>
        </w:tc>
      </w:tr>
    </w:tbl>
    <w:p>
      <w:pPr>
        <w:pStyle w:val="Heading2"/>
        <w:keepNext/>
        <w:spacing w:before="100" w:after="80"/>
      </w:pPr>
      <w:r>
        <w:rPr>
          <w:rFonts w:ascii="Liberation Sans" w:hAnsi="Liberation Sans" w:eastAsia="Liberation Sans"/>
          <w:b/>
          <w:i w:val="0"/>
          <w:color w:val="263342"/>
          <w:sz w:val="26"/>
        </w:rPr>
        <w:t>Venue: the main auditorium</w:t>
      </w:r>
    </w:p>
    <w:p>
      <w:pPr>
        <w:pStyle w:val="ListBullet"/>
        <w:spacing w:before="0" w:after="40" w:line="250" w:lineRule="auto"/>
      </w:pPr>
      <w:r>
        <w:rPr>
          <w:rFonts w:ascii="Liberation Sans" w:hAnsi="Liberation Sans" w:eastAsia="Liberation Sans"/>
          <w:b w:val="0"/>
          <w:i w:val="0"/>
          <w:color w:val="263342"/>
          <w:sz w:val="18"/>
        </w:rPr>
        <w:t>Parent night moves OUT of the kids building and INTO the main auditorium — the big room. Call it the auditorium, not the sanctuary: visiting families should feel like they’re coming to a show, not a service they don’t know the rules for.</w:t>
      </w:r>
    </w:p>
    <w:p>
      <w:pPr>
        <w:pStyle w:val="ListBullet"/>
        <w:spacing w:before="0" w:after="40" w:line="250" w:lineRule="auto"/>
      </w:pPr>
      <w:r>
        <w:rPr>
          <w:rFonts w:ascii="Liberation Sans" w:hAnsi="Liberation Sans" w:eastAsia="Liberation Sans"/>
          <w:b w:val="0"/>
          <w:i w:val="0"/>
          <w:color w:val="263342"/>
          <w:sz w:val="18"/>
        </w:rPr>
        <w:t>This is what we do: the kids ministry has its own building all week, but on Day 4 we partner with the adult church for the big room. It makes the night feel enormous — and it should.</w:t>
      </w:r>
    </w:p>
    <w:p>
      <w:pPr>
        <w:pStyle w:val="Heading2"/>
        <w:keepNext/>
        <w:spacing w:before="100" w:after="80"/>
      </w:pPr>
      <w:r>
        <w:rPr>
          <w:rFonts w:ascii="Liberation Sans" w:hAnsi="Liberation Sans" w:eastAsia="Liberation Sans"/>
          <w:b/>
          <w:i w:val="0"/>
          <w:color w:val="263342"/>
          <w:sz w:val="26"/>
        </w:rPr>
        <w:t>Seating: team sections, families together</w:t>
      </w:r>
    </w:p>
    <w:p>
      <w:pPr>
        <w:pStyle w:val="ListBullet"/>
        <w:spacing w:before="0" w:after="40" w:line="250" w:lineRule="auto"/>
      </w:pPr>
      <w:r>
        <w:rPr>
          <w:rFonts w:ascii="Liberation Sans" w:hAnsi="Liberation Sans" w:eastAsia="Liberation Sans"/>
          <w:b w:val="0"/>
          <w:i w:val="0"/>
          <w:color w:val="263342"/>
          <w:sz w:val="18"/>
        </w:rPr>
        <w:t>Kids sit in their TEAM SECTIONS — Sparks sections together, Currents sections together — but WITH their parents. Families sit together inside their team’s section.</w:t>
      </w:r>
    </w:p>
    <w:p>
      <w:pPr>
        <w:pStyle w:val="ListBullet"/>
        <w:spacing w:before="0" w:after="40" w:line="250" w:lineRule="auto"/>
      </w:pPr>
      <w:r>
        <w:rPr>
          <w:rFonts w:ascii="Liberation Sans" w:hAnsi="Liberation Sans" w:eastAsia="Liberation Sans"/>
          <w:b w:val="0"/>
          <w:i w:val="0"/>
          <w:color w:val="263342"/>
          <w:sz w:val="18"/>
        </w:rPr>
        <w:t>This is the heart of the night: families worshipping TOGETHER, singing KidMin songs together. There is nothing like a whole auditorium of families singing the songs their kids have been singing all week.</w:t>
      </w:r>
    </w:p>
    <w:p>
      <w:pPr>
        <w:pStyle w:val="ListBullet"/>
        <w:spacing w:before="0" w:after="40" w:line="250" w:lineRule="auto"/>
      </w:pPr>
      <w:r>
        <w:rPr>
          <w:rFonts w:ascii="Liberation Sans" w:hAnsi="Liberation Sans" w:eastAsia="Liberation Sans"/>
          <w:b w:val="0"/>
          <w:i w:val="0"/>
          <w:color w:val="263342"/>
          <w:sz w:val="18"/>
        </w:rPr>
        <w:t>Ushers guide families to their team’s section at the doors. Post big team signs at every section entrance — nobody should have to ask where Sparks B sits.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86862"/>
              <w:bottom w:val="nil"/>
              <w:right w:val="nil"/>
            </w:tcBorders>
          </w:tcPr>
          <w:p>
            <w:pPr>
              <w:spacing w:after="40"/>
            </w:pPr>
            <w:r>
              <w:rPr>
                <w:rFonts w:ascii="Liberation Sans" w:hAnsi="Liberation Sans" w:eastAsia="Liberation Sans"/>
                <w:b/>
                <w:i w:val="0"/>
                <w:color w:val="14243A"/>
                <w:sz w:val="20"/>
              </w:rPr>
              <w:t>No check-in on Parent Night</w:t>
            </w:r>
          </w:p>
          <w:p>
            <w:pPr>
              <w:spacing w:after="0" w:line="252" w:lineRule="auto"/>
            </w:pPr>
            <w:r>
              <w:rPr>
                <w:rFonts w:ascii="Liberation Sans" w:hAnsi="Liberation Sans" w:eastAsia="Liberation Sans"/>
                <w:b w:val="0"/>
                <w:i w:val="0"/>
                <w:color w:val="263342"/>
                <w:sz w:val="18"/>
              </w:rPr>
              <w:t>There is NO check-in on parent night. Kids arrive WITH their parents, sit WITH their parents, and stay WITH their parents all night. The responsibility is on the families — that single decision removes an entire layer of logistics from your biggest night. (Children whose families can’t attend stay with their homeroom leader in the team section — see “The parent-night handoff.”)</w:t>
            </w:r>
          </w:p>
        </w:tc>
      </w:tr>
    </w:tbl>
    <w:p>
      <w:pPr>
        <w:spacing w:before="0" w:after="100" w:line="259" w:lineRule="auto"/>
      </w:pPr>
      <w:r>
        <w:rPr>
          <w:rFonts w:ascii="Liberation Sans" w:hAnsi="Liberation Sans" w:eastAsia="Liberation Sans"/>
          <w:b w:val="0"/>
          <w:i/>
          <w:color w:val="526274"/>
          <w:sz w:val="18"/>
        </w:rPr>
        <w:t>No separate auditorium? Use your largest room and keep the same principle: team sections, families together, no check-in.</w:t>
      </w:r>
    </w:p>
    <w:p>
      <w:pPr>
        <w:pStyle w:val="Heading2"/>
        <w:keepNext/>
        <w:spacing w:before="100" w:after="80"/>
      </w:pPr>
      <w:r>
        <w:rPr>
          <w:rFonts w:ascii="Liberation Sans" w:hAnsi="Liberation Sans" w:eastAsia="Liberation Sans"/>
          <w:b/>
          <w:i w:val="0"/>
          <w:color w:val="263342"/>
          <w:sz w:val="26"/>
        </w:rPr>
        <w:t>Service order</w:t>
      </w:r>
    </w:p>
    <w:tbl>
      <w:tblPr>
        <w:tblW w:type="auto" w:w="0"/>
        <w:jc w:val="center"/>
        <w:tblLayout w:type="fixed"/>
        <w:tblLook w:firstColumn="1" w:firstRow="1" w:lastColumn="0" w:lastRow="0" w:noHBand="0" w:noVBand="1" w:val="04A0"/>
      </w:tblPr>
      <w:tblGrid>
        <w:gridCol w:w="1152"/>
        <w:gridCol w:w="2304"/>
        <w:gridCol w:w="6840"/>
      </w:tblGrid>
      <w:tr>
        <w:tc>
          <w:tcPr>
            <w:tcW w:type="dxa" w:w="3427"/>
            <w:shd w:fill="E35D5B"/>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3427"/>
            <w:shd w:fill="E35D5B"/>
            <w:tcMar>
              <w:top w:w="80" w:type="dxa"/>
              <w:start w:w="100" w:type="dxa"/>
              <w:bottom w:w="80" w:type="dxa"/>
              <w:end w:w="100" w:type="dxa"/>
            </w:tcMar>
          </w:tcPr>
          <w:p>
            <w:r>
              <w:rPr>
                <w:rFonts w:ascii="Liberation Sans" w:hAnsi="Liberation Sans" w:eastAsia="Liberation Sans"/>
                <w:b/>
                <w:i w:val="0"/>
                <w:color w:val="FFFFFF"/>
                <w:sz w:val="17"/>
              </w:rPr>
              <w:t>What</w:t>
            </w:r>
          </w:p>
        </w:tc>
        <w:tc>
          <w:tcPr>
            <w:tcW w:type="dxa" w:w="3427"/>
            <w:shd w:fill="E35D5B"/>
            <w:tcMar>
              <w:top w:w="80" w:type="dxa"/>
              <w:start w:w="100" w:type="dxa"/>
              <w:bottom w:w="80" w:type="dxa"/>
              <w:end w:w="100" w:type="dxa"/>
            </w:tcMar>
          </w:tcPr>
          <w:p>
            <w:r>
              <w:rPr>
                <w:rFonts w:ascii="Liberation Sans" w:hAnsi="Liberation Sans" w:eastAsia="Liberation Sans"/>
                <w:b/>
                <w:i w:val="0"/>
                <w:color w:val="FFFFFF"/>
                <w:sz w:val="17"/>
              </w:rPr>
              <w:t>Details</w:t>
            </w:r>
          </w:p>
        </w:tc>
      </w:tr>
      <w:tr>
        <w:tc>
          <w:tcPr>
            <w:tcW w:type="dxa" w:w="11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6:00</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Doors open</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No check-in tonight. Ushers guide each family to their team’s section (Sparks / Currents signs at every entrance). Kids in team colors, sitting with their parents. City display lit in the lobby.</w:t>
            </w:r>
          </w:p>
        </w:tc>
      </w:tr>
      <w:tr>
        <w:tc>
          <w:tcPr>
            <w:tcW w:type="dxa" w:w="11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6:30</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Welcome + winners</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director: 90-second welcome, then WINNERS FIRST — one champion team per age band (Sparks + Currents). Every team called by name, every child cheered, medals + team photo. Winners up front hypes the room: worship, time together, and the celebration let kids forget who lost. Best Summer Ever under the awards.</w:t>
            </w:r>
          </w:p>
        </w:tc>
      </w:tr>
      <w:tr>
        <w:tc>
          <w:tcPr>
            <w:tcW w:type="dxa" w:w="11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6:42</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Plug Into What’s Next</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5th-grade celebration: graduates honored on stage and welcomed into Student Ministry (full plan in its own section).</w:t>
            </w:r>
          </w:p>
        </w:tc>
      </w:tr>
      <w:tr>
        <w:tc>
          <w:tcPr>
            <w:tcW w:type="dxa" w:w="11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6:48</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Kids lead worship</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Go Outside + Church In The Summer. Lyrics on screen; the whole auditorium — families and kids together — on their feet singing.</w:t>
            </w:r>
          </w:p>
        </w:tc>
      </w:tr>
      <w:tr>
        <w:tc>
          <w:tcPr>
            <w:tcW w:type="dxa" w:w="11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7:02</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Week recap</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2-minute photo/video reel. Shout-back: all three Remember This lines, night by night.</w:t>
            </w:r>
          </w:p>
        </w:tc>
      </w:tr>
      <w:tr>
        <w:tc>
          <w:tcPr>
            <w:tcW w:type="dxa" w:w="11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7:08</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Gospel lesson</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Clear and warm (outline below). Invitation to respond — with parents right there.</w:t>
            </w:r>
          </w:p>
        </w:tc>
      </w:tr>
      <w:tr>
        <w:tc>
          <w:tcPr>
            <w:tcW w:type="dxa" w:w="11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7:22</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Closing worship</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See You Sunday — kids sing it OVER their families. House lights low. Leaders pray a blessing over every family. Service ends ~7:30.</w:t>
            </w:r>
          </w:p>
        </w:tc>
      </w:tr>
      <w:tr>
        <w:tc>
          <w:tcPr>
            <w:tcW w:type="dxa" w:w="115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7:30</w:t>
            </w:r>
          </w:p>
        </w:tc>
        <w:tc>
          <w:tcPr>
            <w:tcW w:type="dxa" w:w="23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City tour + carnival</w:t>
            </w:r>
          </w:p>
        </w:tc>
        <w:tc>
          <w:tcPr>
            <w:tcW w:type="dxa" w:w="684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Families tour the Electric City display (kids find THEIR house and show their parents), then spill outside for the optional Family Carnival — food trucks, games, DJ.</w:t>
            </w:r>
          </w:p>
        </w:tc>
      </w:tr>
    </w:tbl>
    <w:p>
      <w:pPr>
        <w:pStyle w:val="Heading2"/>
        <w:keepNext/>
        <w:spacing w:before="100" w:after="80"/>
      </w:pPr>
      <w:r>
        <w:rPr>
          <w:rFonts w:ascii="Liberation Sans" w:hAnsi="Liberation Sans" w:eastAsia="Liberation Sans"/>
          <w:b/>
          <w:i w:val="0"/>
          <w:color w:val="263342"/>
          <w:sz w:val="26"/>
        </w:rPr>
        <w:t>Gospel presentation outline (7 minutes)</w:t>
      </w:r>
    </w:p>
    <w:p>
      <w:pPr>
        <w:pStyle w:val="ListBullet"/>
        <w:spacing w:before="0" w:after="40" w:line="250" w:lineRule="auto"/>
      </w:pPr>
      <w:r>
        <w:rPr>
          <w:rFonts w:ascii="Liberation Sans" w:hAnsi="Liberation Sans" w:eastAsia="Liberation Sans"/>
          <w:b w:val="0"/>
          <w:i w:val="0"/>
          <w:color w:val="263342"/>
          <w:sz w:val="18"/>
        </w:rPr>
        <w:t>HOOK: “All week we built a city that runs on power. Tonight I want to tell you about the power that runs a LIFE.”</w:t>
      </w:r>
    </w:p>
    <w:p>
      <w:pPr>
        <w:pStyle w:val="ListBullet"/>
        <w:spacing w:before="0" w:after="40" w:line="250" w:lineRule="auto"/>
      </w:pPr>
      <w:r>
        <w:rPr>
          <w:rFonts w:ascii="Liberation Sans" w:hAnsi="Liberation Sans" w:eastAsia="Liberation Sans"/>
          <w:b w:val="0"/>
          <w:i w:val="0"/>
          <w:color w:val="263342"/>
          <w:sz w:val="18"/>
        </w:rPr>
        <w:t>GOD LOVES: “God made you, knows your name, and loves you more than anyone ever could.” (John 3:16 — paraphrase for kids.)</w:t>
      </w:r>
    </w:p>
    <w:p>
      <w:pPr>
        <w:pStyle w:val="ListBullet"/>
        <w:spacing w:before="0" w:after="40" w:line="250" w:lineRule="auto"/>
      </w:pPr>
      <w:r>
        <w:rPr>
          <w:rFonts w:ascii="Liberation Sans" w:hAnsi="Liberation Sans" w:eastAsia="Liberation Sans"/>
          <w:b w:val="0"/>
          <w:i w:val="0"/>
          <w:color w:val="263342"/>
          <w:sz w:val="18"/>
        </w:rPr>
        <w:t>SIN SEPARATES: “But we’ve all unplugged — we’ve done wrong things, and that separates us from God. Like a house with no power line: dark.”</w:t>
      </w:r>
    </w:p>
    <w:p>
      <w:pPr>
        <w:pStyle w:val="ListBullet"/>
        <w:spacing w:before="0" w:after="40" w:line="250" w:lineRule="auto"/>
      </w:pPr>
      <w:r>
        <w:rPr>
          <w:rFonts w:ascii="Liberation Sans" w:hAnsi="Liberation Sans" w:eastAsia="Liberation Sans"/>
          <w:b w:val="0"/>
          <w:i w:val="0"/>
          <w:color w:val="263342"/>
          <w:sz w:val="18"/>
        </w:rPr>
        <w:t>JESUS RECONNECTS: “Jesus died and rose again to plug us back into God. He is the way back.”</w:t>
      </w:r>
    </w:p>
    <w:p>
      <w:pPr>
        <w:pStyle w:val="ListBullet"/>
        <w:spacing w:before="0" w:after="40" w:line="250" w:lineRule="auto"/>
      </w:pPr>
      <w:r>
        <w:rPr>
          <w:rFonts w:ascii="Liberation Sans" w:hAnsi="Liberation Sans" w:eastAsia="Liberation Sans"/>
          <w:b w:val="0"/>
          <w:i w:val="0"/>
          <w:color w:val="263342"/>
          <w:sz w:val="18"/>
        </w:rPr>
        <w:t>RESPOND: “If you want to plug your life into Jesus tonight, you can. Pray with me — out loud, right where you are.” Lead a simple prayer.</w:t>
      </w:r>
    </w:p>
    <w:p>
      <w:pPr>
        <w:pStyle w:val="ListBullet"/>
        <w:spacing w:before="0" w:after="40" w:line="250" w:lineRule="auto"/>
      </w:pPr>
      <w:r>
        <w:rPr>
          <w:rFonts w:ascii="Liberation Sans" w:hAnsi="Liberation Sans" w:eastAsia="Liberation Sans"/>
          <w:b w:val="0"/>
          <w:i w:val="0"/>
          <w:color w:val="263342"/>
          <w:sz w:val="18"/>
        </w:rPr>
        <w:t>FOLLOW-UP: “If you prayed that, tell your homeroom leader or your parent tonight — we want to celebrate with you and help you grow.” Connect cards at the door.</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For the kids who already believe</w:t>
            </w:r>
          </w:p>
          <w:p>
            <w:pPr>
              <w:spacing w:after="0" w:line="252" w:lineRule="auto"/>
            </w:pPr>
            <w:r>
              <w:rPr>
                <w:rFonts w:ascii="Liberation Sans" w:hAnsi="Liberation Sans" w:eastAsia="Liberation Sans"/>
                <w:b w:val="0"/>
                <w:i w:val="0"/>
                <w:color w:val="263342"/>
                <w:sz w:val="18"/>
              </w:rPr>
              <w:t>Name them too: “Some of you already follow Jesus — tonight, shine for someone who doesn’t yet. That’s what city lights do.”</w:t>
            </w:r>
          </w:p>
        </w:tc>
      </w:tr>
    </w:tbl>
    <w:p>
      <w:r>
        <w:br w:type="page"/>
      </w:r>
    </w:p>
    <w:tbl>
      <w:tblPr>
        <w:tblW w:type="auto" w:w="0"/>
        <w:jc w:val="center"/>
        <w:tblLook w:firstColumn="1" w:firstRow="1" w:lastColumn="0" w:lastRow="0" w:noHBand="0" w:noVBand="1" w:val="04A0"/>
      </w:tblPr>
      <w:tblGrid>
        <w:gridCol w:w="10282"/>
      </w:tblGrid>
      <w:tr>
        <w:tc>
          <w:tcPr>
            <w:tcW w:type="dxa" w:w="10282"/>
            <w:shd w:fill="E35D5B"/>
            <w:tcMar>
              <w:top w:w="260" w:type="dxa"/>
              <w:start w:w="240" w:type="dxa"/>
              <w:bottom w:w="260" w:type="dxa"/>
              <w:end w:w="240" w:type="dxa"/>
            </w:tcMar>
          </w:tcPr>
          <w:p>
            <w:pPr>
              <w:jc w:val="center"/>
            </w:pPr>
            <w:r>
              <w:rPr>
                <w:rFonts w:ascii="Liberation Sans" w:hAnsi="Liberation Sans" w:eastAsia="Liberation Sans"/>
                <w:b/>
                <w:i w:val="0"/>
                <w:color w:val="FFFFFF"/>
                <w:sz w:val="18"/>
              </w:rPr>
              <w:t>GOSPEL MOMENTS</w:t>
            </w:r>
          </w:p>
          <w:p>
            <w:pPr>
              <w:jc w:val="center"/>
            </w:pPr>
            <w:r>
              <w:rPr>
                <w:rFonts w:ascii="Liberation Sans" w:hAnsi="Liberation Sans" w:eastAsia="Liberation Sans"/>
                <w:b/>
                <w:i w:val="0"/>
                <w:color w:val="FFFFFF"/>
                <w:sz w:val="50"/>
              </w:rPr>
              <w:t>When a child asks about Jesus</w:t>
            </w:r>
          </w:p>
          <w:p>
            <w:pPr>
              <w:jc w:val="center"/>
            </w:pPr>
            <w:r>
              <w:rPr>
                <w:rFonts w:ascii="Liberation Sans" w:hAnsi="Liberation Sans" w:eastAsia="Liberation Sans"/>
                <w:b w:val="0"/>
                <w:i w:val="0"/>
                <w:color w:val="FFFFFF"/>
                <w:sz w:val="20"/>
              </w:rPr>
              <w:t>The conversation after the invitation — unhurried, no pressure.</w:t>
            </w:r>
          </w:p>
        </w:tc>
      </w:tr>
    </w:tbl>
    <w:p>
      <w:pPr>
        <w:spacing w:before="0" w:after="100" w:line="259" w:lineRule="auto"/>
      </w:pPr>
      <w:r>
        <w:rPr>
          <w:rFonts w:ascii="Liberation Sans" w:hAnsi="Liberation Sans" w:eastAsia="Liberation Sans"/>
          <w:b w:val="0"/>
          <w:i w:val="0"/>
          <w:color w:val="263342"/>
          <w:sz w:val="19"/>
        </w:rPr>
        <w:t>The Day 4 gospel presentation ends with an invitation — and then a child tugs your sleeve with a question. That conversation is the most important five minutes of your week. Slow down. This is not a sales close; it is a shepherd moment.</w:t>
      </w:r>
    </w:p>
    <w:p>
      <w:pPr>
        <w:pStyle w:val="Heading2"/>
        <w:keepNext/>
        <w:spacing w:before="100" w:after="80"/>
      </w:pPr>
      <w:r>
        <w:rPr>
          <w:rFonts w:ascii="Liberation Sans" w:hAnsi="Liberation Sans" w:eastAsia="Liberation Sans"/>
          <w:b/>
          <w:i w:val="0"/>
          <w:color w:val="263342"/>
          <w:sz w:val="26"/>
        </w:rPr>
        <w:t>Questions to ask (listen more than you talk)</w:t>
      </w:r>
    </w:p>
    <w:p>
      <w:pPr>
        <w:pStyle w:val="ListBullet"/>
        <w:spacing w:before="0" w:after="40" w:line="250" w:lineRule="auto"/>
      </w:pPr>
      <w:r>
        <w:rPr>
          <w:rFonts w:ascii="Liberation Sans" w:hAnsi="Liberation Sans" w:eastAsia="Liberation Sans"/>
          <w:b w:val="0"/>
          <w:i w:val="0"/>
          <w:color w:val="263342"/>
          <w:sz w:val="18"/>
        </w:rPr>
        <w:t>“What are you thinking about right now?” — start with their words, not your outline.</w:t>
      </w:r>
    </w:p>
    <w:p>
      <w:pPr>
        <w:pStyle w:val="ListBullet"/>
        <w:spacing w:before="0" w:after="40" w:line="250" w:lineRule="auto"/>
      </w:pPr>
      <w:r>
        <w:rPr>
          <w:rFonts w:ascii="Liberation Sans" w:hAnsi="Liberation Sans" w:eastAsia="Liberation Sans"/>
          <w:b w:val="0"/>
          <w:i w:val="0"/>
          <w:color w:val="263342"/>
          <w:sz w:val="18"/>
        </w:rPr>
        <w:t>“What did you hear tonight that stuck with you?” — lets them say the gospel back in kid language.</w:t>
      </w:r>
    </w:p>
    <w:p>
      <w:pPr>
        <w:pStyle w:val="ListBullet"/>
        <w:spacing w:before="0" w:after="40" w:line="250" w:lineRule="auto"/>
      </w:pPr>
      <w:r>
        <w:rPr>
          <w:rFonts w:ascii="Liberation Sans" w:hAnsi="Liberation Sans" w:eastAsia="Liberation Sans"/>
          <w:b w:val="0"/>
          <w:i w:val="0"/>
          <w:color w:val="263342"/>
          <w:sz w:val="18"/>
        </w:rPr>
        <w:t>“Do you want to ask Jesus to be your Savior — is that what you’re feeling?” — a clear, gentle yes-or-no. Never assume.</w:t>
      </w:r>
    </w:p>
    <w:p>
      <w:pPr>
        <w:pStyle w:val="ListBullet"/>
        <w:spacing w:before="0" w:after="40" w:line="250" w:lineRule="auto"/>
      </w:pPr>
      <w:r>
        <w:rPr>
          <w:rFonts w:ascii="Liberation Sans" w:hAnsi="Liberation Sans" w:eastAsia="Liberation Sans"/>
          <w:b w:val="0"/>
          <w:i w:val="0"/>
          <w:color w:val="263342"/>
          <w:sz w:val="18"/>
        </w:rPr>
        <w:t>“What questions do you have before we pray?” — answer simply, then ask if they’re ready.</w:t>
      </w:r>
    </w:p>
    <w:p>
      <w:pPr>
        <w:pStyle w:val="Heading2"/>
        <w:keepNext/>
        <w:spacing w:before="100" w:after="80"/>
      </w:pPr>
      <w:r>
        <w:rPr>
          <w:rFonts w:ascii="Liberation Sans" w:hAnsi="Liberation Sans" w:eastAsia="Liberation Sans"/>
          <w:b/>
          <w:i w:val="0"/>
          <w:color w:val="263342"/>
          <w:sz w:val="26"/>
        </w:rPr>
        <w:t>Age-appropriate explanations</w:t>
      </w:r>
    </w:p>
    <w:tbl>
      <w:tblPr>
        <w:tblW w:type="auto" w:w="0"/>
        <w:jc w:val="center"/>
        <w:tblLayout w:type="fixed"/>
        <w:tblLook w:firstColumn="1" w:firstRow="1" w:lastColumn="0" w:lastRow="0" w:noHBand="0" w:noVBand="1" w:val="04A0"/>
      </w:tblPr>
      <w:tblGrid>
        <w:gridCol w:w="1584"/>
        <w:gridCol w:w="8712"/>
      </w:tblGrid>
      <w:tr>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Age</w:t>
            </w:r>
          </w:p>
        </w:tc>
        <w:tc>
          <w:tcPr>
            <w:tcW w:type="dxa" w:w="5141"/>
            <w:shd w:fill="E35D5B"/>
            <w:tcMar>
              <w:top w:w="80" w:type="dxa"/>
              <w:start w:w="100" w:type="dxa"/>
              <w:bottom w:w="80" w:type="dxa"/>
              <w:end w:w="100" w:type="dxa"/>
            </w:tcMar>
          </w:tcPr>
          <w:p>
            <w:r>
              <w:rPr>
                <w:rFonts w:ascii="Liberation Sans" w:hAnsi="Liberation Sans" w:eastAsia="Liberation Sans"/>
                <w:b/>
                <w:i w:val="0"/>
                <w:color w:val="FFFFFF"/>
                <w:sz w:val="17"/>
              </w:rPr>
              <w:t>How to explain it</w:t>
            </w:r>
          </w:p>
        </w:tc>
      </w:tr>
      <w:tr>
        <w:tc>
          <w:tcPr>
            <w:tcW w:type="dxa" w:w="158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VPK–K</w:t>
            </w:r>
          </w:p>
        </w:tc>
        <w:tc>
          <w:tcPr>
            <w:tcW w:type="dxa" w:w="87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Keep it to three ideas: “Jesus loves you. He died and came back to life for you. You can ask Him to be your forever friend.” Short sentences. If they wander, they’re done — bless them and let them play.</w:t>
            </w:r>
          </w:p>
        </w:tc>
      </w:tr>
      <w:tr>
        <w:tc>
          <w:tcPr>
            <w:tcW w:type="dxa" w:w="158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1st–2nd</w:t>
            </w:r>
          </w:p>
        </w:tc>
        <w:tc>
          <w:tcPr>
            <w:tcW w:type="dxa" w:w="87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Add the “why”: “We all do wrong things — that’s called sin — and it separates us from God. Jesus took our place so we can be close to God again.” One picture per idea; check understanding by asking them to repeat it.</w:t>
            </w:r>
          </w:p>
        </w:tc>
      </w:tr>
      <w:tr>
        <w:tc>
          <w:tcPr>
            <w:tcW w:type="dxa" w:w="158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3rd–5th</w:t>
            </w:r>
          </w:p>
        </w:tc>
        <w:tc>
          <w:tcPr>
            <w:tcW w:type="dxa" w:w="871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They can handle the full arc: God’s love, our sin, Jesus’ death and resurrection, our response — believe, turn, follow. Invite real questions; “I don’t know, let’s find out together” is a great answer.</w:t>
            </w:r>
          </w:p>
        </w:tc>
      </w:tr>
    </w:tbl>
    <w:p>
      <w:pPr>
        <w:pStyle w:val="Heading2"/>
        <w:keepNext/>
        <w:spacing w:before="100" w:after="80"/>
      </w:pPr>
      <w:r>
        <w:rPr>
          <w:rFonts w:ascii="Liberation Sans" w:hAnsi="Liberation Sans" w:eastAsia="Liberation Sans"/>
          <w:b/>
          <w:i w:val="0"/>
          <w:color w:val="263342"/>
          <w:sz w:val="26"/>
        </w:rPr>
        <w:t>How to avoid pressure</w:t>
      </w:r>
    </w:p>
    <w:p>
      <w:pPr>
        <w:pStyle w:val="ListBullet"/>
        <w:spacing w:before="0" w:after="40" w:line="250" w:lineRule="auto"/>
      </w:pPr>
      <w:r>
        <w:rPr>
          <w:rFonts w:ascii="Liberation Sans" w:hAnsi="Liberation Sans" w:eastAsia="Liberation Sans"/>
          <w:b w:val="0"/>
          <w:i w:val="0"/>
          <w:color w:val="263342"/>
          <w:sz w:val="18"/>
        </w:rPr>
        <w:t>NEVER push a prayer. “You don’t have to decide tonight — Jesus isn’t in a hurry, and neither am I” is one of the most gospel things you can say.</w:t>
      </w:r>
    </w:p>
    <w:p>
      <w:pPr>
        <w:pStyle w:val="ListBullet"/>
        <w:spacing w:before="0" w:after="40" w:line="250" w:lineRule="auto"/>
      </w:pPr>
      <w:r>
        <w:rPr>
          <w:rFonts w:ascii="Liberation Sans" w:hAnsi="Liberation Sans" w:eastAsia="Liberation Sans"/>
          <w:b w:val="0"/>
          <w:i w:val="0"/>
          <w:color w:val="263342"/>
          <w:sz w:val="18"/>
        </w:rPr>
        <w:t>Don’t count raised hands out loud, don’t single kids out, and don’t re-invite “just in case you didn’t mean it.” One clear invitation; then personal conversations.</w:t>
      </w:r>
    </w:p>
    <w:p>
      <w:pPr>
        <w:pStyle w:val="ListBullet"/>
        <w:spacing w:before="0" w:after="40" w:line="250" w:lineRule="auto"/>
      </w:pPr>
      <w:r>
        <w:rPr>
          <w:rFonts w:ascii="Liberation Sans" w:hAnsi="Liberation Sans" w:eastAsia="Liberation Sans"/>
          <w:b w:val="0"/>
          <w:i w:val="0"/>
          <w:color w:val="263342"/>
          <w:sz w:val="18"/>
        </w:rPr>
        <w:t>If a child prays, let THEM pray — in their own words, even if it’s six words long. You can gently guide (“tell Jesus you’re sorry, thank Him, ask Him in”), but their voice matters more than your script.</w:t>
      </w:r>
    </w:p>
    <w:p>
      <w:pPr>
        <w:pStyle w:val="ListBullet"/>
        <w:spacing w:before="0" w:after="40" w:line="250" w:lineRule="auto"/>
      </w:pPr>
      <w:r>
        <w:rPr>
          <w:rFonts w:ascii="Liberation Sans" w:hAnsi="Liberation Sans" w:eastAsia="Liberation Sans"/>
          <w:b w:val="0"/>
          <w:i w:val="0"/>
          <w:color w:val="263342"/>
          <w:sz w:val="18"/>
        </w:rPr>
        <w:t>A child who says “not tonight” had a win too — they thought seriously about Jesus. Celebrate the thinking.</w:t>
      </w:r>
    </w:p>
    <w:p>
      <w:pPr>
        <w:pStyle w:val="Heading2"/>
        <w:keepNext/>
        <w:spacing w:before="100" w:after="80"/>
      </w:pPr>
      <w:r>
        <w:rPr>
          <w:rFonts w:ascii="Liberation Sans" w:hAnsi="Liberation Sans" w:eastAsia="Liberation Sans"/>
          <w:b/>
          <w:i w:val="0"/>
          <w:color w:val="263342"/>
          <w:sz w:val="26"/>
        </w:rPr>
        <w:t>Involve the parents</w:t>
      </w:r>
    </w:p>
    <w:p>
      <w:pPr>
        <w:pStyle w:val="ListBullet"/>
        <w:spacing w:before="0" w:after="40" w:line="250" w:lineRule="auto"/>
      </w:pPr>
      <w:r>
        <w:rPr>
          <w:rFonts w:ascii="Liberation Sans" w:hAnsi="Liberation Sans" w:eastAsia="Liberation Sans"/>
          <w:b w:val="0"/>
          <w:i w:val="0"/>
          <w:color w:val="263342"/>
          <w:sz w:val="18"/>
        </w:rPr>
        <w:t>DAY 4, PARENTS ARE IN THE ROOM: invite the parent into the conversation — “Mom, your daughter just asked about following Jesus. Can we talk about it together?” A family decision made together sticks.</w:t>
      </w:r>
    </w:p>
    <w:p>
      <w:pPr>
        <w:pStyle w:val="ListBullet"/>
        <w:spacing w:before="0" w:after="40" w:line="250" w:lineRule="auto"/>
      </w:pPr>
      <w:r>
        <w:rPr>
          <w:rFonts w:ascii="Liberation Sans" w:hAnsi="Liberation Sans" w:eastAsia="Liberation Sans"/>
          <w:b w:val="0"/>
          <w:i w:val="0"/>
          <w:color w:val="263342"/>
          <w:sz w:val="18"/>
        </w:rPr>
        <w:t>If the parent isn’t a believer, be warm, not weird: “Here’s what your child heard tonight, and here’s what they’re asking. I’d love for you to be part of this.” Hand them the take-home card.</w:t>
      </w:r>
    </w:p>
    <w:p>
      <w:pPr>
        <w:pStyle w:val="ListBullet"/>
        <w:spacing w:before="0" w:after="40" w:line="250" w:lineRule="auto"/>
      </w:pPr>
      <w:r>
        <w:rPr>
          <w:rFonts w:ascii="Liberation Sans" w:hAnsi="Liberation Sans" w:eastAsia="Liberation Sans"/>
          <w:b w:val="0"/>
          <w:i w:val="0"/>
          <w:color w:val="263342"/>
          <w:sz w:val="18"/>
        </w:rPr>
        <w:t>DAYS 1–3: if a child responds mid-week, tell the parent at pickup that night — same day, no surprises. “Your son asked some big questions about Jesus tonight. Here’s what we talked about.”</w:t>
      </w:r>
    </w:p>
    <w:p>
      <w:pPr>
        <w:pStyle w:val="Heading2"/>
        <w:keepNext/>
        <w:spacing w:before="100" w:after="80"/>
      </w:pPr>
      <w:r>
        <w:rPr>
          <w:rFonts w:ascii="Liberation Sans" w:hAnsi="Liberation Sans" w:eastAsia="Liberation Sans"/>
          <w:b/>
          <w:i w:val="0"/>
          <w:color w:val="263342"/>
          <w:sz w:val="26"/>
        </w:rPr>
        <w:t>Follow up next week</w:t>
      </w:r>
    </w:p>
    <w:p>
      <w:pPr>
        <w:pStyle w:val="ListBullet"/>
        <w:spacing w:before="0" w:after="40" w:line="250" w:lineRule="auto"/>
      </w:pPr>
      <w:r>
        <w:rPr>
          <w:rFonts w:ascii="Liberation Sans" w:hAnsi="Liberation Sans" w:eastAsia="Liberation Sans"/>
          <w:b w:val="0"/>
          <w:i w:val="0"/>
          <w:color w:val="263342"/>
          <w:sz w:val="18"/>
        </w:rPr>
        <w:t>Every child who responds gets ONE assigned follow-up owner — usually their homeroom leader. Name written down on Parent Night (Day 4), not “someone should.”</w:t>
      </w:r>
    </w:p>
    <w:p>
      <w:pPr>
        <w:pStyle w:val="ListBullet"/>
        <w:spacing w:before="0" w:after="40" w:line="250" w:lineRule="auto"/>
      </w:pPr>
      <w:r>
        <w:rPr>
          <w:rFonts w:ascii="Liberation Sans" w:hAnsi="Liberation Sans" w:eastAsia="Liberation Sans"/>
          <w:b w:val="0"/>
          <w:i w:val="0"/>
          <w:color w:val="263342"/>
          <w:sz w:val="18"/>
        </w:rPr>
        <w:t>Within 7 days: a call or text to the parent (“How’s [name] doing after Day 4? Any questions come up at home?”) and a personal invite to Sunday.</w:t>
      </w:r>
    </w:p>
    <w:p>
      <w:pPr>
        <w:pStyle w:val="ListBullet"/>
        <w:spacing w:before="0" w:after="40" w:line="250" w:lineRule="auto"/>
      </w:pPr>
      <w:r>
        <w:rPr>
          <w:rFonts w:ascii="Liberation Sans" w:hAnsi="Liberation Sans" w:eastAsia="Liberation Sans"/>
          <w:b w:val="0"/>
          <w:i w:val="0"/>
          <w:color w:val="263342"/>
          <w:sz w:val="18"/>
        </w:rPr>
        <w:t>Connect them to what’s next: your regular kids’ ministry, a new-believers booklet, baptism class when your church is ready.</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Make it yours theologically</w:t>
            </w:r>
          </w:p>
          <w:p>
            <w:pPr>
              <w:spacing w:after="0" w:line="252" w:lineRule="auto"/>
            </w:pPr>
            <w:r>
              <w:rPr>
                <w:rFonts w:ascii="Liberation Sans" w:hAnsi="Liberation Sans" w:eastAsia="Liberation Sans"/>
                <w:b w:val="0"/>
                <w:i w:val="0"/>
                <w:color w:val="263342"/>
                <w:sz w:val="18"/>
              </w:rPr>
              <w:t>This guide is written broadly evangelical: sin separates, Jesus reconnects, respond by faith. Your church may frame assurance, baptism, or membership differently — adapt the language to your doctrine and ministry practices. The non-negotiables: no pressure, parents involved, follow-up assigned.</w:t>
            </w:r>
          </w:p>
        </w:tc>
      </w:tr>
    </w:tbl>
    <w:p>
      <w:r>
        <w:br w:type="page"/>
      </w:r>
    </w:p>
    <w:tbl>
      <w:tblPr>
        <w:tblW w:type="auto" w:w="0"/>
        <w:jc w:val="center"/>
        <w:tblLook w:firstColumn="1" w:firstRow="1" w:lastColumn="0" w:lastRow="0" w:noHBand="0" w:noVBand="1" w:val="04A0"/>
      </w:tblPr>
      <w:tblGrid>
        <w:gridCol w:w="10282"/>
      </w:tblGrid>
      <w:tr>
        <w:tc>
          <w:tcPr>
            <w:tcW w:type="dxa" w:w="10282"/>
            <w:shd w:fill="E35D5B"/>
            <w:tcMar>
              <w:top w:w="260" w:type="dxa"/>
              <w:start w:w="240" w:type="dxa"/>
              <w:bottom w:w="260" w:type="dxa"/>
              <w:end w:w="240" w:type="dxa"/>
            </w:tcMar>
          </w:tcPr>
          <w:p>
            <w:pPr>
              <w:jc w:val="center"/>
            </w:pPr>
            <w:r>
              <w:rPr>
                <w:rFonts w:ascii="Liberation Sans" w:hAnsi="Liberation Sans" w:eastAsia="Liberation Sans"/>
                <w:b/>
                <w:i w:val="0"/>
                <w:color w:val="FFFFFF"/>
                <w:sz w:val="18"/>
              </w:rPr>
              <w:t>DAY 4</w:t>
            </w:r>
          </w:p>
          <w:p>
            <w:pPr>
              <w:jc w:val="center"/>
            </w:pPr>
            <w:r>
              <w:rPr>
                <w:rFonts w:ascii="Liberation Sans" w:hAnsi="Liberation Sans" w:eastAsia="Liberation Sans"/>
                <w:b/>
                <w:i w:val="0"/>
                <w:color w:val="FFFFFF"/>
                <w:sz w:val="50"/>
              </w:rPr>
              <w:t>The parent-night handoff</w:t>
            </w:r>
          </w:p>
          <w:p>
            <w:pPr>
              <w:jc w:val="center"/>
            </w:pPr>
            <w:r>
              <w:rPr>
                <w:rFonts w:ascii="Liberation Sans" w:hAnsi="Liberation Sans" w:eastAsia="Liberation Sans"/>
                <w:b w:val="0"/>
                <w:i w:val="0"/>
                <w:color w:val="FFFFFF"/>
                <w:sz w:val="20"/>
              </w:rPr>
              <w:t>Why Day 4 has no handoff — and the one exception.</w:t>
            </w:r>
          </w:p>
        </w:tc>
      </w:tr>
    </w:tbl>
    <w:p>
      <w:pPr>
        <w:spacing w:before="0" w:after="100" w:line="259" w:lineRule="auto"/>
      </w:pPr>
      <w:r>
        <w:rPr>
          <w:rFonts w:ascii="Liberation Sans" w:hAnsi="Liberation Sans" w:eastAsia="Liberation Sans"/>
          <w:b w:val="0"/>
          <w:i w:val="0"/>
          <w:color w:val="263342"/>
          <w:sz w:val="19"/>
        </w:rPr>
        <w:t>Parent night is the one night there is NO supervision transfer — because there is no check-in. Kids arrive with their families, sit with their families in the team sections, and stay with their families through the service, the awards, and the city tour. The responsibility is on the families, all night.</w:t>
      </w:r>
    </w:p>
    <w:p>
      <w:pPr>
        <w:pStyle w:val="Heading2"/>
        <w:keepNext/>
        <w:spacing w:before="100" w:after="80"/>
      </w:pPr>
      <w:r>
        <w:rPr>
          <w:rFonts w:ascii="Liberation Sans" w:hAnsi="Liberation Sans" w:eastAsia="Liberation Sans"/>
          <w:b/>
          <w:i w:val="0"/>
          <w:color w:val="263342"/>
          <w:sz w:val="26"/>
        </w:rPr>
        <w:t>The one exception: a child whose family can’t attend</w:t>
      </w:r>
    </w:p>
    <w:p>
      <w:pPr>
        <w:pStyle w:val="ListBullet"/>
        <w:spacing w:before="0" w:after="40" w:line="250" w:lineRule="auto"/>
      </w:pPr>
      <w:r>
        <w:rPr>
          <w:rFonts w:ascii="Liberation Sans" w:hAnsi="Liberation Sans" w:eastAsia="Liberation Sans"/>
          <w:b w:val="0"/>
          <w:i w:val="0"/>
          <w:color w:val="263342"/>
          <w:sz w:val="18"/>
        </w:rPr>
        <w:t>The child sits WITH their homeroom leader in the team section for the whole evening — service, awards, and the city tour (they tour with the team, not alone).</w:t>
      </w:r>
    </w:p>
    <w:p>
      <w:pPr>
        <w:pStyle w:val="ListBullet"/>
        <w:spacing w:before="0" w:after="40" w:line="250" w:lineRule="auto"/>
      </w:pPr>
      <w:r>
        <w:rPr>
          <w:rFonts w:ascii="Liberation Sans" w:hAnsi="Liberation Sans" w:eastAsia="Liberation Sans"/>
          <w:b w:val="0"/>
          <w:i w:val="0"/>
          <w:color w:val="263342"/>
          <w:sz w:val="18"/>
        </w:rPr>
        <w:t>The homeroom leader owns that child until the authorized adult picks up: after the tour, the normal Day 4 dismissal runs for these children — matching pickup tag verified by the dismissal lead at the lobby point.</w:t>
      </w:r>
    </w:p>
    <w:p>
      <w:pPr>
        <w:pStyle w:val="ListBullet"/>
        <w:spacing w:before="0" w:after="40" w:line="250" w:lineRule="auto"/>
      </w:pPr>
      <w:r>
        <w:rPr>
          <w:rFonts w:ascii="Liberation Sans" w:hAnsi="Liberation Sans" w:eastAsia="Liberation Sans"/>
          <w:b w:val="0"/>
          <w:i w:val="0"/>
          <w:color w:val="263342"/>
          <w:sz w:val="18"/>
        </w:rPr>
        <w:t>Homeroom leaders: no child is ever handed to an older sibling’s friend, a neighbor, or “someone from church” without the authorized-pickup verification. Day 4 is not an exception.</w:t>
      </w:r>
    </w:p>
    <w:p>
      <w:pPr>
        <w:pStyle w:val="Heading2"/>
        <w:keepNext/>
        <w:spacing w:before="100" w:after="80"/>
      </w:pPr>
      <w:r>
        <w:rPr>
          <w:rFonts w:ascii="Liberation Sans" w:hAnsi="Liberation Sans" w:eastAsia="Liberation Sans"/>
          <w:b/>
          <w:i w:val="0"/>
          <w:color w:val="263342"/>
          <w:sz w:val="26"/>
        </w:rPr>
        <w:t>The city display + crafts</w:t>
      </w:r>
    </w:p>
    <w:p>
      <w:pPr>
        <w:pStyle w:val="ListBullet"/>
        <w:spacing w:before="0" w:after="40" w:line="250" w:lineRule="auto"/>
      </w:pPr>
      <w:r>
        <w:rPr>
          <w:rFonts w:ascii="Liberation Sans" w:hAnsi="Liberation Sans" w:eastAsia="Liberation Sans"/>
          <w:b w:val="0"/>
          <w:i w:val="0"/>
          <w:color w:val="263342"/>
          <w:sz w:val="18"/>
        </w:rPr>
        <w:t>THE CITY STAYS ASSEMBLED through the family tour — that’s the whole point of Day 4. Kids find THEIR house and show their parents.</w:t>
      </w:r>
    </w:p>
    <w:p>
      <w:pPr>
        <w:pStyle w:val="ListBullet"/>
        <w:spacing w:before="0" w:after="40" w:line="250" w:lineRule="auto"/>
      </w:pPr>
      <w:r>
        <w:rPr>
          <w:rFonts w:ascii="Liberation Sans" w:hAnsi="Liberation Sans" w:eastAsia="Liberation Sans"/>
          <w:b w:val="0"/>
          <w:i w:val="0"/>
          <w:color w:val="263342"/>
          <w:sz w:val="18"/>
        </w:rPr>
        <w:t>CRAFTS GO HOME ON DAY 4: after the tour, each child carries home their house, lighthouse, and power-plant piece. (Put names on everything on Day 3 — future you says thanks.)</w:t>
      </w:r>
    </w:p>
    <w:p>
      <w:pPr>
        <w:pStyle w:val="ListBullet"/>
        <w:spacing w:before="0" w:after="40" w:line="250" w:lineRule="auto"/>
      </w:pPr>
      <w:r>
        <w:rPr>
          <w:rFonts w:ascii="Liberation Sans" w:hAnsi="Liberation Sans" w:eastAsia="Liberation Sans"/>
          <w:b w:val="0"/>
          <w:i w:val="0"/>
          <w:color w:val="263342"/>
          <w:sz w:val="18"/>
        </w:rPr>
        <w:t>TEARDOWN: after families leave, the teardown crew dismantles the display, returns borrowed items, and resets every room. Nothing is dismantled while families are still touring.</w:t>
      </w:r>
    </w:p>
    <w:p>
      <w:r>
        <w:br w:type="page"/>
      </w:r>
    </w:p>
    <w:tbl>
      <w:tblPr>
        <w:tblW w:type="auto" w:w="0"/>
        <w:jc w:val="center"/>
        <w:tblLook w:firstColumn="1" w:firstRow="1" w:lastColumn="0" w:lastRow="0" w:noHBand="0" w:noVBand="1" w:val="04A0"/>
      </w:tblPr>
      <w:tblGrid>
        <w:gridCol w:w="10282"/>
      </w:tblGrid>
      <w:tr>
        <w:tc>
          <w:tcPr>
            <w:tcW w:type="dxa" w:w="10282"/>
            <w:shd w:fill="F2B544"/>
            <w:tcMar>
              <w:top w:w="260" w:type="dxa"/>
              <w:start w:w="240" w:type="dxa"/>
              <w:bottom w:w="260" w:type="dxa"/>
              <w:end w:w="240" w:type="dxa"/>
            </w:tcMar>
          </w:tcPr>
          <w:p>
            <w:pPr>
              <w:jc w:val="center"/>
            </w:pPr>
            <w:r>
              <w:rPr>
                <w:rFonts w:ascii="Liberation Sans" w:hAnsi="Liberation Sans" w:eastAsia="Liberation Sans"/>
                <w:b/>
                <w:i w:val="0"/>
                <w:color w:val="FFFFFF"/>
                <w:sz w:val="18"/>
              </w:rPr>
              <w:t>PLUG INTO WHAT’S NEXT</w:t>
            </w:r>
          </w:p>
          <w:p>
            <w:pPr>
              <w:jc w:val="center"/>
            </w:pPr>
            <w:r>
              <w:rPr>
                <w:rFonts w:ascii="Liberation Sans" w:hAnsi="Liberation Sans" w:eastAsia="Liberation Sans"/>
                <w:b/>
                <w:i w:val="0"/>
                <w:color w:val="FFFFFF"/>
                <w:sz w:val="50"/>
              </w:rPr>
              <w:t>Celebrating our 5th graders</w:t>
            </w:r>
          </w:p>
          <w:p>
            <w:pPr>
              <w:jc w:val="center"/>
            </w:pPr>
            <w:r>
              <w:rPr>
                <w:rFonts w:ascii="Liberation Sans" w:hAnsi="Liberation Sans" w:eastAsia="Liberation Sans"/>
                <w:b w:val="0"/>
                <w:i w:val="0"/>
                <w:color w:val="FFFFFF"/>
                <w:sz w:val="20"/>
              </w:rPr>
              <w:t>An intentional goodbye to kids ministry — and a running start into Student Ministry.</w:t>
            </w:r>
          </w:p>
        </w:tc>
      </w:tr>
    </w:tbl>
    <w:p>
      <w:pPr>
        <w:spacing w:before="0" w:after="100" w:line="259" w:lineRule="auto"/>
      </w:pPr>
      <w:r>
        <w:rPr>
          <w:rFonts w:ascii="Liberation Sans" w:hAnsi="Liberation Sans" w:eastAsia="Liberation Sans"/>
          <w:b w:val="0"/>
          <w:i w:val="0"/>
          <w:color w:val="263342"/>
          <w:sz w:val="19"/>
        </w:rPr>
        <w:t>Fifth grade is the last stop in kids ministry, and most churches let it pass quietly. Don’t. Give your graduates a moment on stage, a blessing from their leaders, and a real welcome into what’s next — with their parents watching. Warm and exciting, never sad: they are not leaving the family, they are leveling up in it.</w:t>
      </w:r>
    </w:p>
    <w:p>
      <w:pPr>
        <w:pStyle w:val="Heading2"/>
        <w:keepNext/>
        <w:spacing w:before="100" w:after="80"/>
      </w:pPr>
      <w:r>
        <w:rPr>
          <w:rFonts w:ascii="Liberation Sans" w:hAnsi="Liberation Sans" w:eastAsia="Liberation Sans"/>
          <w:b/>
          <w:i w:val="0"/>
          <w:color w:val="263342"/>
          <w:sz w:val="26"/>
        </w:rPr>
        <w:t>The moment (Parent Night on Day 4, ~8 minutes)</w:t>
      </w:r>
    </w:p>
    <w:tbl>
      <w:tblPr>
        <w:tblW w:type="auto" w:w="0"/>
        <w:jc w:val="center"/>
        <w:tblLayout w:type="fixed"/>
        <w:tblLook w:firstColumn="1" w:firstRow="1" w:lastColumn="0" w:lastRow="0" w:noHBand="0" w:noVBand="1" w:val="04A0"/>
      </w:tblPr>
      <w:tblGrid>
        <w:gridCol w:w="1296"/>
        <w:gridCol w:w="9000"/>
      </w:tblGrid>
      <w:tr>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Min</w:t>
            </w:r>
          </w:p>
        </w:tc>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What happens</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0–2</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Camp director: “Tonight we celebrate our 5th graders — the oldest kids in Electric City, and the future of this church.” 5th graders come on stage to Best Summer Ever.</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2–4</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Student pastor/leader welcome (60 seconds, high energy): “We’ve been waiting for YOU.” Names the first youth night date, time, and what to expect.</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4–6</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Blessing: kids pastors and homeroom leaders lay hands on / gather around the graduates and pray — courage, faith, friendships, and a lifelong plug-in to Jesus (John 15:5, their Day 3 verse).</w:t>
            </w:r>
          </w:p>
        </w:tc>
      </w:tr>
      <w:tr>
        <w:tc>
          <w:tcPr>
            <w:tcW w:type="dxa" w:w="129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6–8</w:t>
            </w:r>
          </w:p>
        </w:tc>
        <w:tc>
          <w:tcPr>
            <w:tcW w:type="dxa" w:w="900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Each graduate receives the welcome gift + invite card. Big cheer. Photo with leaders. Parents get the handout (below) on the way out.</w:t>
            </w:r>
          </w:p>
        </w:tc>
      </w:tr>
    </w:tbl>
    <w:p>
      <w:pPr>
        <w:pStyle w:val="Heading2"/>
        <w:keepNext/>
        <w:spacing w:before="100" w:after="80"/>
      </w:pPr>
      <w:r>
        <w:rPr>
          <w:rFonts w:ascii="Liberation Sans" w:hAnsi="Liberation Sans" w:eastAsia="Liberation Sans"/>
          <w:b/>
          <w:i w:val="0"/>
          <w:color w:val="263342"/>
          <w:sz w:val="26"/>
        </w:rPr>
        <w:t>The welcome gift</w:t>
      </w:r>
    </w:p>
    <w:p>
      <w:pPr>
        <w:pStyle w:val="ListBullet"/>
        <w:spacing w:before="0" w:after="40" w:line="250" w:lineRule="auto"/>
      </w:pPr>
      <w:r>
        <w:rPr>
          <w:rFonts w:ascii="Liberation Sans" w:hAnsi="Liberation Sans" w:eastAsia="Liberation Sans"/>
          <w:b w:val="0"/>
          <w:i w:val="0"/>
          <w:color w:val="263342"/>
          <w:sz w:val="18"/>
        </w:rPr>
        <w:t>A Student Ministry tee or journal + a printed invite card: first youth night date, time, location, leader names, and one line — “You belong here. Bring a friend.”</w:t>
      </w:r>
    </w:p>
    <w:p>
      <w:pPr>
        <w:pStyle w:val="ListBullet"/>
        <w:spacing w:before="0" w:after="40" w:line="250" w:lineRule="auto"/>
      </w:pPr>
      <w:r>
        <w:rPr>
          <w:rFonts w:ascii="Liberation Sans" w:hAnsi="Liberation Sans" w:eastAsia="Liberation Sans"/>
          <w:b w:val="0"/>
          <w:i w:val="0"/>
          <w:color w:val="263342"/>
          <w:sz w:val="18"/>
        </w:rPr>
        <w:t>Keep it simple and reusable: no camp branding, no year. It should still work if they visit in October.</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Parent handout: What changes in Student Ministry (print + hand out on Day 4)</w:t>
      </w:r>
    </w:p>
    <w:p>
      <w:pPr>
        <w:spacing w:before="0" w:after="100" w:line="259" w:lineRule="auto"/>
      </w:pPr>
      <w:r>
        <w:rPr>
          <w:rFonts w:ascii="Liberation Sans" w:hAnsi="Liberation Sans" w:eastAsia="Liberation Sans"/>
          <w:b w:val="0"/>
          <w:i/>
          <w:color w:val="526274"/>
          <w:sz w:val="18"/>
        </w:rPr>
        <w:t>Dear 5th-grade parents — your kid just leveled up! Here is what’s different (and what’s the same) in [STUDENT MINISTRY NAME]:</w:t>
      </w:r>
    </w:p>
    <w:p>
      <w:pPr>
        <w:pStyle w:val="ListBullet"/>
        <w:spacing w:before="0" w:after="40" w:line="250" w:lineRule="auto"/>
      </w:pPr>
      <w:r>
        <w:rPr>
          <w:rFonts w:ascii="Liberation Sans" w:hAnsi="Liberation Sans" w:eastAsia="Liberation Sans"/>
          <w:b w:val="0"/>
          <w:i w:val="0"/>
          <w:color w:val="263342"/>
          <w:sz w:val="18"/>
        </w:rPr>
        <w:t>WHEN + WHERE: [DAY/TIME/LOCATION]. Drop-off and pickup work like this: [DETAILS].</w:t>
      </w:r>
    </w:p>
    <w:p>
      <w:pPr>
        <w:pStyle w:val="ListBullet"/>
        <w:spacing w:before="0" w:after="40" w:line="250" w:lineRule="auto"/>
      </w:pPr>
      <w:r>
        <w:rPr>
          <w:rFonts w:ascii="Liberation Sans" w:hAnsi="Liberation Sans" w:eastAsia="Liberation Sans"/>
          <w:b w:val="0"/>
          <w:i w:val="0"/>
          <w:color w:val="263342"/>
          <w:sz w:val="18"/>
        </w:rPr>
        <w:t>WHAT IT LOOKS LIKE: high-energy worship, real teaching, and small groups by grade and gender — deeper conversations than kids ministry, same Jesus.</w:t>
      </w:r>
    </w:p>
    <w:p>
      <w:pPr>
        <w:pStyle w:val="ListBullet"/>
        <w:spacing w:before="0" w:after="40" w:line="250" w:lineRule="auto"/>
      </w:pPr>
      <w:r>
        <w:rPr>
          <w:rFonts w:ascii="Liberation Sans" w:hAnsi="Liberation Sans" w:eastAsia="Liberation Sans"/>
          <w:b w:val="0"/>
          <w:i w:val="0"/>
          <w:color w:val="263342"/>
          <w:sz w:val="18"/>
        </w:rPr>
        <w:t>COMMUNICATION: you’ll hear from us via [CHANNEL]. No more pickup tags — students check themselves in, and we’ll tell you exactly where to meet them after.</w:t>
      </w:r>
    </w:p>
    <w:p>
      <w:pPr>
        <w:pStyle w:val="ListBullet"/>
        <w:spacing w:before="0" w:after="40" w:line="250" w:lineRule="auto"/>
      </w:pPr>
      <w:r>
        <w:rPr>
          <w:rFonts w:ascii="Liberation Sans" w:hAnsi="Liberation Sans" w:eastAsia="Liberation Sans"/>
          <w:b w:val="0"/>
          <w:i w:val="0"/>
          <w:color w:val="263342"/>
          <w:sz w:val="18"/>
        </w:rPr>
        <w:t>EVENTS: camps, retreats, and serve days through the year — the calendar lives at [LINK].</w:t>
      </w:r>
    </w:p>
    <w:p>
      <w:pPr>
        <w:pStyle w:val="ListBullet"/>
        <w:spacing w:before="0" w:after="40" w:line="250" w:lineRule="auto"/>
      </w:pPr>
      <w:r>
        <w:rPr>
          <w:rFonts w:ascii="Liberation Sans" w:hAnsi="Liberation Sans" w:eastAsia="Liberation Sans"/>
          <w:b w:val="0"/>
          <w:i w:val="0"/>
          <w:color w:val="263342"/>
          <w:sz w:val="18"/>
        </w:rPr>
        <w:t>YOUR ROLE: keep the conversation going at home. Ask what they talked about. Pray for their friendships. The teen years are discipleship’s biggest window — and you’re still the biggest influence in it.</w:t>
      </w:r>
    </w:p>
    <w:p>
      <w:pPr>
        <w:pStyle w:val="ListBullet"/>
        <w:spacing w:before="0" w:after="40" w:line="250" w:lineRule="auto"/>
      </w:pPr>
      <w:r>
        <w:rPr>
          <w:rFonts w:ascii="Liberation Sans" w:hAnsi="Liberation Sans" w:eastAsia="Liberation Sans"/>
          <w:b w:val="0"/>
          <w:i w:val="0"/>
          <w:color w:val="263342"/>
          <w:sz w:val="18"/>
        </w:rPr>
        <w:t>QUESTIONS? Contact [STUDENT PASTOR NAME] at [PHONE/EMAIL]. We cannot wait to know your family.</w:t>
      </w:r>
    </w:p>
    <w:p>
      <w:pPr>
        <w:pStyle w:val="Heading2"/>
        <w:keepNext/>
        <w:spacing w:before="100" w:after="80"/>
      </w:pPr>
      <w:r>
        <w:rPr>
          <w:rFonts w:ascii="Liberation Sans" w:hAnsi="Liberation Sans" w:eastAsia="Liberation Sans"/>
          <w:b/>
          <w:i w:val="0"/>
          <w:color w:val="263342"/>
          <w:sz w:val="26"/>
        </w:rPr>
        <w:t>Student ministry leader briefing</w:t>
      </w:r>
    </w:p>
    <w:p>
      <w:pPr>
        <w:pStyle w:val="ListBullet"/>
        <w:spacing w:before="0" w:after="40" w:line="250" w:lineRule="auto"/>
      </w:pPr>
      <w:r>
        <w:rPr>
          <w:rFonts w:ascii="Liberation Sans" w:hAnsi="Liberation Sans" w:eastAsia="Liberation Sans"/>
          <w:b w:val="0"/>
          <w:i w:val="0"/>
          <w:color w:val="263342"/>
          <w:sz w:val="18"/>
        </w:rPr>
        <w:t>BEFORE CAMP: get the 5th-grade roster (names + homerooms) from the camp director by Night 1. Pray for them by name.</w:t>
      </w:r>
    </w:p>
    <w:p>
      <w:pPr>
        <w:pStyle w:val="ListBullet"/>
        <w:spacing w:before="0" w:after="40" w:line="250" w:lineRule="auto"/>
      </w:pPr>
      <w:r>
        <w:rPr>
          <w:rFonts w:ascii="Liberation Sans" w:hAnsi="Liberation Sans" w:eastAsia="Liberation Sans"/>
          <w:b w:val="0"/>
          <w:i w:val="0"/>
          <w:color w:val="263342"/>
          <w:sz w:val="18"/>
        </w:rPr>
        <w:t>DURING CAMP: stop by the older-band homerooms one night — 5 minutes, high energy, “I’m [NAME], I lead Student Ministry, and I can’t wait for you.” Familiar faces kill first-night nerves.</w:t>
      </w:r>
    </w:p>
    <w:p>
      <w:pPr>
        <w:pStyle w:val="ListBullet"/>
        <w:spacing w:before="0" w:after="40" w:line="250" w:lineRule="auto"/>
      </w:pPr>
      <w:r>
        <w:rPr>
          <w:rFonts w:ascii="Liberation Sans" w:hAnsi="Liberation Sans" w:eastAsia="Liberation Sans"/>
          <w:b w:val="0"/>
          <w:i w:val="0"/>
          <w:color w:val="263342"/>
          <w:sz w:val="18"/>
        </w:rPr>
        <w:t>DAY 4: own the 2-minute welcome on stage. Bring the energy of youth night, not a lecture.</w:t>
      </w:r>
    </w:p>
    <w:p>
      <w:pPr>
        <w:pStyle w:val="ListBullet"/>
        <w:spacing w:before="0" w:after="40" w:line="250" w:lineRule="auto"/>
      </w:pPr>
      <w:r>
        <w:rPr>
          <w:rFonts w:ascii="Liberation Sans" w:hAnsi="Liberation Sans" w:eastAsia="Liberation Sans"/>
          <w:b w:val="0"/>
          <w:i w:val="0"/>
          <w:color w:val="263342"/>
          <w:sz w:val="18"/>
        </w:rPr>
        <w:t>AFTER CAMP: personal invite to every graduate family within one week (text + call). Assign each graduate a “first-night buddy” — a current student who meets them at the door on night one.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Why this matters</w:t>
            </w:r>
          </w:p>
          <w:p>
            <w:pPr>
              <w:spacing w:after="0" w:line="252" w:lineRule="auto"/>
            </w:pPr>
            <w:r>
              <w:rPr>
                <w:rFonts w:ascii="Liberation Sans" w:hAnsi="Liberation Sans" w:eastAsia="Liberation Sans"/>
                <w:b w:val="0"/>
                <w:i w:val="0"/>
                <w:color w:val="263342"/>
                <w:sz w:val="18"/>
              </w:rPr>
              <w:t>The #1 drop-off point in church life is the kids-to-student transition. A stage moment, a gift, a buddy, and a parent handout will not fix everything — but it tells every 5th grader “we see you, we want you, and there is a place with your name on it.”</w:t>
            </w:r>
          </w:p>
        </w:tc>
      </w:tr>
    </w:tbl>
    <w:p>
      <w:r>
        <w:br w:type="page"/>
      </w:r>
    </w:p>
    <w:tbl>
      <w:tblPr>
        <w:tblW w:type="auto" w:w="0"/>
        <w:jc w:val="center"/>
        <w:tblLook w:firstColumn="1" w:firstRow="1" w:lastColumn="0" w:lastRow="0" w:noHBand="0" w:noVBand="1" w:val="04A0"/>
      </w:tblPr>
      <w:tblGrid>
        <w:gridCol w:w="10282"/>
      </w:tblGrid>
      <w:tr>
        <w:tc>
          <w:tcPr>
            <w:tcW w:type="dxa" w:w="10282"/>
            <w:shd w:fill="F2B544"/>
            <w:tcMar>
              <w:top w:w="260" w:type="dxa"/>
              <w:start w:w="240" w:type="dxa"/>
              <w:bottom w:w="260" w:type="dxa"/>
              <w:end w:w="240" w:type="dxa"/>
            </w:tcMar>
          </w:tcPr>
          <w:p>
            <w:pPr>
              <w:jc w:val="center"/>
            </w:pPr>
            <w:r>
              <w:rPr>
                <w:rFonts w:ascii="Liberation Sans" w:hAnsi="Liberation Sans" w:eastAsia="Liberation Sans"/>
                <w:b/>
                <w:i w:val="0"/>
                <w:color w:val="FFFFFF"/>
                <w:sz w:val="18"/>
              </w:rPr>
              <w:t>OPTIONAL</w:t>
            </w:r>
          </w:p>
          <w:p>
            <w:pPr>
              <w:jc w:val="center"/>
            </w:pPr>
            <w:r>
              <w:rPr>
                <w:rFonts w:ascii="Liberation Sans" w:hAnsi="Liberation Sans" w:eastAsia="Liberation Sans"/>
                <w:b/>
                <w:i w:val="0"/>
                <w:color w:val="FFFFFF"/>
                <w:sz w:val="50"/>
              </w:rPr>
              <w:t>Family Carnival (Day 4)</w:t>
            </w:r>
          </w:p>
          <w:p>
            <w:pPr>
              <w:jc w:val="center"/>
            </w:pPr>
            <w:r>
              <w:rPr>
                <w:rFonts w:ascii="Liberation Sans" w:hAnsi="Liberation Sans" w:eastAsia="Liberation Sans"/>
                <w:b w:val="0"/>
                <w:i w:val="0"/>
                <w:color w:val="FFFFFF"/>
                <w:sz w:val="20"/>
              </w:rPr>
              <w:t>The “want to go bigger?” add-on — after the service.</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This is what we do</w:t>
            </w:r>
          </w:p>
          <w:p>
            <w:pPr>
              <w:spacing w:after="0" w:line="252" w:lineRule="auto"/>
            </w:pPr>
            <w:r>
              <w:rPr>
                <w:rFonts w:ascii="Liberation Sans" w:hAnsi="Liberation Sans" w:eastAsia="Liberation Sans"/>
                <w:b w:val="0"/>
                <w:i w:val="0"/>
                <w:color w:val="263342"/>
                <w:sz w:val="18"/>
              </w:rPr>
              <w:t>At our church, Day 4 doesn’t end when the service ends. After the ~1-hour parent-night service, families spill outside for a family carnival — food trucks, games, a DJ. After a long week, it’s really a connection piece: parents linger, kids play, and nobody wants to leave. This section is our playbook — optional for you, core for us.</w:t>
            </w:r>
          </w:p>
        </w:tc>
      </w:tr>
    </w:tbl>
    <w:p>
      <w:pPr>
        <w:spacing w:before="0" w:after="100" w:line="259" w:lineRule="auto"/>
      </w:pPr>
      <w:r>
        <w:rPr>
          <w:rFonts w:ascii="Liberation Sans" w:hAnsi="Liberation Sans" w:eastAsia="Liberation Sans"/>
          <w:b w:val="0"/>
          <w:i w:val="0"/>
          <w:color w:val="263342"/>
          <w:sz w:val="19"/>
        </w:rPr>
        <w:t>The core Day 4 parent night stands completely alone — worship, gospel, awards, city tour, done by about 7:45. The carnival is the “want to go bigger?” extension for churches with the outdoor space and the volunteer muscle. If you do it, do it on purpose; if you skip it, you skipped nothing essential.</w:t>
      </w:r>
    </w:p>
    <w:p>
      <w:pPr>
        <w:pStyle w:val="Heading2"/>
        <w:keepNext/>
        <w:spacing w:before="100" w:after="80"/>
      </w:pPr>
      <w:r>
        <w:rPr>
          <w:rFonts w:ascii="Liberation Sans" w:hAnsi="Liberation Sans" w:eastAsia="Liberation Sans"/>
          <w:b/>
          <w:i w:val="0"/>
          <w:color w:val="263342"/>
          <w:sz w:val="26"/>
        </w:rPr>
        <w:t>The elements</w:t>
      </w:r>
    </w:p>
    <w:tbl>
      <w:tblPr>
        <w:tblW w:type="auto" w:w="0"/>
        <w:jc w:val="center"/>
        <w:tblLayout w:type="fixed"/>
        <w:tblLook w:firstColumn="1" w:firstRow="1" w:lastColumn="0" w:lastRow="0" w:noHBand="0" w:noVBand="1" w:val="04A0"/>
      </w:tblPr>
      <w:tblGrid>
        <w:gridCol w:w="2160"/>
        <w:gridCol w:w="8136"/>
      </w:tblGrid>
      <w:tr>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Element</w:t>
            </w:r>
          </w:p>
        </w:tc>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What it looks like</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Food truck(s)</w:t>
            </w:r>
          </w:p>
        </w:tc>
        <w:tc>
          <w:tcPr>
            <w:tcW w:type="dxa" w:w="81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1–2 trucks (dinner-type food, not just dessert). Families buy their own — or the church pre-buys a set number of meals.</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Carnival games</w:t>
            </w:r>
          </w:p>
        </w:tc>
        <w:tc>
          <w:tcPr>
            <w:tcW w:type="dxa" w:w="81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6–10 simple stations: ring toss, beanbag throw, face painting, balloon animals, cake walk, photo booth with Electric City backdrop.</w:t>
            </w:r>
          </w:p>
        </w:tc>
      </w:tr>
      <w:tr>
        <w:tc>
          <w:tcPr>
            <w:tcW w:type="dxa" w:w="2160"/>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DJ + sound</w:t>
            </w:r>
          </w:p>
        </w:tc>
        <w:tc>
          <w:tcPr>
            <w:tcW w:type="dxa" w:w="813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One DJ with a real PA outside. Kid-friendly mix, announcements, and the GO OUTSIDE album on rotation. This is the energy that keeps families staying.</w:t>
            </w:r>
          </w:p>
        </w:tc>
      </w:tr>
    </w:tbl>
    <w:p>
      <w:pPr>
        <w:pStyle w:val="Heading2"/>
        <w:keepNext/>
        <w:spacing w:before="100" w:after="80"/>
      </w:pPr>
      <w:r>
        <w:rPr>
          <w:rFonts w:ascii="Liberation Sans" w:hAnsi="Liberation Sans" w:eastAsia="Liberation Sans"/>
          <w:b/>
          <w:i w:val="0"/>
          <w:color w:val="263342"/>
          <w:sz w:val="26"/>
        </w:rPr>
        <w:t>Planning notes</w:t>
      </w:r>
    </w:p>
    <w:p>
      <w:pPr>
        <w:pStyle w:val="ListBullet"/>
        <w:spacing w:before="0" w:after="40" w:line="250" w:lineRule="auto"/>
      </w:pPr>
      <w:r>
        <w:rPr>
          <w:rFonts w:ascii="Liberation Sans" w:hAnsi="Liberation Sans" w:eastAsia="Liberation Sans"/>
          <w:b w:val="0"/>
          <w:i w:val="0"/>
          <w:color w:val="263342"/>
          <w:sz w:val="18"/>
        </w:rPr>
        <w:t>BOOK FOOD TRUCKS EARLY: 4–6 weeks out. Good trucks book summer weekends fast — confirm the date, the arrival time (5:30 setup for a 7:45 start), and the power situation (most are self-powered; confirm).</w:t>
      </w:r>
    </w:p>
    <w:p>
      <w:pPr>
        <w:pStyle w:val="ListBullet"/>
        <w:spacing w:before="0" w:after="40" w:line="250" w:lineRule="auto"/>
      </w:pPr>
      <w:r>
        <w:rPr>
          <w:rFonts w:ascii="Liberation Sans" w:hAnsi="Liberation Sans" w:eastAsia="Liberation Sans"/>
          <w:b w:val="0"/>
          <w:i w:val="0"/>
          <w:color w:val="263342"/>
          <w:sz w:val="18"/>
        </w:rPr>
        <w:t>OUTDOOR SPACE + LIGHTING: you need a flat area near the building with light after dark — string lights, work lights on stands, or the parking lot lights. Walk it at 8 PM in advance; dark corners kill the vibe and the safety plan.</w:t>
      </w:r>
    </w:p>
    <w:p>
      <w:pPr>
        <w:pStyle w:val="ListBullet"/>
        <w:spacing w:before="0" w:after="40" w:line="250" w:lineRule="auto"/>
      </w:pPr>
      <w:r>
        <w:rPr>
          <w:rFonts w:ascii="Liberation Sans" w:hAnsi="Liberation Sans" w:eastAsia="Liberation Sans"/>
          <w:b w:val="0"/>
          <w:i w:val="0"/>
          <w:color w:val="263342"/>
          <w:sz w:val="18"/>
        </w:rPr>
        <w:t>GAME STAFFING: 2 volunteers per game station, on a rotation so nobody is stuck all night. Teens are perfect here — give them the fun jobs.</w:t>
      </w:r>
    </w:p>
    <w:p>
      <w:pPr>
        <w:pStyle w:val="ListBullet"/>
        <w:spacing w:before="0" w:after="40" w:line="250" w:lineRule="auto"/>
      </w:pPr>
      <w:r>
        <w:rPr>
          <w:rFonts w:ascii="Liberation Sans" w:hAnsi="Liberation Sans" w:eastAsia="Liberation Sans"/>
          <w:b w:val="0"/>
          <w:i w:val="0"/>
          <w:color w:val="263342"/>
          <w:sz w:val="18"/>
        </w:rPr>
        <w:t>SOUND / DJ SETUP: power, a covered table, and a hard end time for volume if you have neighbors. Sound check before families come outside.</w:t>
      </w:r>
    </w:p>
    <w:p>
      <w:pPr>
        <w:pStyle w:val="ListBullet"/>
        <w:spacing w:before="0" w:after="40" w:line="250" w:lineRule="auto"/>
      </w:pPr>
      <w:r>
        <w:rPr>
          <w:rFonts w:ascii="Liberation Sans" w:hAnsi="Liberation Sans" w:eastAsia="Liberation Sans"/>
          <w:b w:val="0"/>
          <w:i w:val="0"/>
          <w:color w:val="263342"/>
          <w:sz w:val="18"/>
        </w:rPr>
        <w:t>WEATHER BACKUP: decide in advance — move games into the gym/fellowship hall, or cancel the carnival with notice at the service. Never decide at 7:45 PM in the rain.</w:t>
      </w:r>
    </w:p>
    <w:p>
      <w:pPr>
        <w:pStyle w:val="ListBullet"/>
        <w:spacing w:before="0" w:after="40" w:line="250" w:lineRule="auto"/>
      </w:pPr>
      <w:r>
        <w:rPr>
          <w:rFonts w:ascii="Liberation Sans" w:hAnsi="Liberation Sans" w:eastAsia="Liberation Sans"/>
          <w:b w:val="0"/>
          <w:i w:val="0"/>
          <w:color w:val="263342"/>
          <w:sz w:val="18"/>
        </w:rPr>
        <w:t>END TIME + TEARDOWN CREW: set the end time on every announcement (“carnival until 9:30!”). A dedicated teardown crew — not the game volunteers — breaks down games, trash, and sound while families drift out.</w:t>
      </w:r>
    </w:p>
    <w:p>
      <w:pPr>
        <w:pStyle w:val="Heading2"/>
        <w:keepNext/>
        <w:spacing w:before="100" w:after="80"/>
      </w:pPr>
      <w:r>
        <w:rPr>
          <w:rFonts w:ascii="Liberation Sans" w:hAnsi="Liberation Sans" w:eastAsia="Liberation Sans"/>
          <w:b/>
          <w:i w:val="0"/>
          <w:color w:val="263342"/>
          <w:sz w:val="26"/>
        </w:rPr>
        <w:t>Cost models — pick one</w:t>
      </w:r>
    </w:p>
    <w:tbl>
      <w:tblPr>
        <w:tblW w:type="auto" w:w="0"/>
        <w:jc w:val="center"/>
        <w:tblLayout w:type="fixed"/>
        <w:tblLook w:firstColumn="1" w:firstRow="1" w:lastColumn="0" w:lastRow="0" w:noHBand="0" w:noVBand="1" w:val="04A0"/>
      </w:tblPr>
      <w:tblGrid>
        <w:gridCol w:w="2448"/>
        <w:gridCol w:w="7848"/>
      </w:tblGrid>
      <w:tr>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Model</w:t>
            </w:r>
          </w:p>
        </w:tc>
        <w:tc>
          <w:tcPr>
            <w:tcW w:type="dxa" w:w="5141"/>
            <w:shd w:fill="14243A"/>
            <w:tcMar>
              <w:top w:w="80" w:type="dxa"/>
              <w:start w:w="100" w:type="dxa"/>
              <w:bottom w:w="80" w:type="dxa"/>
              <w:end w:w="100" w:type="dxa"/>
            </w:tcMar>
          </w:tcPr>
          <w:p>
            <w:r>
              <w:rPr>
                <w:rFonts w:ascii="Liberation Sans" w:hAnsi="Liberation Sans" w:eastAsia="Liberation Sans"/>
                <w:b/>
                <w:i w:val="0"/>
                <w:color w:val="FFFFFF"/>
                <w:sz w:val="17"/>
              </w:rPr>
              <w:t>How it works</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Church covers it</w:t>
            </w:r>
          </w:p>
        </w:tc>
        <w:tc>
          <w:tcPr>
            <w:tcW w:type="dxa" w:w="78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Church pays the trucks a flat fee or guarantees a minimum; games are free. Most generous — best for outreach nights.</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Trucks sell direct</w:t>
            </w:r>
          </w:p>
        </w:tc>
        <w:tc>
          <w:tcPr>
            <w:tcW w:type="dxa" w:w="78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Church pays nothing for food; trucks sell to families at their normal prices. Games free or ticket-based.</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Ticket / game bands</w:t>
            </w:r>
          </w:p>
        </w:tc>
        <w:tc>
          <w:tcPr>
            <w:tcW w:type="dxa" w:w="78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Families buy a $5–$10 wristband for unlimited games; food separate. Covers game supplies and prizes with margin.</w:t>
            </w:r>
          </w:p>
        </w:tc>
      </w:tr>
    </w:tbl>
    <w:p>
      <w:pPr>
        <w:spacing w:before="0" w:after="100" w:line="259" w:lineRule="auto"/>
      </w:pPr>
      <w:r>
        <w:rPr>
          <w:rFonts w:ascii="Liberation Sans" w:hAnsi="Liberation Sans" w:eastAsia="Liberation Sans"/>
          <w:b w:val="0"/>
          <w:i/>
          <w:color w:val="526274"/>
          <w:sz w:val="18"/>
        </w:rPr>
        <w:t>Whichever model you pick, announce it BEFORE Day 4 — in the parent comms, at the service, on signs at the carnival entrance. Nobody should discover the cost model holding a hungry kindergartner.</w:t>
      </w:r>
    </w:p>
    <w:p>
      <w:r>
        <w:br w:type="page"/>
      </w:r>
    </w:p>
    <w:tbl>
      <w:tblPr>
        <w:tblW w:type="auto" w:w="0"/>
        <w:jc w:val="center"/>
        <w:tblLook w:firstColumn="1" w:firstRow="1" w:lastColumn="0" w:lastRow="0" w:noHBand="0" w:noVBand="1" w:val="04A0"/>
      </w:tblPr>
      <w:tblGrid>
        <w:gridCol w:w="10282"/>
      </w:tblGrid>
      <w:tr>
        <w:tc>
          <w:tcPr>
            <w:tcW w:type="dxa" w:w="10282"/>
            <w:shd w:fill="14243A"/>
            <w:tcMar>
              <w:top w:w="260" w:type="dxa"/>
              <w:start w:w="240" w:type="dxa"/>
              <w:bottom w:w="260" w:type="dxa"/>
              <w:end w:w="240" w:type="dxa"/>
            </w:tcMar>
          </w:tcPr>
          <w:p>
            <w:pPr>
              <w:jc w:val="center"/>
            </w:pPr>
            <w:r>
              <w:rPr>
                <w:rFonts w:ascii="Liberation Sans" w:hAnsi="Liberation Sans" w:eastAsia="Liberation Sans"/>
                <w:b/>
                <w:i w:val="0"/>
                <w:color w:val="FFFFFF"/>
                <w:sz w:val="18"/>
              </w:rPr>
              <w:t>VOLUNTEERS</w:t>
            </w:r>
          </w:p>
          <w:p>
            <w:pPr>
              <w:jc w:val="center"/>
            </w:pPr>
            <w:r>
              <w:rPr>
                <w:rFonts w:ascii="Liberation Sans" w:hAnsi="Liberation Sans" w:eastAsia="Liberation Sans"/>
                <w:b/>
                <w:i w:val="0"/>
                <w:color w:val="FFFFFF"/>
                <w:sz w:val="50"/>
              </w:rPr>
              <w:t>Sign-up forms</w:t>
            </w:r>
          </w:p>
          <w:p>
            <w:pPr>
              <w:jc w:val="center"/>
            </w:pPr>
            <w:r>
              <w:rPr>
                <w:rFonts w:ascii="Liberation Sans" w:hAnsi="Liberation Sans" w:eastAsia="Liberation Sans"/>
                <w:b w:val="0"/>
                <w:i w:val="0"/>
                <w:color w:val="FFFFFF"/>
                <w:sz w:val="20"/>
              </w:rPr>
              <w:t>Print this. Fill the team. Never design the structure yourself.</w:t>
            </w:r>
          </w:p>
        </w:tc>
      </w:tr>
    </w:tbl>
    <w:p>
      <w:pPr>
        <w:spacing w:before="0" w:after="100" w:line="259" w:lineRule="auto"/>
      </w:pPr>
      <w:r>
        <w:rPr>
          <w:rFonts w:ascii="Liberation Sans" w:hAnsi="Liberation Sans" w:eastAsia="Liberation Sans"/>
          <w:b w:val="0"/>
          <w:i/>
          <w:color w:val="526274"/>
          <w:sz w:val="18"/>
        </w:rPr>
        <w:t>One master sheet. Copy it for the lobby table and the church bulletin. Every role has its job in one line and its time commitment — nobody signs up confused.</w:t>
      </w:r>
    </w:p>
    <w:p>
      <w:pPr>
        <w:pStyle w:val="Heading2"/>
        <w:keepNext/>
        <w:spacing w:before="100" w:after="80"/>
      </w:pPr>
      <w:r>
        <w:rPr>
          <w:rFonts w:ascii="Liberation Sans" w:hAnsi="Liberation Sans" w:eastAsia="Liberation Sans"/>
          <w:b/>
          <w:i w:val="0"/>
          <w:color w:val="263342"/>
          <w:sz w:val="26"/>
        </w:rPr>
        <w:t>Master volunteer sign-up — Kids Camp: Electric City</w:t>
      </w:r>
    </w:p>
    <w:p>
      <w:pPr>
        <w:spacing w:before="0" w:after="100" w:line="259" w:lineRule="auto"/>
      </w:pPr>
      <w:r>
        <w:rPr>
          <w:rFonts w:ascii="Liberation Sans" w:hAnsi="Liberation Sans" w:eastAsia="Liberation Sans"/>
          <w:b w:val="0"/>
          <w:i w:val="0"/>
          <w:color w:val="526274"/>
          <w:sz w:val="18"/>
        </w:rPr>
        <w:t>Camp dates: [DATES] • Nightly 6:00–9:00 PM (volunteers 5:00–9:00) • Parent Night (Day 4) • Setup Day</w:t>
      </w:r>
    </w:p>
    <w:tbl>
      <w:tblPr>
        <w:tblW w:type="auto" w:w="0"/>
        <w:jc w:val="center"/>
        <w:tblLayout w:type="fixed"/>
        <w:tblLook w:firstColumn="1" w:firstRow="1" w:lastColumn="0" w:lastRow="0" w:noHBand="0" w:noVBand="1" w:val="04A0"/>
      </w:tblPr>
      <w:tblGrid>
        <w:gridCol w:w="2376"/>
        <w:gridCol w:w="4176"/>
        <w:gridCol w:w="2448"/>
        <w:gridCol w:w="864"/>
      </w:tblGrid>
      <w:tr>
        <w:tc>
          <w:tcPr>
            <w:tcW w:type="dxa" w:w="2570"/>
            <w:shd w:fill="14243A"/>
            <w:tcMar>
              <w:top w:w="80" w:type="dxa"/>
              <w:start w:w="100" w:type="dxa"/>
              <w:bottom w:w="80" w:type="dxa"/>
              <w:end w:w="100" w:type="dxa"/>
            </w:tcMar>
          </w:tcPr>
          <w:p>
            <w:r>
              <w:rPr>
                <w:rFonts w:ascii="Liberation Sans" w:hAnsi="Liberation Sans" w:eastAsia="Liberation Sans"/>
                <w:b/>
                <w:i w:val="0"/>
                <w:color w:val="FFFFFF"/>
                <w:sz w:val="17"/>
              </w:rPr>
              <w:t>Role</w:t>
            </w:r>
          </w:p>
        </w:tc>
        <w:tc>
          <w:tcPr>
            <w:tcW w:type="dxa" w:w="2570"/>
            <w:shd w:fill="14243A"/>
            <w:tcMar>
              <w:top w:w="80" w:type="dxa"/>
              <w:start w:w="100" w:type="dxa"/>
              <w:bottom w:w="80" w:type="dxa"/>
              <w:end w:w="100" w:type="dxa"/>
            </w:tcMar>
          </w:tcPr>
          <w:p>
            <w:r>
              <w:rPr>
                <w:rFonts w:ascii="Liberation Sans" w:hAnsi="Liberation Sans" w:eastAsia="Liberation Sans"/>
                <w:b/>
                <w:i w:val="0"/>
                <w:color w:val="FFFFFF"/>
                <w:sz w:val="17"/>
              </w:rPr>
              <w:t>What it involves</w:t>
            </w:r>
          </w:p>
        </w:tc>
        <w:tc>
          <w:tcPr>
            <w:tcW w:type="dxa" w:w="2570"/>
            <w:shd w:fill="14243A"/>
            <w:tcMar>
              <w:top w:w="80" w:type="dxa"/>
              <w:start w:w="100" w:type="dxa"/>
              <w:bottom w:w="80" w:type="dxa"/>
              <w:end w:w="100" w:type="dxa"/>
            </w:tcMar>
          </w:tcPr>
          <w:p>
            <w:r>
              <w:rPr>
                <w:rFonts w:ascii="Liberation Sans" w:hAnsi="Liberation Sans" w:eastAsia="Liberation Sans"/>
                <w:b/>
                <w:i w:val="0"/>
                <w:color w:val="FFFFFF"/>
                <w:sz w:val="17"/>
              </w:rPr>
              <w:t>Time</w:t>
            </w:r>
          </w:p>
        </w:tc>
        <w:tc>
          <w:tcPr>
            <w:tcW w:type="dxa" w:w="2570"/>
            <w:shd w:fill="14243A"/>
            <w:tcMar>
              <w:top w:w="80" w:type="dxa"/>
              <w:start w:w="100" w:type="dxa"/>
              <w:bottom w:w="80" w:type="dxa"/>
              <w:end w:w="100" w:type="dxa"/>
            </w:tcMar>
          </w:tcPr>
          <w:p>
            <w:r>
              <w:rPr>
                <w:rFonts w:ascii="Liberation Sans" w:hAnsi="Liberation Sans" w:eastAsia="Liberation Sans"/>
                <w:b/>
                <w:i w:val="0"/>
                <w:color w:val="FFFFFF"/>
                <w:sz w:val="17"/>
              </w:rPr>
              <w:t>Need</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Homeroom leaders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Shepherd one team all week: check-in, transitions, recap, dismissal.</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Setup Day + Days 1–3 5:00–9:00 + Day 4</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8</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Arts &amp; Crafts rotation leaders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Lead the city-build craft, 3 nights × 3 rotations.</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Setup Day + Days 1–3 5:00–9:00</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4</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Bible Story rotation leaders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Act out the nightly Bible story with kid roles.</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Setup Day + Days 1–3 5:00–9:00</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4</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Power Lab rotation leaders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Run the science demos (tested on Setup Day).</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Setup Day + Days 1–3 5:00–9:00</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4</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Worship / main session team</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Vocals, instruments, slides, mics for nightly main session.</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Setup Day rehearsal + Days 1–4 5:00–9:00</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6</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Check-in / registration</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Greet families, nametags, allergy flags, matching pickup tags.</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Days 1–4 5:00–6:45</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6</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Safety &amp; security detail</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Hallways, doors, bathrooms, end-of-night sweep.</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Days 1–3 5:45–9:05 + Day 4</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6</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First aid</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Hold the kit, handle incidents + forms. (Medical background preferred.)</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Days 1–4 5:45–9:00</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2</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Snack prep (allergy-aware)</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Prep + serve nightly snack, ingredient labels, hand-washing.</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Days 1–3 5:00–8:30</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4</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Setup / teardown crew</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Rooms, tables, trash, reset for tomorrow.</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Setup Day + Days 1–3 5:00–9:15</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6</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Parent Night (Day 4) hosts</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Seat families, run the city tour, hand out take-homes.</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Day 4 5:00–8:30</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8</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Photographer / social</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Photos + 30-sec clips for recap and social posts.</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Days 1–4 evenings</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2</w:t>
            </w:r>
          </w:p>
        </w:tc>
      </w:tr>
      <w:tr>
        <w:tc>
          <w:tcPr>
            <w:tcW w:type="dxa" w:w="23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Prayer team</w:t>
            </w:r>
          </w:p>
        </w:tc>
        <w:tc>
          <w:tcPr>
            <w:tcW w:type="dxa" w:w="4176"/>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Pray over rooms before doors open and during main session.</w:t>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Days 1–4 5:00–7:30</w:t>
            </w:r>
          </w:p>
        </w:tc>
        <w:tc>
          <w:tcPr>
            <w:tcW w:type="dxa" w:w="86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6"/>
              </w:rPr>
              <w:t>4</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Volunteer sign-up lines (print + copy)</w:t>
      </w:r>
    </w:p>
    <w:p>
      <w:pPr>
        <w:spacing w:before="0" w:after="100" w:line="259" w:lineRule="auto"/>
      </w:pPr>
      <w:r>
        <w:rPr>
          <w:rFonts w:ascii="Liberation Sans" w:hAnsi="Liberation Sans" w:eastAsia="Liberation Sans"/>
          <w:b w:val="0"/>
          <w:i/>
          <w:color w:val="526274"/>
          <w:sz w:val="18"/>
        </w:rPr>
        <w:t>Name / phone / email / role wanted / background check on file ☐ / emergency contact. One line per volunteer:</w:t>
      </w:r>
    </w:p>
    <w:tbl>
      <w:tblPr>
        <w:tblW w:type="auto" w:w="0"/>
        <w:jc w:val="center"/>
        <w:tblLayout w:type="fixed"/>
        <w:tblLook w:firstColumn="1" w:firstRow="1" w:lastColumn="0" w:lastRow="0" w:noHBand="0" w:noVBand="1" w:val="04A0"/>
      </w:tblPr>
      <w:tblGrid>
        <w:gridCol w:w="2448"/>
        <w:gridCol w:w="1944"/>
        <w:gridCol w:w="2448"/>
        <w:gridCol w:w="1224"/>
        <w:gridCol w:w="2232"/>
      </w:tblGrid>
      <w:tr>
        <w:tc>
          <w:tcPr>
            <w:tcW w:type="dxa" w:w="2056"/>
            <w:shd w:fill="086862"/>
            <w:tcMar>
              <w:top w:w="80" w:type="dxa"/>
              <w:start w:w="100" w:type="dxa"/>
              <w:bottom w:w="80" w:type="dxa"/>
              <w:end w:w="100" w:type="dxa"/>
            </w:tcMar>
          </w:tcPr>
          <w:p>
            <w:r>
              <w:rPr>
                <w:rFonts w:ascii="Liberation Sans" w:hAnsi="Liberation Sans" w:eastAsia="Liberation Sans"/>
                <w:b/>
                <w:i w:val="0"/>
                <w:color w:val="FFFFFF"/>
                <w:sz w:val="17"/>
              </w:rPr>
              <w:t>Name</w:t>
            </w:r>
          </w:p>
        </w:tc>
        <w:tc>
          <w:tcPr>
            <w:tcW w:type="dxa" w:w="2056"/>
            <w:shd w:fill="086862"/>
            <w:tcMar>
              <w:top w:w="80" w:type="dxa"/>
              <w:start w:w="100" w:type="dxa"/>
              <w:bottom w:w="80" w:type="dxa"/>
              <w:end w:w="100" w:type="dxa"/>
            </w:tcMar>
          </w:tcPr>
          <w:p>
            <w:r>
              <w:rPr>
                <w:rFonts w:ascii="Liberation Sans" w:hAnsi="Liberation Sans" w:eastAsia="Liberation Sans"/>
                <w:b/>
                <w:i w:val="0"/>
                <w:color w:val="FFFFFF"/>
                <w:sz w:val="17"/>
              </w:rPr>
              <w:t>Phone</w:t>
            </w:r>
          </w:p>
        </w:tc>
        <w:tc>
          <w:tcPr>
            <w:tcW w:type="dxa" w:w="2056"/>
            <w:shd w:fill="086862"/>
            <w:tcMar>
              <w:top w:w="80" w:type="dxa"/>
              <w:start w:w="100" w:type="dxa"/>
              <w:bottom w:w="80" w:type="dxa"/>
              <w:end w:w="100" w:type="dxa"/>
            </w:tcMar>
          </w:tcPr>
          <w:p>
            <w:r>
              <w:rPr>
                <w:rFonts w:ascii="Liberation Sans" w:hAnsi="Liberation Sans" w:eastAsia="Liberation Sans"/>
                <w:b/>
                <w:i w:val="0"/>
                <w:color w:val="FFFFFF"/>
                <w:sz w:val="17"/>
              </w:rPr>
              <w:t>Role wanted</w:t>
            </w:r>
          </w:p>
        </w:tc>
        <w:tc>
          <w:tcPr>
            <w:tcW w:type="dxa" w:w="2056"/>
            <w:shd w:fill="086862"/>
            <w:tcMar>
              <w:top w:w="80" w:type="dxa"/>
              <w:start w:w="100" w:type="dxa"/>
              <w:bottom w:w="80" w:type="dxa"/>
              <w:end w:w="100" w:type="dxa"/>
            </w:tcMar>
          </w:tcPr>
          <w:p>
            <w:r>
              <w:rPr>
                <w:rFonts w:ascii="Liberation Sans" w:hAnsi="Liberation Sans" w:eastAsia="Liberation Sans"/>
                <w:b/>
                <w:i w:val="0"/>
                <w:color w:val="FFFFFF"/>
                <w:sz w:val="17"/>
              </w:rPr>
              <w:t>BG check ☐</w:t>
            </w:r>
          </w:p>
        </w:tc>
        <w:tc>
          <w:tcPr>
            <w:tcW w:type="dxa" w:w="2056"/>
            <w:shd w:fill="086862"/>
            <w:tcMar>
              <w:top w:w="80" w:type="dxa"/>
              <w:start w:w="100" w:type="dxa"/>
              <w:bottom w:w="80" w:type="dxa"/>
              <w:end w:w="100" w:type="dxa"/>
            </w:tcMar>
          </w:tcPr>
          <w:p>
            <w:r>
              <w:rPr>
                <w:rFonts w:ascii="Liberation Sans" w:hAnsi="Liberation Sans" w:eastAsia="Liberation Sans"/>
                <w:b/>
                <w:i w:val="0"/>
                <w:color w:val="FFFFFF"/>
                <w:sz w:val="17"/>
              </w:rPr>
              <w:t>Emergency contact</w:t>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r>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94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448"/>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122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c>
          <w:tcPr>
            <w:tcW w:type="dxa" w:w="223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r>
          </w:p>
        </w:tc>
      </w:tr>
    </w:tbl>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Background checks</w:t>
            </w:r>
          </w:p>
          <w:p>
            <w:pPr>
              <w:spacing w:after="0" w:line="252" w:lineRule="auto"/>
            </w:pPr>
            <w:r>
              <w:rPr>
                <w:rFonts w:ascii="Liberation Sans" w:hAnsi="Liberation Sans" w:eastAsia="Liberation Sans"/>
                <w:b w:val="0"/>
                <w:i w:val="0"/>
                <w:color w:val="263342"/>
                <w:sz w:val="18"/>
              </w:rPr>
              <w:t>Every volunteer with kid contact must have a current background check on file before Night 1 — no exceptions. Confirm at the 4-week mark on the countdown.</w:t>
            </w:r>
          </w:p>
        </w:tc>
      </w:tr>
    </w:tbl>
    <w:p>
      <w:r>
        <w:br w:type="page"/>
      </w:r>
    </w:p>
    <w:tbl>
      <w:tblPr>
        <w:tblW w:type="auto" w:w="0"/>
        <w:jc w:val="center"/>
        <w:tblLook w:firstColumn="1" w:firstRow="1" w:lastColumn="0" w:lastRow="0" w:noHBand="0" w:noVBand="1" w:val="04A0"/>
      </w:tblPr>
      <w:tblGrid>
        <w:gridCol w:w="10282"/>
      </w:tblGrid>
      <w:tr>
        <w:tc>
          <w:tcPr>
            <w:tcW w:type="dxa" w:w="10282"/>
            <w:shd w:fill="086862"/>
            <w:tcMar>
              <w:top w:w="260" w:type="dxa"/>
              <w:start w:w="240" w:type="dxa"/>
              <w:bottom w:w="260" w:type="dxa"/>
              <w:end w:w="240" w:type="dxa"/>
            </w:tcMar>
          </w:tcPr>
          <w:p>
            <w:pPr>
              <w:jc w:val="center"/>
            </w:pPr>
            <w:r>
              <w:rPr>
                <w:rFonts w:ascii="Liberation Sans" w:hAnsi="Liberation Sans" w:eastAsia="Liberation Sans"/>
                <w:b/>
                <w:i w:val="0"/>
                <w:color w:val="FFFFFF"/>
                <w:sz w:val="18"/>
              </w:rPr>
              <w:t>ROLE CARDS</w:t>
            </w:r>
          </w:p>
          <w:p>
            <w:pPr>
              <w:jc w:val="center"/>
            </w:pPr>
            <w:r>
              <w:rPr>
                <w:rFonts w:ascii="Liberation Sans" w:hAnsi="Liberation Sans" w:eastAsia="Liberation Sans"/>
                <w:b/>
                <w:i w:val="0"/>
                <w:color w:val="FFFFFF"/>
                <w:sz w:val="50"/>
              </w:rPr>
              <w:t>Know your lane</w:t>
            </w:r>
          </w:p>
          <w:p>
            <w:pPr>
              <w:jc w:val="center"/>
            </w:pPr>
            <w:r>
              <w:rPr>
                <w:rFonts w:ascii="Liberation Sans" w:hAnsi="Liberation Sans" w:eastAsia="Liberation Sans"/>
                <w:b w:val="0"/>
                <w:i w:val="0"/>
                <w:color w:val="FFFFFF"/>
                <w:sz w:val="20"/>
              </w:rPr>
              <w:t>One paragraph per role. Print, cut, hand out on Setup Day.</w:t>
            </w:r>
          </w:p>
        </w:tc>
      </w:tr>
    </w:tbl>
    <w:p>
      <w:pPr>
        <w:spacing w:before="160" w:after="40"/>
        <w:keepNext/>
      </w:pPr>
      <w:r>
        <w:rPr>
          <w:rFonts w:ascii="Liberation Sans" w:hAnsi="Liberation Sans" w:eastAsia="Liberation Sans"/>
          <w:b/>
          <w:i w:val="0"/>
          <w:color w:val="086862"/>
          <w:sz w:val="19"/>
        </w:rPr>
        <w:t>HOMEROOM LEADER</w:t>
      </w:r>
    </w:p>
    <w:p>
      <w:pPr>
        <w:spacing w:before="0" w:after="60" w:line="259" w:lineRule="auto"/>
      </w:pPr>
      <w:r>
        <w:rPr>
          <w:rFonts w:ascii="Liberation Sans" w:hAnsi="Liberation Sans" w:eastAsia="Liberation Sans"/>
          <w:b w:val="0"/>
          <w:i w:val="0"/>
          <w:color w:val="263342"/>
          <w:sz w:val="18"/>
        </w:rPr>
        <w:t>You are the shepherd of one team for the whole week. You check kids in, learn every name by Night 2, lead every transition line, run the end-of-night recap, record points honestly, and walk your kids to their authorized adult at dismissal. You are the face of camp for your families — warmth is your superpower.</w:t>
      </w:r>
    </w:p>
    <w:p>
      <w:pPr>
        <w:spacing w:before="160" w:after="40"/>
        <w:keepNext/>
      </w:pPr>
      <w:r>
        <w:rPr>
          <w:rFonts w:ascii="Liberation Sans" w:hAnsi="Liberation Sans" w:eastAsia="Liberation Sans"/>
          <w:b/>
          <w:i w:val="0"/>
          <w:color w:val="086862"/>
          <w:sz w:val="19"/>
        </w:rPr>
        <w:t>ROTATION LEADER</w:t>
      </w:r>
    </w:p>
    <w:p>
      <w:pPr>
        <w:spacing w:before="0" w:after="60" w:line="259" w:lineRule="auto"/>
      </w:pPr>
      <w:r>
        <w:rPr>
          <w:rFonts w:ascii="Liberation Sans" w:hAnsi="Liberation Sans" w:eastAsia="Liberation Sans"/>
          <w:b w:val="0"/>
          <w:i w:val="0"/>
          <w:color w:val="263342"/>
          <w:sz w:val="18"/>
        </w:rPr>
        <w:t>You own ONE room and teach it three times a night. By Day 3 you will be an expert — that repetition is the point. Know your night’s plan cold, keep the energy high, land the Remember This every single time, and reset the room in 2 minutes for the next team.</w:t>
      </w:r>
    </w:p>
    <w:p>
      <w:pPr>
        <w:spacing w:before="160" w:after="40"/>
        <w:keepNext/>
      </w:pPr>
      <w:r>
        <w:rPr>
          <w:rFonts w:ascii="Liberation Sans" w:hAnsi="Liberation Sans" w:eastAsia="Liberation Sans"/>
          <w:b/>
          <w:i w:val="0"/>
          <w:color w:val="086862"/>
          <w:sz w:val="19"/>
        </w:rPr>
        <w:t>CHECK-IN / REGISTRATION</w:t>
      </w:r>
    </w:p>
    <w:p>
      <w:pPr>
        <w:spacing w:before="0" w:after="60" w:line="259" w:lineRule="auto"/>
      </w:pPr>
      <w:r>
        <w:rPr>
          <w:rFonts w:ascii="Liberation Sans" w:hAnsi="Liberation Sans" w:eastAsia="Liberation Sans"/>
          <w:b w:val="0"/>
          <w:i w:val="0"/>
          <w:color w:val="263342"/>
          <w:sz w:val="18"/>
        </w:rPr>
        <w:t>You are the first smile families see. Print nametags, flag allergies with the red dot, hand out matching pickup tags, and confirm authorized pickup lists. Calm, fast, warm — the night starts with you.</w:t>
      </w:r>
    </w:p>
    <w:p>
      <w:pPr>
        <w:spacing w:before="160" w:after="40"/>
        <w:keepNext/>
      </w:pPr>
      <w:r>
        <w:rPr>
          <w:rFonts w:ascii="Liberation Sans" w:hAnsi="Liberation Sans" w:eastAsia="Liberation Sans"/>
          <w:b/>
          <w:i w:val="0"/>
          <w:color w:val="086862"/>
          <w:sz w:val="19"/>
        </w:rPr>
        <w:t>SAFETY &amp; SECURITY</w:t>
      </w:r>
    </w:p>
    <w:p>
      <w:pPr>
        <w:spacing w:before="0" w:after="60" w:line="259" w:lineRule="auto"/>
      </w:pPr>
      <w:r>
        <w:rPr>
          <w:rFonts w:ascii="Liberation Sans" w:hAnsi="Liberation Sans" w:eastAsia="Liberation Sans"/>
          <w:b w:val="0"/>
          <w:i w:val="0"/>
          <w:color w:val="263342"/>
          <w:sz w:val="18"/>
        </w:rPr>
        <w:t>You own the hallways, doors, bathrooms, and the end-of-night sweep. You are friendly but firm: wristbands checked, lines moving, no child ever alone. Parents trust us because of you.</w:t>
      </w:r>
    </w:p>
    <w:p>
      <w:pPr>
        <w:spacing w:before="160" w:after="40"/>
        <w:keepNext/>
      </w:pPr>
      <w:r>
        <w:rPr>
          <w:rFonts w:ascii="Liberation Sans" w:hAnsi="Liberation Sans" w:eastAsia="Liberation Sans"/>
          <w:b/>
          <w:i w:val="0"/>
          <w:color w:val="086862"/>
          <w:sz w:val="19"/>
        </w:rPr>
        <w:t>WORSHIP / MAIN SESSION TEAM</w:t>
      </w:r>
    </w:p>
    <w:p>
      <w:pPr>
        <w:spacing w:before="0" w:after="60" w:line="259" w:lineRule="auto"/>
      </w:pPr>
      <w:r>
        <w:rPr>
          <w:rFonts w:ascii="Liberation Sans" w:hAnsi="Liberation Sans" w:eastAsia="Liberation Sans"/>
          <w:b w:val="0"/>
          <w:i w:val="0"/>
          <w:color w:val="263342"/>
          <w:sz w:val="18"/>
        </w:rPr>
        <w:t>You set the temperature of the whole night. High energy, clear lyrics on screen, motions the kids can follow by Night 2. Rehearse on Setup Day; pray more than you practice.</w:t>
      </w:r>
    </w:p>
    <w:p>
      <w:pPr>
        <w:spacing w:before="160" w:after="40"/>
        <w:keepNext/>
      </w:pPr>
      <w:r>
        <w:rPr>
          <w:rFonts w:ascii="Liberation Sans" w:hAnsi="Liberation Sans" w:eastAsia="Liberation Sans"/>
          <w:b/>
          <w:i w:val="0"/>
          <w:color w:val="086862"/>
          <w:sz w:val="19"/>
        </w:rPr>
        <w:t>SOUND / TECH</w:t>
      </w:r>
    </w:p>
    <w:p>
      <w:pPr>
        <w:spacing w:before="0" w:after="60" w:line="259" w:lineRule="auto"/>
      </w:pPr>
      <w:r>
        <w:rPr>
          <w:rFonts w:ascii="Liberation Sans" w:hAnsi="Liberation Sans" w:eastAsia="Liberation Sans"/>
          <w:b w:val="0"/>
          <w:i w:val="0"/>
          <w:color w:val="263342"/>
          <w:sz w:val="18"/>
        </w:rPr>
        <w:t>Mics live, slides advancing, transition song cued, lights doing their thing. You are invisible when everything works — that’s the job, and it matters enormously.</w:t>
      </w:r>
    </w:p>
    <w:p>
      <w:pPr>
        <w:spacing w:before="160" w:after="40"/>
        <w:keepNext/>
      </w:pPr>
      <w:r>
        <w:rPr>
          <w:rFonts w:ascii="Liberation Sans" w:hAnsi="Liberation Sans" w:eastAsia="Liberation Sans"/>
          <w:b/>
          <w:i w:val="0"/>
          <w:color w:val="086862"/>
          <w:sz w:val="19"/>
        </w:rPr>
        <w:t>SNACK TEAM</w:t>
      </w:r>
    </w:p>
    <w:p>
      <w:pPr>
        <w:spacing w:before="0" w:after="60" w:line="259" w:lineRule="auto"/>
      </w:pPr>
      <w:r>
        <w:rPr>
          <w:rFonts w:ascii="Liberation Sans" w:hAnsi="Liberation Sans" w:eastAsia="Liberation Sans"/>
          <w:b w:val="0"/>
          <w:i w:val="0"/>
          <w:color w:val="263342"/>
          <w:sz w:val="18"/>
        </w:rPr>
        <w:t>You feed 60+ kids in 25 minutes without incident. Ingredient labels up, hands washed, allergy list memorized, “when in doubt, don’t serve.” Joyful servers — kids remember how you made them feel.</w:t>
      </w:r>
    </w:p>
    <w:p>
      <w:pPr>
        <w:spacing w:before="160" w:after="40"/>
        <w:keepNext/>
      </w:pPr>
      <w:r>
        <w:rPr>
          <w:rFonts w:ascii="Liberation Sans" w:hAnsi="Liberation Sans" w:eastAsia="Liberation Sans"/>
          <w:b/>
          <w:i w:val="0"/>
          <w:color w:val="086862"/>
          <w:sz w:val="19"/>
        </w:rPr>
        <w:t>SETUP / TEARDOWN</w:t>
      </w:r>
    </w:p>
    <w:p>
      <w:pPr>
        <w:spacing w:before="0" w:after="60" w:line="259" w:lineRule="auto"/>
      </w:pPr>
      <w:r>
        <w:rPr>
          <w:rFonts w:ascii="Liberation Sans" w:hAnsi="Liberation Sans" w:eastAsia="Liberation Sans"/>
          <w:b w:val="0"/>
          <w:i w:val="0"/>
          <w:color w:val="263342"/>
          <w:sz w:val="18"/>
        </w:rPr>
        <w:t>You make Setup Day possible and every night reset. Tables, trash, supplies sorted by rotation. The unglamorous engine of the whole week — thank you in advance.</w:t>
      </w:r>
    </w:p>
    <w:p>
      <w:pPr>
        <w:spacing w:before="160" w:after="40"/>
        <w:keepNext/>
      </w:pPr>
      <w:r>
        <w:rPr>
          <w:rFonts w:ascii="Liberation Sans" w:hAnsi="Liberation Sans" w:eastAsia="Liberation Sans"/>
          <w:b/>
          <w:i w:val="0"/>
          <w:color w:val="086862"/>
          <w:sz w:val="19"/>
        </w:rPr>
        <w:t>PRAYER TEAM</w:t>
      </w:r>
    </w:p>
    <w:p>
      <w:pPr>
        <w:spacing w:before="0" w:after="60" w:line="259" w:lineRule="auto"/>
      </w:pPr>
      <w:r>
        <w:rPr>
          <w:rFonts w:ascii="Liberation Sans" w:hAnsi="Liberation Sans" w:eastAsia="Liberation Sans"/>
          <w:b w:val="0"/>
          <w:i w:val="0"/>
          <w:color w:val="263342"/>
          <w:sz w:val="18"/>
        </w:rPr>
        <w:t>You pray over empty rooms before doors open and intercede during main session while kids worship. Nobody sees most of what you do. Heaven does.</w:t>
      </w:r>
    </w:p>
    <w:p>
      <w:pPr>
        <w:spacing w:before="160" w:after="40"/>
        <w:keepNext/>
      </w:pPr>
      <w:r>
        <w:rPr>
          <w:rFonts w:ascii="Liberation Sans" w:hAnsi="Liberation Sans" w:eastAsia="Liberation Sans"/>
          <w:b/>
          <w:i w:val="0"/>
          <w:color w:val="086862"/>
          <w:sz w:val="19"/>
        </w:rPr>
        <w:t>CAMP DIRECTOR</w:t>
      </w:r>
    </w:p>
    <w:p>
      <w:pPr>
        <w:spacing w:before="0" w:after="60" w:line="259" w:lineRule="auto"/>
      </w:pPr>
      <w:r>
        <w:rPr>
          <w:rFonts w:ascii="Liberation Sans" w:hAnsi="Liberation Sans" w:eastAsia="Liberation Sans"/>
          <w:b w:val="0"/>
          <w:i w:val="0"/>
          <w:color w:val="263342"/>
          <w:sz w:val="18"/>
        </w:rPr>
        <w:t>You own the clock, the calls, and the calm. Float, fix, encourage, decide. When something breaks — and something will — your peace sets the temperature for every volunteer.</w:t>
      </w:r>
    </w:p>
    <w:p>
      <w:r>
        <w:br w:type="page"/>
      </w:r>
    </w:p>
    <w:tbl>
      <w:tblPr>
        <w:tblW w:type="auto" w:w="0"/>
        <w:jc w:val="center"/>
        <w:tblLook w:firstColumn="1" w:firstRow="1" w:lastColumn="0" w:lastRow="0" w:noHBand="0" w:noVBand="1" w:val="04A0"/>
      </w:tblPr>
      <w:tblGrid>
        <w:gridCol w:w="10282"/>
      </w:tblGrid>
      <w:tr>
        <w:tc>
          <w:tcPr>
            <w:tcW w:type="dxa" w:w="10282"/>
            <w:shd w:fill="F2B544"/>
            <w:tcMar>
              <w:top w:w="260" w:type="dxa"/>
              <w:start w:w="240" w:type="dxa"/>
              <w:bottom w:w="260" w:type="dxa"/>
              <w:end w:w="240" w:type="dxa"/>
            </w:tcMar>
          </w:tcPr>
          <w:p>
            <w:pPr>
              <w:jc w:val="center"/>
            </w:pPr>
            <w:r>
              <w:rPr>
                <w:rFonts w:ascii="Liberation Sans" w:hAnsi="Liberation Sans" w:eastAsia="Liberation Sans"/>
                <w:b/>
                <w:i w:val="0"/>
                <w:color w:val="FFFFFF"/>
                <w:sz w:val="18"/>
              </w:rPr>
              <w:t>PROMO</w:t>
            </w:r>
          </w:p>
          <w:p>
            <w:pPr>
              <w:jc w:val="center"/>
            </w:pPr>
            <w:r>
              <w:rPr>
                <w:rFonts w:ascii="Liberation Sans" w:hAnsi="Liberation Sans" w:eastAsia="Liberation Sans"/>
                <w:b/>
                <w:i w:val="0"/>
                <w:color w:val="FFFFFF"/>
                <w:sz w:val="50"/>
              </w:rPr>
              <w:t>Print-ready templates</w:t>
            </w:r>
          </w:p>
          <w:p>
            <w:pPr>
              <w:jc w:val="center"/>
            </w:pPr>
            <w:r>
              <w:rPr>
                <w:rFonts w:ascii="Liberation Sans" w:hAnsi="Liberation Sans" w:eastAsia="Liberation Sans"/>
                <w:b w:val="0"/>
                <w:i w:val="0"/>
                <w:color w:val="FFFFFF"/>
                <w:sz w:val="20"/>
              </w:rPr>
              <w:t>Fill the [BRACKETS]. Any volunteer with Canva or Word can produce these.</w:t>
            </w:r>
          </w:p>
        </w:tc>
      </w:tr>
    </w:tbl>
    <w:p>
      <w:pPr>
        <w:pStyle w:val="Heading2"/>
        <w:keepNext/>
        <w:spacing w:before="100" w:after="80"/>
      </w:pPr>
      <w:r>
        <w:rPr>
          <w:rFonts w:ascii="Liberation Sans" w:hAnsi="Liberation Sans" w:eastAsia="Liberation Sans"/>
          <w:b/>
          <w:i w:val="0"/>
          <w:color w:val="263342"/>
          <w:sz w:val="26"/>
        </w:rPr>
        <w:t>One-page flyer text</w:t>
      </w:r>
    </w:p>
    <w:p>
      <w:pPr>
        <w:spacing w:before="0" w:after="100" w:line="259" w:lineRule="auto"/>
      </w:pPr>
      <w:r>
        <w:rPr>
          <w:rFonts w:ascii="Liberation Sans" w:hAnsi="Liberation Sans" w:eastAsia="Liberation Sans"/>
          <w:b w:val="0"/>
          <w:i/>
          <w:color w:val="526274"/>
          <w:sz w:val="18"/>
        </w:rPr>
        <w:t>[Design direction: bold title KIDS CAMP: ELECTRIC CITY, tagline “Powered by Jesus,” bright city skyline with lightning bolts and glowing windows, navy/teal/yellow palette.]</w:t>
      </w:r>
    </w:p>
    <w:p>
      <w:pPr>
        <w:spacing w:before="0" w:after="100" w:line="259" w:lineRule="auto"/>
        <w:jc w:val="center"/>
      </w:pPr>
      <w:r>
        <w:rPr>
          <w:rFonts w:ascii="Liberation Sans" w:hAnsi="Liberation Sans" w:eastAsia="Liberation Sans"/>
          <w:b/>
          <w:i w:val="0"/>
          <w:color w:val="14243A"/>
          <w:sz w:val="32"/>
        </w:rPr>
        <w:t>KIDS CAMP: ELECTRIC CITY</w:t>
      </w:r>
    </w:p>
    <w:p>
      <w:pPr>
        <w:spacing w:before="0" w:after="100" w:line="259" w:lineRule="auto"/>
        <w:jc w:val="center"/>
      </w:pPr>
      <w:r>
        <w:rPr>
          <w:rFonts w:ascii="Liberation Sans" w:hAnsi="Liberation Sans" w:eastAsia="Liberation Sans"/>
          <w:b/>
          <w:i w:val="0"/>
          <w:color w:val="086862"/>
          <w:sz w:val="24"/>
        </w:rPr>
        <w:t>Powered by Jesus.</w:t>
      </w:r>
    </w:p>
    <w:p>
      <w:pPr>
        <w:spacing w:before="0" w:after="100" w:line="259" w:lineRule="auto"/>
        <w:jc w:val="center"/>
      </w:pPr>
      <w:r>
        <w:rPr>
          <w:rFonts w:ascii="Liberation Sans" w:hAnsi="Liberation Sans" w:eastAsia="Liberation Sans"/>
          <w:b w:val="0"/>
          <w:i w:val="0"/>
          <w:color w:val="263342"/>
          <w:sz w:val="19"/>
        </w:rPr>
        <w:t>Three nights. One glowing city. Zero cost.</w:t>
      </w:r>
    </w:p>
    <w:p>
      <w:pPr>
        <w:pStyle w:val="ListBullet"/>
        <w:spacing w:before="0" w:after="40" w:line="250" w:lineRule="auto"/>
      </w:pPr>
      <w:r>
        <w:rPr>
          <w:rFonts w:ascii="Liberation Sans" w:hAnsi="Liberation Sans" w:eastAsia="Liberation Sans"/>
          <w:b w:val="0"/>
          <w:i w:val="0"/>
          <w:color w:val="263342"/>
          <w:sz w:val="18"/>
        </w:rPr>
        <w:t>[DATES] • 6:00–9:00 PM nightly • Parent Night (Day 4)</w:t>
      </w:r>
    </w:p>
    <w:p>
      <w:pPr>
        <w:pStyle w:val="ListBullet"/>
        <w:spacing w:before="0" w:after="40" w:line="250" w:lineRule="auto"/>
      </w:pPr>
      <w:r>
        <w:rPr>
          <w:rFonts w:ascii="Liberation Sans" w:hAnsi="Liberation Sans" w:eastAsia="Liberation Sans"/>
          <w:b w:val="0"/>
          <w:i w:val="0"/>
          <w:color w:val="263342"/>
          <w:sz w:val="18"/>
        </w:rPr>
        <w:t>[CHURCH NAME] • [ADDRESS]</w:t>
      </w:r>
    </w:p>
    <w:p>
      <w:pPr>
        <w:pStyle w:val="ListBullet"/>
        <w:spacing w:before="0" w:after="40" w:line="250" w:lineRule="auto"/>
      </w:pPr>
      <w:r>
        <w:rPr>
          <w:rFonts w:ascii="Liberation Sans" w:hAnsi="Liberation Sans" w:eastAsia="Liberation Sans"/>
          <w:b w:val="0"/>
          <w:i w:val="0"/>
          <w:color w:val="263342"/>
          <w:sz w:val="18"/>
        </w:rPr>
        <w:t>For kids VPK through 5th grade — games, crafts, science, music, and the best news ever.</w:t>
      </w:r>
    </w:p>
    <w:p>
      <w:pPr>
        <w:pStyle w:val="ListBullet"/>
        <w:spacing w:before="0" w:after="40" w:line="250" w:lineRule="auto"/>
      </w:pPr>
      <w:r>
        <w:rPr>
          <w:rFonts w:ascii="Liberation Sans" w:hAnsi="Liberation Sans" w:eastAsia="Liberation Sans"/>
          <w:b w:val="0"/>
          <w:i w:val="0"/>
          <w:color w:val="263342"/>
          <w:sz w:val="18"/>
        </w:rPr>
        <w:t>Tuition: [AMOUNT]. Scholarships available — no child turned away for cost. Register at [WEBSITE] or text [PHONE].</w:t>
      </w:r>
    </w:p>
    <w:p>
      <w:pPr>
        <w:pStyle w:val="Heading2"/>
        <w:keepNext/>
        <w:spacing w:before="100" w:after="80"/>
      </w:pPr>
      <w:r>
        <w:rPr>
          <w:rFonts w:ascii="Liberation Sans" w:hAnsi="Liberation Sans" w:eastAsia="Liberation Sans"/>
          <w:b/>
          <w:i w:val="0"/>
          <w:color w:val="263342"/>
          <w:sz w:val="26"/>
        </w:rPr>
        <w:t>Half-sheet invite card text</w:t>
      </w:r>
    </w:p>
    <w:p>
      <w:pPr>
        <w:spacing w:before="0" w:after="100" w:line="259" w:lineRule="auto"/>
      </w:pPr>
      <w:r>
        <w:rPr>
          <w:rFonts w:ascii="Liberation Sans" w:hAnsi="Liberation Sans" w:eastAsia="Liberation Sans"/>
          <w:b w:val="0"/>
          <w:i w:val="0"/>
          <w:color w:val="263342"/>
          <w:sz w:val="19"/>
        </w:rPr>
        <w:t>YOU’RE INVITED! KIDS CAMP: ELECTRIC CITY — Powered by Jesus. [DATES], 6–9 PM, [CHURCH NAME]. VPK–5th grade. Tuition: [AMOUNT] (scholarships available). Register: [WEBSITE]</w:t>
      </w:r>
    </w:p>
    <w:p>
      <w:pPr>
        <w:pStyle w:val="Heading2"/>
        <w:keepNext/>
        <w:spacing w:before="100" w:after="80"/>
      </w:pPr>
      <w:r>
        <w:rPr>
          <w:rFonts w:ascii="Liberation Sans" w:hAnsi="Liberation Sans" w:eastAsia="Liberation Sans"/>
          <w:b/>
          <w:i w:val="0"/>
          <w:color w:val="263342"/>
          <w:sz w:val="26"/>
        </w:rPr>
        <w:t>Parent FAQ</w:t>
      </w:r>
    </w:p>
    <w:tbl>
      <w:tblPr>
        <w:tblW w:type="auto" w:w="0"/>
        <w:jc w:val="center"/>
        <w:tblLayout w:type="fixed"/>
        <w:tblLook w:firstColumn="1" w:firstRow="1" w:lastColumn="0" w:lastRow="0" w:noHBand="0" w:noVBand="1" w:val="04A0"/>
      </w:tblPr>
      <w:tblGrid>
        <w:gridCol w:w="2592"/>
        <w:gridCol w:w="7704"/>
      </w:tblGrid>
      <w:tr>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Question</w:t>
            </w:r>
          </w:p>
        </w:tc>
        <w:tc>
          <w:tcPr>
            <w:tcW w:type="dxa" w:w="5141"/>
            <w:shd w:fill="F2B544"/>
            <w:tcMar>
              <w:top w:w="80" w:type="dxa"/>
              <w:start w:w="100" w:type="dxa"/>
              <w:bottom w:w="80" w:type="dxa"/>
              <w:end w:w="100" w:type="dxa"/>
            </w:tcMar>
          </w:tcPr>
          <w:p>
            <w:r>
              <w:rPr>
                <w:rFonts w:ascii="Liberation Sans" w:hAnsi="Liberation Sans" w:eastAsia="Liberation Sans"/>
                <w:b/>
                <w:i w:val="0"/>
                <w:color w:val="FFFFFF"/>
                <w:sz w:val="17"/>
              </w:rPr>
              <w:t>Answer</w:t>
            </w:r>
          </w:p>
        </w:tc>
      </w:tr>
      <w:tr>
        <w:tc>
          <w:tcPr>
            <w:tcW w:type="dxa" w:w="25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What should my child wear?</w:t>
            </w:r>
          </w:p>
        </w:tc>
        <w:tc>
          <w:tcPr>
            <w:tcW w:type="dxa" w:w="77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Play clothes and sneakers. Crafts get messy and games get moving.</w:t>
            </w:r>
          </w:p>
        </w:tc>
      </w:tr>
      <w:tr>
        <w:tc>
          <w:tcPr>
            <w:tcW w:type="dxa" w:w="25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Drop-off / pickup?</w:t>
            </w:r>
          </w:p>
        </w:tc>
        <w:tc>
          <w:tcPr>
            <w:tcW w:type="dxa" w:w="77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Doors 6:00 PM. Keep your matching pickup tag — we match it at dismissal (8:50–9:00, staggered by zone). Only authorized adults on your form may pick up.</w:t>
            </w:r>
          </w:p>
        </w:tc>
      </w:tr>
      <w:tr>
        <w:tc>
          <w:tcPr>
            <w:tcW w:type="dxa" w:w="25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What about allergies?</w:t>
            </w:r>
          </w:p>
        </w:tc>
        <w:tc>
          <w:tcPr>
            <w:tcW w:type="dxa" w:w="77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Tell us at registration. Camp is nut-free; every snack is labeled; our team is briefed.</w:t>
            </w:r>
          </w:p>
        </w:tc>
      </w:tr>
      <w:tr>
        <w:tc>
          <w:tcPr>
            <w:tcW w:type="dxa" w:w="25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What does it cost?</w:t>
            </w:r>
          </w:p>
        </w:tc>
        <w:tc>
          <w:tcPr>
            <w:tcW w:type="dxa" w:w="77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Tuition is [AMOUNT] per child, which covers crafts, science supplies, dinner, a camp T-shirt, and Parent Night (Day 4). Scholarships are available — no child is ever turned away for cost. Talk to us.</w:t>
            </w:r>
          </w:p>
        </w:tc>
      </w:tr>
      <w:tr>
        <w:tc>
          <w:tcPr>
            <w:tcW w:type="dxa" w:w="25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Can my VPK child come?</w:t>
            </w:r>
          </w:p>
        </w:tc>
        <w:tc>
          <w:tcPr>
            <w:tcW w:type="dxa" w:w="77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Yes! VPK campers join the younger band with kindergarten–2nd graders.</w:t>
            </w:r>
          </w:p>
        </w:tc>
      </w:tr>
      <w:tr>
        <w:tc>
          <w:tcPr>
            <w:tcW w:type="dxa" w:w="2592"/>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What happens on Parent Night (Day 4)?</w:t>
            </w:r>
          </w:p>
        </w:tc>
        <w:tc>
          <w:tcPr>
            <w:tcW w:type="dxa" w:w="7704"/>
            <w:tcMar>
              <w:top w:w="70" w:type="dxa"/>
              <w:start w:w="100" w:type="dxa"/>
              <w:bottom w:w="70" w:type="dxa"/>
              <w:end w:w="100" w:type="dxa"/>
            </w:tcMar>
            <w:tcBorders>
              <w:bottom w:val="single" w:sz="4" w:color="D9E2E8"/>
            </w:tcBorders>
          </w:tcPr>
          <w:p>
            <w:r>
              <w:rPr>
                <w:rFonts w:ascii="Liberation Sans" w:hAnsi="Liberation Sans" w:eastAsia="Liberation Sans"/>
                <w:b w:val="0"/>
                <w:i w:val="0"/>
                <w:color w:val="263342"/>
                <w:sz w:val="17"/>
              </w:rPr>
              <w:t>Parent Night! Families join us in the auditorium for worship, the week’s story, awards, and a tour of the Electric City your kids built.</w:t>
            </w:r>
          </w:p>
        </w:tc>
      </w:tr>
    </w:tbl>
    <w:p>
      <w:r>
        <w:br w:type="page"/>
      </w:r>
    </w:p>
    <w:tbl>
      <w:tblPr>
        <w:tblW w:type="auto" w:w="0"/>
        <w:jc w:val="center"/>
        <w:tblLook w:firstColumn="1" w:firstRow="1" w:lastColumn="0" w:lastRow="0" w:noHBand="0" w:noVBand="1" w:val="04A0"/>
      </w:tblPr>
      <w:tblGrid>
        <w:gridCol w:w="10282"/>
      </w:tblGrid>
      <w:tr>
        <w:tc>
          <w:tcPr>
            <w:tcW w:type="dxa" w:w="10282"/>
            <w:shd w:fill="0B8F87"/>
            <w:tcMar>
              <w:top w:w="260" w:type="dxa"/>
              <w:start w:w="240" w:type="dxa"/>
              <w:bottom w:w="260" w:type="dxa"/>
              <w:end w:w="240" w:type="dxa"/>
            </w:tcMar>
          </w:tcPr>
          <w:p>
            <w:pPr>
              <w:jc w:val="center"/>
            </w:pPr>
            <w:r>
              <w:rPr>
                <w:rFonts w:ascii="Liberation Sans" w:hAnsi="Liberation Sans" w:eastAsia="Liberation Sans"/>
                <w:b/>
                <w:i w:val="0"/>
                <w:color w:val="FFFFFF"/>
                <w:sz w:val="18"/>
              </w:rPr>
              <w:t>SOCIAL PACK</w:t>
            </w:r>
          </w:p>
          <w:p>
            <w:pPr>
              <w:jc w:val="center"/>
            </w:pPr>
            <w:r>
              <w:rPr>
                <w:rFonts w:ascii="Liberation Sans" w:hAnsi="Liberation Sans" w:eastAsia="Liberation Sans"/>
                <w:b/>
                <w:i w:val="0"/>
                <w:color w:val="FFFFFF"/>
                <w:sz w:val="50"/>
              </w:rPr>
              <w:t>Copy. Paste. Post.</w:t>
            </w:r>
          </w:p>
          <w:p>
            <w:pPr>
              <w:jc w:val="center"/>
            </w:pPr>
            <w:r>
              <w:rPr>
                <w:rFonts w:ascii="Liberation Sans" w:hAnsi="Liberation Sans" w:eastAsia="Liberation Sans"/>
                <w:b w:val="0"/>
                <w:i w:val="0"/>
                <w:color w:val="FFFFFF"/>
                <w:sz w:val="20"/>
              </w:rPr>
              <w:t>Announcement → countdown → nightly recaps → parent-night invite.</w:t>
            </w:r>
          </w:p>
        </w:tc>
      </w:tr>
    </w:tbl>
    <w:p>
      <w:pPr>
        <w:spacing w:before="0" w:after="100" w:line="259" w:lineRule="auto"/>
      </w:pPr>
      <w:r>
        <w:rPr>
          <w:rFonts w:ascii="Liberation Sans" w:hAnsi="Liberation Sans" w:eastAsia="Liberation Sans"/>
          <w:b w:val="0"/>
          <w:i/>
          <w:color w:val="526274"/>
          <w:sz w:val="18"/>
        </w:rPr>
        <w:t>Hashtags: #KidsCamp #ElectricCity #[YOURCHURCH]Kids</w:t>
      </w:r>
    </w:p>
    <w:p>
      <w:pPr>
        <w:spacing w:before="140" w:after="40"/>
      </w:pPr>
      <w:r>
        <w:rPr>
          <w:rFonts w:ascii="Liberation Sans" w:hAnsi="Liberation Sans" w:eastAsia="Liberation Sans"/>
          <w:b/>
          <w:i w:val="0"/>
          <w:color w:val="086862"/>
          <w:sz w:val="18"/>
        </w:rPr>
        <w:t>ANNOUNCEMENT (4 weeks out)</w:t>
      </w:r>
    </w:p>
    <w:p>
      <w:pPr>
        <w:spacing w:before="0" w:after="60" w:line="259" w:lineRule="auto"/>
      </w:pPr>
      <w:r>
        <w:rPr>
          <w:rFonts w:ascii="Liberation Sans" w:hAnsi="Liberation Sans" w:eastAsia="Liberation Sans"/>
          <w:b w:val="0"/>
          <w:i w:val="0"/>
          <w:color w:val="263342"/>
          <w:sz w:val="18"/>
        </w:rPr>
        <w:t>Something is lighting up [CHURCH NAME] this summer… KIDS CAMP: ELECTRIC CITY — Powered by Jesus! [DATES], 6–9 PM nightly. VPK–5th grade. Games, crafts, science, music, dinner. Tuition: [AMOUNT] — scholarships available, no child turned away for cost. Register now: [WEBSITE] #KidsCamp #ElectricCity</w:t>
      </w:r>
    </w:p>
    <w:p>
      <w:pPr>
        <w:spacing w:before="140" w:after="40"/>
      </w:pPr>
      <w:r>
        <w:rPr>
          <w:rFonts w:ascii="Liberation Sans" w:hAnsi="Liberation Sans" w:eastAsia="Liberation Sans"/>
          <w:b/>
          <w:i w:val="0"/>
          <w:color w:val="086862"/>
          <w:sz w:val="18"/>
        </w:rPr>
        <w:t>COUNTDOWN — 1 week</w:t>
      </w:r>
    </w:p>
    <w:p>
      <w:pPr>
        <w:spacing w:before="0" w:after="60" w:line="259" w:lineRule="auto"/>
      </w:pPr>
      <w:r>
        <w:rPr>
          <w:rFonts w:ascii="Liberation Sans" w:hAnsi="Liberation Sans" w:eastAsia="Liberation Sans"/>
          <w:b w:val="0"/>
          <w:i w:val="0"/>
          <w:color w:val="263342"/>
          <w:sz w:val="18"/>
        </w:rPr>
        <w:t>ONE WEEK until Electric City lights up! [DATES] at [CHURCH NAME]. Is your VPK–5th grader registered? Tuition: [AMOUNT] (scholarships available). [WEBSITE] #KidsCamp #ElectricCity</w:t>
      </w:r>
    </w:p>
    <w:p>
      <w:pPr>
        <w:spacing w:before="140" w:after="40"/>
      </w:pPr>
      <w:r>
        <w:rPr>
          <w:rFonts w:ascii="Liberation Sans" w:hAnsi="Liberation Sans" w:eastAsia="Liberation Sans"/>
          <w:b/>
          <w:i w:val="0"/>
          <w:color w:val="086862"/>
          <w:sz w:val="18"/>
        </w:rPr>
        <w:t>COUNTDOWN — 3 days</w:t>
      </w:r>
    </w:p>
    <w:p>
      <w:pPr>
        <w:spacing w:before="0" w:after="60" w:line="259" w:lineRule="auto"/>
      </w:pPr>
      <w:r>
        <w:rPr>
          <w:rFonts w:ascii="Liberation Sans" w:hAnsi="Liberation Sans" w:eastAsia="Liberation Sans"/>
          <w:b w:val="0"/>
          <w:i w:val="0"/>
          <w:color w:val="263342"/>
          <w:sz w:val="18"/>
        </w:rPr>
        <w:t>3 DAYS! Our team is building, praying, and testing every light. See your camper [DAY] at 6 PM! #KidsCamp #ElectricCity</w:t>
      </w:r>
    </w:p>
    <w:p>
      <w:pPr>
        <w:spacing w:before="140" w:after="40"/>
      </w:pPr>
      <w:r>
        <w:rPr>
          <w:rFonts w:ascii="Liberation Sans" w:hAnsi="Liberation Sans" w:eastAsia="Liberation Sans"/>
          <w:b/>
          <w:i w:val="0"/>
          <w:color w:val="086862"/>
          <w:sz w:val="18"/>
        </w:rPr>
        <w:t>COUNTDOWN — tomorrow</w:t>
      </w:r>
    </w:p>
    <w:p>
      <w:pPr>
        <w:spacing w:before="0" w:after="60" w:line="259" w:lineRule="auto"/>
      </w:pPr>
      <w:r>
        <w:rPr>
          <w:rFonts w:ascii="Liberation Sans" w:hAnsi="Liberation Sans" w:eastAsia="Liberation Sans"/>
          <w:b w:val="0"/>
          <w:i w:val="0"/>
          <w:color w:val="263342"/>
          <w:sz w:val="18"/>
        </w:rPr>
        <w:t>TOMORROW NIGHT the city powers on! Doors 6 PM at [CHURCH NAME]. Play clothes, sneakers, and bring a friend — tuition: [AMOUNT], scholarships available! #KidsCamp #ElectricCity</w:t>
      </w:r>
    </w:p>
    <w:p>
      <w:pPr>
        <w:spacing w:before="140" w:after="40"/>
      </w:pPr>
      <w:r>
        <w:rPr>
          <w:rFonts w:ascii="Liberation Sans" w:hAnsi="Liberation Sans" w:eastAsia="Liberation Sans"/>
          <w:b/>
          <w:i w:val="0"/>
          <w:color w:val="086862"/>
          <w:sz w:val="18"/>
        </w:rPr>
        <w:t>NIGHT 1 RECAP</w:t>
      </w:r>
    </w:p>
    <w:p>
      <w:pPr>
        <w:spacing w:before="0" w:after="60" w:line="259" w:lineRule="auto"/>
      </w:pPr>
      <w:r>
        <w:rPr>
          <w:rFonts w:ascii="Liberation Sans" w:hAnsi="Liberation Sans" w:eastAsia="Liberation Sans"/>
          <w:b w:val="0"/>
          <w:i w:val="0"/>
          <w:color w:val="263342"/>
          <w:sz w:val="18"/>
        </w:rPr>
        <w:t>NIGHT 1 = POWERED UP! [NUMBER] kids learned Jesus gives power through the Holy Spirit — and our Power Plant is built! See you tomorrow for LIGHT UP night! #KidsCamp #ElectricCity</w:t>
      </w:r>
    </w:p>
    <w:p>
      <w:pPr>
        <w:spacing w:before="140" w:after="40"/>
      </w:pPr>
      <w:r>
        <w:rPr>
          <w:rFonts w:ascii="Liberation Sans" w:hAnsi="Liberation Sans" w:eastAsia="Liberation Sans"/>
          <w:b/>
          <w:i w:val="0"/>
          <w:color w:val="086862"/>
          <w:sz w:val="18"/>
        </w:rPr>
        <w:t>NIGHT 2 RECAP</w:t>
      </w:r>
    </w:p>
    <w:p>
      <w:pPr>
        <w:spacing w:before="0" w:after="60" w:line="259" w:lineRule="auto"/>
      </w:pPr>
      <w:r>
        <w:rPr>
          <w:rFonts w:ascii="Liberation Sans" w:hAnsi="Liberation Sans" w:eastAsia="Liberation Sans"/>
          <w:b w:val="0"/>
          <w:i w:val="0"/>
          <w:color w:val="263342"/>
          <w:sz w:val="18"/>
        </w:rPr>
        <w:t>NIGHT 2 = LIT UP! Our city is glowing and so are these kids — “I shine for Jesus like a city on a hill!” One night left: PLUG IN. #KidsCamp #ElectricCity</w:t>
      </w:r>
    </w:p>
    <w:p>
      <w:pPr>
        <w:spacing w:before="140" w:after="40"/>
      </w:pPr>
      <w:r>
        <w:rPr>
          <w:rFonts w:ascii="Liberation Sans" w:hAnsi="Liberation Sans" w:eastAsia="Liberation Sans"/>
          <w:b/>
          <w:i w:val="0"/>
          <w:color w:val="086862"/>
          <w:sz w:val="18"/>
        </w:rPr>
        <w:t>NIGHT 3 RECAP</w:t>
      </w:r>
    </w:p>
    <w:p>
      <w:pPr>
        <w:spacing w:before="0" w:after="60" w:line="259" w:lineRule="auto"/>
      </w:pPr>
      <w:r>
        <w:rPr>
          <w:rFonts w:ascii="Liberation Sans" w:hAnsi="Liberation Sans" w:eastAsia="Liberation Sans"/>
          <w:b w:val="0"/>
          <w:i w:val="0"/>
          <w:color w:val="263342"/>
          <w:sz w:val="18"/>
        </w:rPr>
        <w:t>NIGHT 3 = PLUGGED IN! Every house connected, every heart full. Tomorrow: PARENT NIGHT — families, join us [TIME] in the auditorium! #KidsCamp #ElectricCity</w:t>
      </w:r>
    </w:p>
    <w:p>
      <w:pPr>
        <w:spacing w:before="140" w:after="40"/>
      </w:pPr>
      <w:r>
        <w:rPr>
          <w:rFonts w:ascii="Liberation Sans" w:hAnsi="Liberation Sans" w:eastAsia="Liberation Sans"/>
          <w:b/>
          <w:i w:val="0"/>
          <w:color w:val="086862"/>
          <w:sz w:val="18"/>
        </w:rPr>
        <w:t>PARENT NIGHT INVITE</w:t>
      </w:r>
    </w:p>
    <w:p>
      <w:pPr>
        <w:spacing w:before="0" w:after="60" w:line="259" w:lineRule="auto"/>
      </w:pPr>
      <w:r>
        <w:rPr>
          <w:rFonts w:ascii="Liberation Sans" w:hAnsi="Liberation Sans" w:eastAsia="Liberation Sans"/>
          <w:b w:val="0"/>
          <w:i w:val="0"/>
          <w:color w:val="263342"/>
          <w:sz w:val="18"/>
        </w:rPr>
        <w:t>TONIGHT! Parents + families: join us [TIME] at [CHURCH NAME] for Electric City Parent Night — kids lead worship, awards, and a tour of the city THEY built. Don’t miss it! #KidsCamp #ElectricCity</w:t>
      </w:r>
    </w:p>
    <w:p>
      <w:pPr>
        <w:pStyle w:val="Heading2"/>
        <w:keepNext/>
        <w:spacing w:before="100" w:after="80"/>
      </w:pPr>
      <w:r>
        <w:rPr>
          <w:rFonts w:ascii="Liberation Sans" w:hAnsi="Liberation Sans" w:eastAsia="Liberation Sans"/>
          <w:b/>
          <w:i w:val="0"/>
          <w:color w:val="263342"/>
          <w:sz w:val="26"/>
        </w:rPr>
        <w:t>30-second promo video script (shot on a phone)</w:t>
      </w:r>
    </w:p>
    <w:p>
      <w:pPr>
        <w:pStyle w:val="ListBullet"/>
        <w:spacing w:before="0" w:after="40" w:line="250" w:lineRule="auto"/>
      </w:pPr>
      <w:r>
        <w:rPr>
          <w:rFonts w:ascii="Liberation Sans" w:hAnsi="Liberation Sans" w:eastAsia="Liberation Sans"/>
          <w:b w:val="0"/>
          <w:i w:val="0"/>
          <w:color w:val="263342"/>
          <w:sz w:val="18"/>
        </w:rPr>
        <w:t>0:00–0:05 — Leader on camera, big energy: “Something is lighting up [CHURCH NAME]!” (Quick cut: kids shouting “ELECTRIC CITY!”)</w:t>
      </w:r>
    </w:p>
    <w:p>
      <w:pPr>
        <w:pStyle w:val="ListBullet"/>
        <w:spacing w:before="0" w:after="40" w:line="250" w:lineRule="auto"/>
      </w:pPr>
      <w:r>
        <w:rPr>
          <w:rFonts w:ascii="Liberation Sans" w:hAnsi="Liberation Sans" w:eastAsia="Liberation Sans"/>
          <w:b w:val="0"/>
          <w:i w:val="0"/>
          <w:color w:val="263342"/>
          <w:sz w:val="18"/>
        </w:rPr>
        <w:t>0:05–0:15 — B-roll: crafts, games, kids laughing. Voiceover: “Three nights. Games, crafts, science, music, dinner — all about Jesus. Tuition: [AMOUNT]; scholarships available.”</w:t>
      </w:r>
    </w:p>
    <w:p>
      <w:pPr>
        <w:pStyle w:val="ListBullet"/>
        <w:spacing w:before="0" w:after="40" w:line="250" w:lineRule="auto"/>
      </w:pPr>
      <w:r>
        <w:rPr>
          <w:rFonts w:ascii="Liberation Sans" w:hAnsi="Liberation Sans" w:eastAsia="Liberation Sans"/>
          <w:b w:val="0"/>
          <w:i w:val="0"/>
          <w:color w:val="263342"/>
          <w:sz w:val="18"/>
        </w:rPr>
        <w:t>0:15–0:25 — Leader again: dates, times, ages, “VPK through 5th grade — bring a friend!”</w:t>
      </w:r>
    </w:p>
    <w:p>
      <w:pPr>
        <w:pStyle w:val="ListBullet"/>
        <w:spacing w:before="0" w:after="40" w:line="250" w:lineRule="auto"/>
      </w:pPr>
      <w:r>
        <w:rPr>
          <w:rFonts w:ascii="Liberation Sans" w:hAnsi="Liberation Sans" w:eastAsia="Liberation Sans"/>
          <w:b w:val="0"/>
          <w:i w:val="0"/>
          <w:color w:val="263342"/>
          <w:sz w:val="18"/>
        </w:rPr>
        <w:t>0:25–0:30 — Title card: KIDS CAMP: ELECTRIC CITY — Powered by Jesus. [WEBSITE]. End on kids yelling the tagline.</w:t>
      </w:r>
    </w:p>
    <w:p>
      <w:r>
        <w:br w:type="page"/>
      </w:r>
    </w:p>
    <w:tbl>
      <w:tblPr>
        <w:tblW w:type="auto" w:w="0"/>
        <w:jc w:val="center"/>
        <w:tblLook w:firstColumn="1" w:firstRow="1" w:lastColumn="0" w:lastRow="0" w:noHBand="0" w:noVBand="1" w:val="04A0"/>
      </w:tblPr>
      <w:tblGrid>
        <w:gridCol w:w="10282"/>
      </w:tblGrid>
      <w:tr>
        <w:tc>
          <w:tcPr>
            <w:tcW w:type="dxa" w:w="10282"/>
            <w:shd w:fill="E26A2C"/>
            <w:tcMar>
              <w:top w:w="260" w:type="dxa"/>
              <w:start w:w="240" w:type="dxa"/>
              <w:bottom w:w="260" w:type="dxa"/>
              <w:end w:w="240" w:type="dxa"/>
            </w:tcMar>
          </w:tcPr>
          <w:p>
            <w:pPr>
              <w:jc w:val="center"/>
            </w:pPr>
            <w:r>
              <w:rPr>
                <w:rFonts w:ascii="Liberation Sans" w:hAnsi="Liberation Sans" w:eastAsia="Liberation Sans"/>
                <w:b/>
                <w:i w:val="0"/>
                <w:color w:val="FFFFFF"/>
                <w:sz w:val="18"/>
              </w:rPr>
              <w:t>T-SHIRTS</w:t>
            </w:r>
          </w:p>
          <w:p>
            <w:pPr>
              <w:jc w:val="center"/>
            </w:pPr>
            <w:r>
              <w:rPr>
                <w:rFonts w:ascii="Liberation Sans" w:hAnsi="Liberation Sans" w:eastAsia="Liberation Sans"/>
                <w:b/>
                <w:i w:val="0"/>
                <w:color w:val="FFFFFF"/>
                <w:sz w:val="50"/>
              </w:rPr>
              <w:t>The reuse plan</w:t>
            </w:r>
          </w:p>
          <w:p>
            <w:pPr>
              <w:jc w:val="center"/>
            </w:pPr>
            <w:r>
              <w:rPr>
                <w:rFonts w:ascii="Liberation Sans" w:hAnsi="Liberation Sans" w:eastAsia="Liberation Sans"/>
                <w:b w:val="0"/>
                <w:i w:val="0"/>
                <w:color w:val="FFFFFF"/>
                <w:sz w:val="20"/>
              </w:rPr>
              <w:t>Shirts built for all year — not just camp week.</w:t>
            </w:r>
          </w:p>
        </w:tc>
      </w:tr>
    </w:tbl>
    <w:p>
      <w:pPr>
        <w:spacing w:before="0" w:after="100" w:line="259" w:lineRule="auto"/>
      </w:pPr>
      <w:r>
        <w:rPr>
          <w:rFonts w:ascii="Liberation Sans" w:hAnsi="Liberation Sans" w:eastAsia="Liberation Sans"/>
          <w:b w:val="0"/>
          <w:i w:val="0"/>
          <w:color w:val="263342"/>
          <w:sz w:val="19"/>
        </w:rPr>
        <w:t>Most camp shirts die in a drawer because they say “VBS 2024.” These won’t. The design carries your CHILDREN’S MINISTRY identity — not the camp logo, not a date — so kids wear them every Sunday all year. That’s the sustainability angle for tight budgets: one shirt, twelve months of ministry.</w:t>
      </w:r>
    </w:p>
    <w:p>
      <w:pPr>
        <w:pStyle w:val="Heading2"/>
        <w:keepNext/>
        <w:spacing w:before="100" w:after="80"/>
      </w:pPr>
      <w:r>
        <w:rPr>
          <w:rFonts w:ascii="Liberation Sans" w:hAnsi="Liberation Sans" w:eastAsia="Liberation Sans"/>
          <w:b/>
          <w:i w:val="0"/>
          <w:color w:val="263342"/>
          <w:sz w:val="26"/>
        </w:rPr>
        <w:t>Design brief (hand this to any print shop)</w:t>
      </w:r>
    </w:p>
    <w:p>
      <w:pPr>
        <w:pStyle w:val="ListBullet"/>
        <w:spacing w:before="0" w:after="40" w:line="250" w:lineRule="auto"/>
      </w:pPr>
      <w:r>
        <w:rPr>
          <w:rFonts w:ascii="Liberation Sans" w:hAnsi="Liberation Sans" w:eastAsia="Liberation Sans"/>
          <w:b w:val="0"/>
          <w:i w:val="0"/>
          <w:color w:val="263342"/>
          <w:sz w:val="18"/>
        </w:rPr>
        <w:t>FRONT: children’s ministry logo (or ministry name in bold type) centered on the chest. No camp name, no date, no year.</w:t>
      </w:r>
    </w:p>
    <w:p>
      <w:pPr>
        <w:pStyle w:val="ListBullet"/>
        <w:spacing w:before="0" w:after="40" w:line="250" w:lineRule="auto"/>
      </w:pPr>
      <w:r>
        <w:rPr>
          <w:rFonts w:ascii="Liberation Sans" w:hAnsi="Liberation Sans" w:eastAsia="Liberation Sans"/>
          <w:b w:val="0"/>
          <w:i w:val="0"/>
          <w:color w:val="263342"/>
          <w:sz w:val="18"/>
        </w:rPr>
        <w:t>BACK (optional): the tagline “Powered by Jesus.” in simple type — timeless, reusable.</w:t>
      </w:r>
    </w:p>
    <w:p>
      <w:pPr>
        <w:pStyle w:val="ListBullet"/>
        <w:spacing w:before="0" w:after="40" w:line="250" w:lineRule="auto"/>
      </w:pPr>
      <w:r>
        <w:rPr>
          <w:rFonts w:ascii="Liberation Sans" w:hAnsi="Liberation Sans" w:eastAsia="Liberation Sans"/>
          <w:b w:val="0"/>
          <w:i w:val="0"/>
          <w:color w:val="263342"/>
          <w:sz w:val="18"/>
        </w:rPr>
        <w:t>TEAM COLORS distinguish bands, not designs: Younger band (VPK–2nd) = YELLOW shirts — team name “SPARKS.” Older band (3rd–5th) = BLUE shirts — team name “CURRENTS.” One design, two shirt colors.</w:t>
      </w:r>
    </w:p>
    <w:p>
      <w:pPr>
        <w:pStyle w:val="ListBullet"/>
        <w:spacing w:before="0" w:after="40" w:line="250" w:lineRule="auto"/>
      </w:pPr>
      <w:r>
        <w:rPr>
          <w:rFonts w:ascii="Liberation Sans" w:hAnsi="Liberation Sans" w:eastAsia="Liberation Sans"/>
          <w:b w:val="0"/>
          <w:i w:val="0"/>
          <w:color w:val="263342"/>
          <w:sz w:val="18"/>
        </w:rPr>
        <w:t>Big churches: add your campus name in small type under the logo. Small churches: keep it generic — it still works.</w:t>
      </w:r>
    </w:p>
    <w:p>
      <w:pPr>
        <w:pStyle w:val="ListBullet"/>
        <w:spacing w:before="0" w:after="40" w:line="250" w:lineRule="auto"/>
      </w:pPr>
      <w:r>
        <w:rPr>
          <w:rFonts w:ascii="Liberation Sans" w:hAnsi="Liberation Sans" w:eastAsia="Liberation Sans"/>
          <w:b w:val="0"/>
          <w:i w:val="0"/>
          <w:color w:val="263342"/>
          <w:sz w:val="18"/>
        </w:rPr>
        <w:t>Ink: one or two colors on the shirt color. Keep it bold and readable from ten feet.</w:t>
      </w:r>
    </w:p>
    <w:p>
      <w:pPr>
        <w:pStyle w:val="Heading2"/>
        <w:keepNext/>
        <w:spacing w:before="100" w:after="80"/>
      </w:pPr>
      <w:r>
        <w:rPr>
          <w:rFonts w:ascii="Liberation Sans" w:hAnsi="Liberation Sans" w:eastAsia="Liberation Sans"/>
          <w:b/>
          <w:i w:val="0"/>
          <w:color w:val="263342"/>
          <w:sz w:val="26"/>
        </w:rPr>
        <w:t>Bulk ordering tips</w:t>
      </w:r>
    </w:p>
    <w:p>
      <w:pPr>
        <w:pStyle w:val="ListBullet"/>
        <w:spacing w:before="0" w:after="40" w:line="250" w:lineRule="auto"/>
      </w:pPr>
      <w:r>
        <w:rPr>
          <w:rFonts w:ascii="Liberation Sans" w:hAnsi="Liberation Sans" w:eastAsia="Liberation Sans"/>
          <w:b w:val="0"/>
          <w:i w:val="0"/>
          <w:color w:val="263342"/>
          <w:sz w:val="18"/>
        </w:rPr>
        <w:t>WHERE: local print shops (ask for the ministry discount), or online bulk printers — get three quotes; prices vary wildly.</w:t>
      </w:r>
    </w:p>
    <w:p>
      <w:pPr>
        <w:pStyle w:val="ListBullet"/>
        <w:spacing w:before="0" w:after="40" w:line="250" w:lineRule="auto"/>
      </w:pPr>
      <w:r>
        <w:rPr>
          <w:rFonts w:ascii="Liberation Sans" w:hAnsi="Liberation Sans" w:eastAsia="Liberation Sans"/>
          <w:b w:val="0"/>
          <w:i w:val="0"/>
          <w:color w:val="263342"/>
          <w:sz w:val="18"/>
        </w:rPr>
        <w:t>SIZING VPK–5th: order Youth XS–L plus a few Adult S for 5th graders and volunteers. Rule of thumb: 10% YXS, 30% YS, 30% YM, 20% YL, 10% AS.</w:t>
      </w:r>
    </w:p>
    <w:p>
      <w:pPr>
        <w:pStyle w:val="ListBullet"/>
        <w:spacing w:before="0" w:after="40" w:line="250" w:lineRule="auto"/>
      </w:pPr>
      <w:r>
        <w:rPr>
          <w:rFonts w:ascii="Liberation Sans" w:hAnsi="Liberation Sans" w:eastAsia="Liberation Sans"/>
          <w:b w:val="0"/>
          <w:i w:val="0"/>
          <w:color w:val="263342"/>
          <w:sz w:val="18"/>
        </w:rPr>
        <w:t>ALWAYS order 10% extra — visitors come, sizes surprise you, and extras become Sunday shirts.</w:t>
      </w:r>
    </w:p>
    <w:p>
      <w:pPr>
        <w:pStyle w:val="ListBullet"/>
        <w:spacing w:before="0" w:after="40" w:line="250" w:lineRule="auto"/>
      </w:pPr>
      <w:r>
        <w:rPr>
          <w:rFonts w:ascii="Liberation Sans" w:hAnsi="Liberation Sans" w:eastAsia="Liberation Sans"/>
          <w:b w:val="0"/>
          <w:i w:val="0"/>
          <w:color w:val="263342"/>
          <w:sz w:val="18"/>
        </w:rPr>
        <w:t>COST TARGET: $4–$7 per shirt in bulk (50+). One-color front only is cheapest.</w:t>
      </w:r>
    </w:p>
    <w:p>
      <w:pPr>
        <w:pStyle w:val="ListBullet"/>
        <w:spacing w:before="0" w:after="40" w:line="250" w:lineRule="auto"/>
      </w:pPr>
      <w:r>
        <w:rPr>
          <w:rFonts w:ascii="Liberation Sans" w:hAnsi="Liberation Sans" w:eastAsia="Liberation Sans"/>
          <w:b w:val="0"/>
          <w:i w:val="0"/>
          <w:color w:val="263342"/>
          <w:sz w:val="18"/>
        </w:rPr>
        <w:t>TIMELINE: approve art 4 weeks out; shirts in hand 2 weeks out. Rush fees eat budgets.</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No shirt budget? No problem.</w:t>
            </w:r>
          </w:p>
          <w:p>
            <w:pPr>
              <w:spacing w:after="0" w:line="252" w:lineRule="auto"/>
            </w:pPr>
            <w:r>
              <w:rPr>
                <w:rFonts w:ascii="Liberation Sans" w:hAnsi="Liberation Sans" w:eastAsia="Liberation Sans"/>
                <w:b w:val="0"/>
                <w:i w:val="0"/>
                <w:color w:val="263342"/>
                <w:sz w:val="18"/>
              </w:rPr>
              <w:t>Team-color bandanas or wristbands ($0.50 each in bulk) do the same job on stage. Shirts are a bonus, never a requirement.</w:t>
            </w:r>
          </w:p>
        </w:tc>
      </w:tr>
    </w:tbl>
    <w:p>
      <w:r>
        <w:br w:type="page"/>
      </w:r>
    </w:p>
    <w:tbl>
      <w:tblPr>
        <w:tblW w:type="auto" w:w="0"/>
        <w:jc w:val="center"/>
        <w:tblLook w:firstColumn="1" w:firstRow="1" w:lastColumn="0" w:lastRow="0" w:noHBand="0" w:noVBand="1" w:val="04A0"/>
      </w:tblPr>
      <w:tblGrid>
        <w:gridCol w:w="10282"/>
      </w:tblGrid>
      <w:tr>
        <w:tc>
          <w:tcPr>
            <w:tcW w:type="dxa" w:w="10282"/>
            <w:shd w:fill="0B8F87"/>
            <w:tcMar>
              <w:top w:w="260" w:type="dxa"/>
              <w:start w:w="240" w:type="dxa"/>
              <w:bottom w:w="260" w:type="dxa"/>
              <w:end w:w="240" w:type="dxa"/>
            </w:tcMar>
          </w:tcPr>
          <w:p>
            <w:pPr>
              <w:jc w:val="center"/>
            </w:pPr>
            <w:r>
              <w:rPr>
                <w:rFonts w:ascii="Liberation Sans" w:hAnsi="Liberation Sans" w:eastAsia="Liberation Sans"/>
                <w:b/>
                <w:i w:val="0"/>
                <w:color w:val="FFFFFF"/>
                <w:sz w:val="18"/>
              </w:rPr>
              <w:t>TAKE-HOME</w:t>
            </w:r>
          </w:p>
          <w:p>
            <w:pPr>
              <w:jc w:val="center"/>
            </w:pPr>
            <w:r>
              <w:rPr>
                <w:rFonts w:ascii="Liberation Sans" w:hAnsi="Liberation Sans" w:eastAsia="Liberation Sans"/>
                <w:b/>
                <w:i w:val="0"/>
                <w:color w:val="FFFFFF"/>
                <w:sz w:val="50"/>
              </w:rPr>
              <w:t>Keep it going</w:t>
            </w:r>
          </w:p>
          <w:p>
            <w:pPr>
              <w:jc w:val="center"/>
            </w:pPr>
            <w:r>
              <w:rPr>
                <w:rFonts w:ascii="Liberation Sans" w:hAnsi="Liberation Sans" w:eastAsia="Liberation Sans"/>
                <w:b w:val="0"/>
                <w:i w:val="0"/>
                <w:color w:val="FFFFFF"/>
                <w:sz w:val="20"/>
              </w:rPr>
              <w:t>Three digital parent follow-ups — text or post, one per night.</w:t>
            </w:r>
          </w:p>
        </w:tc>
      </w:tr>
    </w:tbl>
    <w:p>
      <w:pPr>
        <w:spacing w:before="0" w:after="100" w:line="259" w:lineRule="auto"/>
      </w:pPr>
      <w:r>
        <w:rPr>
          <w:rFonts w:ascii="Liberation Sans" w:hAnsi="Liberation Sans" w:eastAsia="Liberation Sans"/>
          <w:b w:val="0"/>
          <w:i/>
          <w:color w:val="526274"/>
          <w:sz w:val="18"/>
        </w:rPr>
        <w:t>No paper to lose. Send one per night right after dismissal. Copy, fill [BRACKETS], send.</w:t>
      </w:r>
    </w:p>
    <w:p>
      <w:pPr>
        <w:spacing w:before="140" w:after="40"/>
      </w:pPr>
      <w:r>
        <w:rPr>
          <w:rFonts w:ascii="Liberation Sans" w:hAnsi="Liberation Sans" w:eastAsia="Liberation Sans"/>
          <w:b/>
          <w:i w:val="0"/>
          <w:color w:val="086862"/>
          <w:sz w:val="19"/>
        </w:rPr>
        <w:t>DAY 1 — after Power Up</w:t>
      </w:r>
    </w:p>
    <w:p>
      <w:pPr>
        <w:spacing w:before="0" w:after="80" w:line="259" w:lineRule="auto"/>
      </w:pPr>
      <w:r>
        <w:rPr>
          <w:rFonts w:ascii="Liberation Sans" w:hAnsi="Liberation Sans" w:eastAsia="Liberation Sans"/>
          <w:b w:val="0"/>
          <w:i w:val="0"/>
          <w:color w:val="263342"/>
          <w:sz w:val="18"/>
        </w:rPr>
        <w:t>Night 1 is done! Ask your camper: “Where does our power come from?” (The Holy Spirit!) Their team built the Electric City Power Plant tonight. Remember This: Jesus gives me power through the Holy Spirit. (Acts 1:8) See you tomorrow for LIGHT UP night! [CHURCH NAME]</w:t>
      </w:r>
    </w:p>
    <w:p>
      <w:pPr>
        <w:spacing w:before="140" w:after="40"/>
      </w:pPr>
      <w:r>
        <w:rPr>
          <w:rFonts w:ascii="Liberation Sans" w:hAnsi="Liberation Sans" w:eastAsia="Liberation Sans"/>
          <w:b/>
          <w:i w:val="0"/>
          <w:color w:val="086862"/>
          <w:sz w:val="19"/>
        </w:rPr>
        <w:t>DAY 2 — after Light Up</w:t>
      </w:r>
    </w:p>
    <w:p>
      <w:pPr>
        <w:spacing w:before="0" w:after="80" w:line="259" w:lineRule="auto"/>
      </w:pPr>
      <w:r>
        <w:rPr>
          <w:rFonts w:ascii="Liberation Sans" w:hAnsi="Liberation Sans" w:eastAsia="Liberation Sans"/>
          <w:b w:val="0"/>
          <w:i w:val="0"/>
          <w:color w:val="263342"/>
          <w:sz w:val="18"/>
        </w:rPr>
        <w:t>Night 2 is glowing! Ask your camper to show you their lighthouse and tell you one way they’ll shine this week. Remember This: I shine for Jesus like a city on a hill. (Matthew 5:14–16) Tomorrow: PLUG IN — then Day 4 is PARENT NIGHT, [TIME] in the auditorium. Don’t miss it!</w:t>
      </w:r>
    </w:p>
    <w:p>
      <w:pPr>
        <w:spacing w:before="140" w:after="40"/>
      </w:pPr>
      <w:r>
        <w:rPr>
          <w:rFonts w:ascii="Liberation Sans" w:hAnsi="Liberation Sans" w:eastAsia="Liberation Sans"/>
          <w:b/>
          <w:i w:val="0"/>
          <w:color w:val="086862"/>
          <w:sz w:val="19"/>
        </w:rPr>
        <w:t>DAY 3 — after Plug In</w:t>
      </w:r>
    </w:p>
    <w:p>
      <w:pPr>
        <w:spacing w:before="0" w:after="80" w:line="259" w:lineRule="auto"/>
      </w:pPr>
      <w:r>
        <w:rPr>
          <w:rFonts w:ascii="Liberation Sans" w:hAnsi="Liberation Sans" w:eastAsia="Liberation Sans"/>
          <w:b w:val="0"/>
          <w:i w:val="0"/>
          <w:color w:val="263342"/>
          <w:sz w:val="18"/>
        </w:rPr>
        <w:t>Final camp night is done — and what a week! Ask your camper: “How do we stay connected to Jesus?” (Pray, read His Word, stay close to His people.) TOMORROW (DAY 4): PARENT NIGHT, [TIME], [LOCATION]. Your child will lead worship, we’ll announce the winners, and you’ll tour the Electric City they built. Bring the whole family!</w:t>
      </w:r>
    </w:p>
    <w:p>
      <w:r>
        <w:br w:type="page"/>
      </w:r>
    </w:p>
    <w:tbl>
      <w:tblPr>
        <w:tblW w:type="auto" w:w="0"/>
        <w:jc w:val="center"/>
        <w:tblLook w:firstColumn="1" w:firstRow="1" w:lastColumn="0" w:lastRow="0" w:noHBand="0" w:noVBand="1" w:val="04A0"/>
      </w:tblPr>
      <w:tblGrid>
        <w:gridCol w:w="10282"/>
      </w:tblGrid>
      <w:tr>
        <w:tc>
          <w:tcPr>
            <w:tcW w:type="dxa" w:w="10282"/>
            <w:shd w:fill="086862"/>
            <w:tcMar>
              <w:top w:w="260" w:type="dxa"/>
              <w:start w:w="240" w:type="dxa"/>
              <w:bottom w:w="260" w:type="dxa"/>
              <w:end w:w="240" w:type="dxa"/>
            </w:tcMar>
          </w:tcPr>
          <w:p>
            <w:pPr>
              <w:jc w:val="center"/>
            </w:pPr>
            <w:r>
              <w:rPr>
                <w:rFonts w:ascii="Liberation Sans" w:hAnsi="Liberation Sans" w:eastAsia="Liberation Sans"/>
                <w:b/>
                <w:i w:val="0"/>
                <w:color w:val="FFFFFF"/>
                <w:sz w:val="18"/>
              </w:rPr>
              <w:t>AFTER CAMP</w:t>
            </w:r>
          </w:p>
          <w:p>
            <w:pPr>
              <w:jc w:val="center"/>
            </w:pPr>
            <w:r>
              <w:rPr>
                <w:rFonts w:ascii="Liberation Sans" w:hAnsi="Liberation Sans" w:eastAsia="Liberation Sans"/>
                <w:b/>
                <w:i w:val="0"/>
                <w:color w:val="FFFFFF"/>
                <w:sz w:val="50"/>
              </w:rPr>
              <w:t>The real fruit</w:t>
            </w:r>
          </w:p>
          <w:p>
            <w:pPr>
              <w:jc w:val="center"/>
            </w:pPr>
            <w:r>
              <w:rPr>
                <w:rFonts w:ascii="Liberation Sans" w:hAnsi="Liberation Sans" w:eastAsia="Liberation Sans"/>
                <w:b w:val="0"/>
                <w:i w:val="0"/>
                <w:color w:val="FFFFFF"/>
                <w:sz w:val="20"/>
              </w:rPr>
              <w:t>Camps bring unchurched families. Don’t let Day 4 be goodbye.</w:t>
            </w:r>
          </w:p>
        </w:tc>
      </w:tr>
    </w:tbl>
    <w:p>
      <w:pPr>
        <w:spacing w:before="0" w:after="100" w:line="259" w:lineRule="auto"/>
      </w:pPr>
      <w:r>
        <w:rPr>
          <w:rFonts w:ascii="Liberation Sans" w:hAnsi="Liberation Sans" w:eastAsia="Liberation Sans"/>
          <w:b w:val="0"/>
          <w:i w:val="0"/>
          <w:color w:val="263342"/>
          <w:sz w:val="19"/>
        </w:rPr>
        <w:t>Here is the truth most churches miss: the camp is not the win. The win is the family that came for camp and met Jesus instead. This 3-touch sequence turns one great week into a front door.</w:t>
      </w:r>
    </w:p>
    <w:p>
      <w:pPr>
        <w:pStyle w:val="Heading2"/>
        <w:keepNext/>
        <w:spacing w:before="100" w:after="80"/>
      </w:pPr>
      <w:r>
        <w:rPr>
          <w:rFonts w:ascii="Liberation Sans" w:hAnsi="Liberation Sans" w:eastAsia="Liberation Sans"/>
          <w:b/>
          <w:i w:val="0"/>
          <w:color w:val="263342"/>
          <w:sz w:val="26"/>
        </w:rPr>
        <w:t>The 3-touch follow-up sequence</w:t>
      </w:r>
    </w:p>
    <w:p>
      <w:pPr>
        <w:pStyle w:val="Heading3"/>
        <w:keepNext/>
        <w:spacing w:before="100" w:after="80"/>
      </w:pPr>
      <w:r>
        <w:rPr>
          <w:rFonts w:ascii="Liberation Sans" w:hAnsi="Liberation Sans" w:eastAsia="Liberation Sans"/>
          <w:b/>
          <w:i w:val="0"/>
          <w:color w:val="263342"/>
          <w:sz w:val="26"/>
        </w:rPr>
        <w:t>Touch 1 — Thank-you text (Parent Night, Day 4)</w:t>
      </w:r>
    </w:p>
    <w:p>
      <w:pPr>
        <w:spacing w:before="0" w:after="100" w:line="259" w:lineRule="auto"/>
      </w:pPr>
      <w:r>
        <w:rPr>
          <w:rFonts w:ascii="Liberation Sans" w:hAnsi="Liberation Sans" w:eastAsia="Liberation Sans"/>
          <w:b w:val="0"/>
          <w:i w:val="0"/>
          <w:color w:val="263342"/>
          <w:sz w:val="19"/>
        </w:rPr>
        <w:t>Hi [PARENT NAME]! Thank you for letting [CHILD NAME] be part of ELECTRIC CITY this week — we loved having your family! Your child built part of our glowing city and learned they are “Powered by Jesus.” We’d love to see you Sunday at [TIME] — kids check in at [LOCATION]. — [CHURCH NAME]</w:t>
      </w:r>
    </w:p>
    <w:p>
      <w:pPr>
        <w:pStyle w:val="Heading3"/>
        <w:keepNext/>
        <w:spacing w:before="100" w:after="80"/>
      </w:pPr>
      <w:r>
        <w:rPr>
          <w:rFonts w:ascii="Liberation Sans" w:hAnsi="Liberation Sans" w:eastAsia="Liberation Sans"/>
          <w:b/>
          <w:i w:val="0"/>
          <w:color w:val="263342"/>
          <w:sz w:val="26"/>
        </w:rPr>
        <w:t>Touch 2 — Sunday invite (within 48 hours)</w:t>
      </w:r>
    </w:p>
    <w:p>
      <w:pPr>
        <w:spacing w:before="0" w:after="100" w:line="259" w:lineRule="auto"/>
      </w:pPr>
      <w:r>
        <w:rPr>
          <w:rFonts w:ascii="Liberation Sans" w:hAnsi="Liberation Sans" w:eastAsia="Liberation Sans"/>
          <w:b w:val="0"/>
          <w:i w:val="0"/>
          <w:color w:val="263342"/>
          <w:sz w:val="19"/>
        </w:rPr>
        <w:t>Hi [PARENT NAME], it’s [LEADER NAME] from [CHURCH NAME] kids! Quick invite: we’d love to have [CHILD NAME] join us this Sunday at [TIME]. Same friendly faces from camp, same Jesus. Can I save you a seat? Reply YES and I’ll meet you at the kids check-in!</w:t>
      </w:r>
    </w:p>
    <w:p>
      <w:pPr>
        <w:pStyle w:val="Heading3"/>
        <w:keepNext/>
        <w:spacing w:before="100" w:after="80"/>
      </w:pPr>
      <w:r>
        <w:rPr>
          <w:rFonts w:ascii="Liberation Sans" w:hAnsi="Liberation Sans" w:eastAsia="Liberation Sans"/>
          <w:b/>
          <w:i w:val="0"/>
          <w:color w:val="263342"/>
          <w:sz w:val="26"/>
        </w:rPr>
        <w:t>Touch 3 — Personal call (mid-week)</w:t>
      </w:r>
    </w:p>
    <w:p>
      <w:pPr>
        <w:pStyle w:val="ListBullet"/>
        <w:spacing w:before="0" w:after="40" w:line="250" w:lineRule="auto"/>
      </w:pPr>
      <w:r>
        <w:rPr>
          <w:rFonts w:ascii="Liberation Sans" w:hAnsi="Liberation Sans" w:eastAsia="Liberation Sans"/>
          <w:b w:val="0"/>
          <w:i w:val="0"/>
          <w:color w:val="263342"/>
          <w:sz w:val="18"/>
        </w:rPr>
        <w:t>A real voice, not a text. “Hi, this is [NAME] from [CHURCH NAME] — I was [CHILD]’s homeroom leader at camp. I just wanted to say what a joy they were.”</w:t>
      </w:r>
    </w:p>
    <w:p>
      <w:pPr>
        <w:pStyle w:val="ListBullet"/>
        <w:spacing w:before="0" w:after="40" w:line="250" w:lineRule="auto"/>
      </w:pPr>
      <w:r>
        <w:rPr>
          <w:rFonts w:ascii="Liberation Sans" w:hAnsi="Liberation Sans" w:eastAsia="Liberation Sans"/>
          <w:b w:val="0"/>
          <w:i w:val="0"/>
          <w:color w:val="263342"/>
          <w:sz w:val="18"/>
        </w:rPr>
        <w:t>Ask one question: “Did [CHILD] talk about camp at home?” Listen.</w:t>
      </w:r>
    </w:p>
    <w:p>
      <w:pPr>
        <w:pStyle w:val="ListBullet"/>
        <w:spacing w:before="0" w:after="40" w:line="250" w:lineRule="auto"/>
      </w:pPr>
      <w:r>
        <w:rPr>
          <w:rFonts w:ascii="Liberation Sans" w:hAnsi="Liberation Sans" w:eastAsia="Liberation Sans"/>
          <w:b w:val="0"/>
          <w:i w:val="0"/>
          <w:color w:val="263342"/>
          <w:sz w:val="18"/>
        </w:rPr>
        <w:t>Invite once, warmly: “We’d love to keep seeing your family — Sunday at [TIME], or our [MIDWEEK PROGRAM]. No pressure, just wanted you to know you’re welcome.”</w:t>
      </w:r>
    </w:p>
    <w:p>
      <w:pPr>
        <w:pStyle w:val="ListBullet"/>
        <w:spacing w:before="0" w:after="40" w:line="250" w:lineRule="auto"/>
      </w:pPr>
      <w:r>
        <w:rPr>
          <w:rFonts w:ascii="Liberation Sans" w:hAnsi="Liberation Sans" w:eastAsia="Liberation Sans"/>
          <w:b w:val="0"/>
          <w:i w:val="0"/>
          <w:color w:val="263342"/>
          <w:sz w:val="18"/>
        </w:rPr>
        <w:t>Log the call: reached / voicemail / interested / already connected.</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86862"/>
              <w:bottom w:val="nil"/>
              <w:right w:val="nil"/>
            </w:tcBorders>
          </w:tcPr>
          <w:p>
            <w:pPr>
              <w:spacing w:after="40"/>
            </w:pPr>
            <w:r>
              <w:rPr>
                <w:rFonts w:ascii="Liberation Sans" w:hAnsi="Liberation Sans" w:eastAsia="Liberation Sans"/>
                <w:b/>
                <w:i w:val="0"/>
                <w:color w:val="14243A"/>
                <w:sz w:val="20"/>
              </w:rPr>
              <w:t>Track it simply</w:t>
            </w:r>
          </w:p>
          <w:p>
            <w:pPr>
              <w:spacing w:after="0" w:line="252" w:lineRule="auto"/>
            </w:pPr>
            <w:r>
              <w:rPr>
                <w:rFonts w:ascii="Liberation Sans" w:hAnsi="Liberation Sans" w:eastAsia="Liberation Sans"/>
                <w:b w:val="0"/>
                <w:i w:val="0"/>
                <w:color w:val="263342"/>
                <w:sz w:val="18"/>
              </w:rPr>
              <w:t>One shared sheet: family name, phone, touch 1 sent, touch 2 sent, touch 3 result, Sunday visit (Y/N). Assign every unchurched family to ONE volunteer owner. No family falls through.</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Volunteer thank-you + debrief</w:t>
      </w:r>
    </w:p>
    <w:p>
      <w:pPr>
        <w:pStyle w:val="Heading3"/>
        <w:keepNext/>
        <w:spacing w:before="100" w:after="80"/>
      </w:pPr>
      <w:r>
        <w:rPr>
          <w:rFonts w:ascii="Liberation Sans" w:hAnsi="Liberation Sans" w:eastAsia="Liberation Sans"/>
          <w:b/>
          <w:i w:val="0"/>
          <w:color w:val="263342"/>
          <w:sz w:val="26"/>
        </w:rPr>
        <w:t>Thank-you note (text or card)</w:t>
      </w:r>
    </w:p>
    <w:p>
      <w:pPr>
        <w:spacing w:before="0" w:after="100" w:line="259" w:lineRule="auto"/>
      </w:pPr>
      <w:r>
        <w:rPr>
          <w:rFonts w:ascii="Liberation Sans" w:hAnsi="Liberation Sans" w:eastAsia="Liberation Sans"/>
          <w:b w:val="0"/>
          <w:i w:val="0"/>
          <w:color w:val="263342"/>
          <w:sz w:val="19"/>
        </w:rPr>
        <w:t>[NAME], thank you for powering ELECTRIC CITY! Because you showed up, [NUMBER] kids heard that Jesus gives them power, that they shine like a city on a hill, and that staying connected to Him changes everything. You were the hands and feet of Jesus this week — we noticed, and heaven noticed. — [CAMP DIRECTOR], [CHURCH NAME]</w:t>
      </w:r>
    </w:p>
    <w:p>
      <w:pPr>
        <w:pStyle w:val="Heading3"/>
        <w:keepNext/>
        <w:spacing w:before="100" w:after="80"/>
      </w:pPr>
      <w:r>
        <w:rPr>
          <w:rFonts w:ascii="Liberation Sans" w:hAnsi="Liberation Sans" w:eastAsia="Liberation Sans"/>
          <w:b/>
          <w:i w:val="0"/>
          <w:color w:val="263342"/>
          <w:sz w:val="26"/>
        </w:rPr>
        <w:t>Team debrief survey (15 minutes, week after camp)</w:t>
      </w:r>
    </w:p>
    <w:p>
      <w:pPr>
        <w:pStyle w:val="ListBullet"/>
        <w:spacing w:before="0" w:after="40" w:line="250" w:lineRule="auto"/>
      </w:pPr>
      <w:r>
        <w:rPr>
          <w:rFonts w:ascii="Liberation Sans" w:hAnsi="Liberation Sans" w:eastAsia="Liberation Sans"/>
          <w:b w:val="0"/>
          <w:i w:val="0"/>
          <w:color w:val="263342"/>
          <w:sz w:val="18"/>
        </w:rPr>
        <w:t>What was your favorite moment of the week?</w:t>
      </w:r>
    </w:p>
    <w:p>
      <w:pPr>
        <w:pStyle w:val="ListBullet"/>
        <w:spacing w:before="0" w:after="40" w:line="250" w:lineRule="auto"/>
      </w:pPr>
      <w:r>
        <w:rPr>
          <w:rFonts w:ascii="Liberation Sans" w:hAnsi="Liberation Sans" w:eastAsia="Liberation Sans"/>
          <w:b w:val="0"/>
          <w:i w:val="0"/>
          <w:color w:val="263342"/>
          <w:sz w:val="18"/>
        </w:rPr>
        <w:t>Which rotation ran smoothest? Which needs rework?</w:t>
      </w:r>
    </w:p>
    <w:p>
      <w:pPr>
        <w:pStyle w:val="ListBullet"/>
        <w:spacing w:before="0" w:after="40" w:line="250" w:lineRule="auto"/>
      </w:pPr>
      <w:r>
        <w:rPr>
          <w:rFonts w:ascii="Liberation Sans" w:hAnsi="Liberation Sans" w:eastAsia="Liberation Sans"/>
          <w:b w:val="0"/>
          <w:i w:val="0"/>
          <w:color w:val="263342"/>
          <w:sz w:val="18"/>
        </w:rPr>
        <w:t>Did the transitions work? What would you change?</w:t>
      </w:r>
    </w:p>
    <w:p>
      <w:pPr>
        <w:pStyle w:val="ListBullet"/>
        <w:spacing w:before="0" w:after="40" w:line="250" w:lineRule="auto"/>
      </w:pPr>
      <w:r>
        <w:rPr>
          <w:rFonts w:ascii="Liberation Sans" w:hAnsi="Liberation Sans" w:eastAsia="Liberation Sans"/>
          <w:b w:val="0"/>
          <w:i w:val="0"/>
          <w:color w:val="263342"/>
          <w:sz w:val="18"/>
        </w:rPr>
        <w:t>Did you feel trained and supported? What did we miss?</w:t>
      </w:r>
    </w:p>
    <w:p>
      <w:pPr>
        <w:pStyle w:val="ListBullet"/>
        <w:spacing w:before="0" w:after="40" w:line="250" w:lineRule="auto"/>
      </w:pPr>
      <w:r>
        <w:rPr>
          <w:rFonts w:ascii="Liberation Sans" w:hAnsi="Liberation Sans" w:eastAsia="Liberation Sans"/>
          <w:b w:val="0"/>
          <w:i w:val="0"/>
          <w:color w:val="263342"/>
          <w:sz w:val="18"/>
        </w:rPr>
        <w:t>Would you serve again next year? What role?</w:t>
      </w:r>
    </w:p>
    <w:p>
      <w:pPr>
        <w:pStyle w:val="ListBullet"/>
        <w:spacing w:before="0" w:after="40" w:line="250" w:lineRule="auto"/>
      </w:pPr>
      <w:r>
        <w:rPr>
          <w:rFonts w:ascii="Liberation Sans" w:hAnsi="Liberation Sans" w:eastAsia="Liberation Sans"/>
          <w:b w:val="0"/>
          <w:i w:val="0"/>
          <w:color w:val="263342"/>
          <w:sz w:val="18"/>
        </w:rPr>
        <w:t>One thing to START, one to STOP, one to KEEP.</w:t>
      </w:r>
    </w:p>
    <w:p>
      <w:pPr>
        <w:spacing w:before="0" w:after="100" w:line="259" w:lineRule="auto"/>
      </w:pPr>
      <w:r>
        <w:rPr>
          <w:rFonts w:ascii="Liberation Sans" w:hAnsi="Liberation Sans" w:eastAsia="Liberation Sans"/>
          <w:b w:val="0"/>
          <w:i/>
          <w:color w:val="526274"/>
          <w:sz w:val="18"/>
        </w:rPr>
        <w:t>File the answers with this pack. Next year’s team will thank you.</w:t>
      </w:r>
    </w:p>
    <w:p>
      <w:r>
        <w:br w:type="page"/>
      </w:r>
    </w:p>
    <w:p>
      <w:pPr>
        <w:pStyle w:val="Heading2"/>
        <w:keepNext/>
        <w:spacing w:before="100" w:after="80"/>
      </w:pPr>
      <w:r>
        <w:rPr>
          <w:rFonts w:ascii="Liberation Sans" w:hAnsi="Liberation Sans" w:eastAsia="Liberation Sans"/>
          <w:b/>
          <w:i w:val="0"/>
          <w:color w:val="263342"/>
          <w:sz w:val="26"/>
        </w:rPr>
        <w:t>Safety lead — one checkbox</w:t>
      </w:r>
    </w:p>
    <w:p>
      <w:pPr>
        <w:spacing w:before="0" w:after="100" w:line="259" w:lineRule="auto"/>
      </w:pPr>
      <w:r>
        <w:rPr>
          <w:rFonts w:ascii="Liberation Sans" w:hAnsi="Liberation Sans" w:eastAsia="Liberation Sans"/>
          <w:b w:val="0"/>
          <w:i/>
          <w:color w:val="526274"/>
          <w:sz w:val="18"/>
        </w:rPr>
        <w:t>Before Night 1, the person who owns safety reads the emergency plan in this pack and confirms it fits your building: medication storage, the missing-child response, evacuation routes and the rally point, and the lockdown procedure. One checkbox. That is the whole process.</w:t>
      </w:r>
    </w:p>
    <w:p>
      <w:pPr>
        <w:spacing w:before="280"/>
      </w:pPr>
      <w:r>
        <w:rPr>
          <w:rFonts w:ascii="Liberation Sans" w:hAnsi="Liberation Sans" w:eastAsia="Liberation Sans"/>
          <w:b/>
          <w:i w:val="0"/>
          <w:color w:val="E35D5B"/>
          <w:sz w:val="22"/>
        </w:rPr>
        <w:t>☐  I have read the emergency plan and confirmed it fits our building.</w:t>
      </w:r>
    </w:p>
    <w:p>
      <w:pPr>
        <w:spacing w:before="0" w:after="120" w:line="259" w:lineRule="auto"/>
      </w:pPr>
      <w:r>
        <w:rPr>
          <w:rFonts w:ascii="Liberation Sans" w:hAnsi="Liberation Sans" w:eastAsia="Liberation Sans"/>
          <w:b w:val="0"/>
          <w:i w:val="0"/>
          <w:color w:val="263342"/>
          <w:sz w:val="20"/>
        </w:rPr>
        <w:t>Safety lead initials: __________   Date: __________</w:t>
      </w:r>
    </w:p>
    <w:p>
      <w:pPr>
        <w:spacing w:before="0" w:after="100" w:line="259" w:lineRule="auto"/>
      </w:pPr>
      <w:r>
        <w:rPr>
          <w:rFonts w:ascii="Liberation Sans" w:hAnsi="Liberation Sans" w:eastAsia="Liberation Sans"/>
          <w:b w:val="0"/>
          <w:i w:val="0"/>
          <w:color w:val="526274"/>
          <w:sz w:val="18"/>
        </w:rPr>
        <w:t>No formal safety team? No problem — this can be any trusted volunteer, a deacon, or the camp director. The point is one set of eyes that owns it.</w:t>
      </w:r>
    </w:p>
    <w:p>
      <w:r>
        <w:br w:type="page"/>
      </w:r>
    </w:p>
    <w:tbl>
      <w:tblPr>
        <w:tblW w:type="auto" w:w="0"/>
        <w:jc w:val="center"/>
        <w:tblLook w:firstColumn="1" w:firstRow="1" w:lastColumn="0" w:lastRow="0" w:noHBand="0" w:noVBand="1" w:val="04A0"/>
      </w:tblPr>
      <w:tblGrid>
        <w:gridCol w:w="10282"/>
      </w:tblGrid>
      <w:tr>
        <w:tc>
          <w:tcPr>
            <w:tcW w:type="dxa" w:w="10282"/>
            <w:shd w:fill="14243A"/>
            <w:tcMar>
              <w:top w:w="260" w:type="dxa"/>
              <w:start w:w="240" w:type="dxa"/>
              <w:bottom w:w="260" w:type="dxa"/>
              <w:end w:w="240" w:type="dxa"/>
            </w:tcMar>
          </w:tcPr>
          <w:p>
            <w:pPr>
              <w:jc w:val="center"/>
            </w:pPr>
            <w:r>
              <w:rPr>
                <w:rFonts w:ascii="Liberation Sans" w:hAnsi="Liberation Sans" w:eastAsia="Liberation Sans"/>
                <w:b/>
                <w:i w:val="0"/>
                <w:color w:val="FFFFFF"/>
                <w:sz w:val="18"/>
              </w:rPr>
              <w:t>GO BUILD IT</w:t>
            </w:r>
          </w:p>
          <w:p>
            <w:pPr>
              <w:jc w:val="center"/>
            </w:pPr>
            <w:r>
              <w:rPr>
                <w:rFonts w:ascii="Liberation Sans" w:hAnsi="Liberation Sans" w:eastAsia="Liberation Sans"/>
                <w:b/>
                <w:i w:val="0"/>
                <w:color w:val="FFFFFF"/>
                <w:sz w:val="50"/>
              </w:rPr>
              <w:t>Powered by Jesus.</w:t>
            </w:r>
          </w:p>
          <w:p>
            <w:pPr>
              <w:jc w:val="center"/>
            </w:pPr>
            <w:r>
              <w:rPr>
                <w:rFonts w:ascii="Liberation Sans" w:hAnsi="Liberation Sans" w:eastAsia="Liberation Sans"/>
                <w:b w:val="0"/>
                <w:i w:val="0"/>
                <w:color w:val="FFFFFF"/>
                <w:sz w:val="20"/>
              </w:rPr>
              <w:t>Three nights. One city. Eternal impact.</w:t>
            </w:r>
          </w:p>
        </w:tc>
      </w:tr>
    </w:tbl>
    <w:p>
      <w:pPr>
        <w:spacing w:before="0" w:after="100" w:line="259" w:lineRule="auto"/>
      </w:pPr>
      <w:r>
        <w:rPr>
          <w:rFonts w:ascii="Liberation Sans" w:hAnsi="Liberation Sans" w:eastAsia="Liberation Sans"/>
          <w:b w:val="0"/>
          <w:i w:val="0"/>
          <w:color w:val="263342"/>
          <w:sz w:val="19"/>
        </w:rPr>
        <w:t>You now hold everything: the theme, the schedule, the scripts, the crafts, the games, the snacks, the volunteers, the promo, the follow-up. Print it, share it, bend it to fit your church — that’s what it’s for.</w:t>
      </w:r>
    </w:p>
    <w:p>
      <w:pPr>
        <w:spacing w:before="0" w:after="100" w:line="259" w:lineRule="auto"/>
      </w:pPr>
      <w:r>
        <w:rPr>
          <w:rFonts w:ascii="Liberation Sans" w:hAnsi="Liberation Sans" w:eastAsia="Liberation Sans"/>
          <w:b w:val="0"/>
          <w:i w:val="0"/>
          <w:color w:val="263342"/>
          <w:sz w:val="19"/>
        </w:rPr>
        <w:t>And when Day 4 comes — the auditorium full, the kids singing See You Sunday over their families, the city glowing in the hallway — remember why you did all of this: because one more kid met Jesus, and one more family walked through the door.</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Free, forever — the pack, not necessarily the camp</w:t>
            </w:r>
          </w:p>
          <w:p>
            <w:pPr>
              <w:spacing w:after="0" w:line="252" w:lineRule="auto"/>
            </w:pPr>
            <w:r>
              <w:rPr>
                <w:rFonts w:ascii="Liberation Sans" w:hAnsi="Liberation Sans" w:eastAsia="Liberation Sans"/>
                <w:b w:val="0"/>
                <w:i w:val="0"/>
                <w:color w:val="263342"/>
                <w:sz w:val="18"/>
              </w:rPr>
              <w:t>This pack — like every KidMin Records resource — is completely free and open. Share it with the church down the street. No signup, no gates, no charge. What your church charges families for camp tuition is your decision alone — see “Pricing your camp.” If it helps one more kid meet Jesus, it did its job.</w:t>
            </w:r>
          </w:p>
        </w:tc>
      </w:tr>
    </w:tbl>
    <w:p>
      <w:pPr>
        <w:spacing w:before="360"/>
        <w:jc w:val="center"/>
      </w:pPr>
      <w:r>
        <w:rPr>
          <w:rFonts w:ascii="Liberation Sans" w:hAnsi="Liberation Sans" w:eastAsia="Liberation Sans"/>
          <w:b/>
          <w:i w:val="0"/>
          <w:color w:val="526274"/>
          <w:sz w:val="20"/>
        </w:rPr>
        <w:t>KidMin Records featuring The KidMin Sound Group</w:t>
      </w:r>
    </w:p>
    <w:p>
      <w:pPr>
        <w:jc w:val="center"/>
      </w:pPr>
      <w:r>
        <w:rPr>
          <w:rFonts w:ascii="Liberation Sans" w:hAnsi="Liberation Sans" w:eastAsia="Liberation Sans"/>
          <w:b w:val="0"/>
          <w:i/>
          <w:color w:val="526274"/>
          <w:sz w:val="20"/>
        </w:rPr>
        <w:t>Big Faith. Big Beats.</w:t>
      </w:r>
    </w:p>
    <w:sectPr w:rsidR="00FC693F" w:rsidRPr="0006063C" w:rsidSect="00034616">
      <w:footerReference w:type="default" r:id="rId10"/>
      <w:pgSz w:w="12240" w:h="15840"/>
      <w:pgMar w:top="835"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eastAsia="Liberation Sans"/>
        <w:b/>
        <w:i w:val="0"/>
        <w:color w:val="526274"/>
        <w:sz w:val="15"/>
      </w:rPr>
      <w:t xml:space="preserve">KIDMIN RECORDS featuring THE KIDMIN SOUND GROUP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iberation Sans" w:hAnsi="Liberation Sans"/>
      <w:color w:val="2633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4243A"/>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26334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086862"/>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4243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Liberation Sans" w:hAnsi="Liberation Sans"/>
      <w:sz w:val="18"/>
    </w:rPr>
  </w:style>
  <w:style w:type="paragraph" w:styleId="ListBullet2">
    <w:name w:val="List Bullet 2"/>
    <w:basedOn w:val="Normal"/>
    <w:uiPriority w:val="99"/>
    <w:unhideWhenUsed/>
    <w:rsid w:val="00326F90"/>
    <w:pPr>
      <w:numPr>
        <w:numId w:val="2"/>
      </w:numPr>
      <w:contextualSpacing/>
    </w:pPr>
    <w:rPr>
      <w:rFonts w:ascii="Liberation Sans" w:hAnsi="Liberation Sans"/>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Kids Camp: Electric City — Leader Pack</dc:title>
  <dc:subject>A free leader pack for a 3-night kids camp: Powered by Jesus</dc:subject>
  <dc:creator>KidMin Records featuring The KidMin Sound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