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10282"/>
      </w:tblGrid>
      <w:tr>
        <w:tc>
          <w:tcPr>
            <w:tcW w:type="dxa" w:w="10282"/>
            <w:shd w:fill="14243A"/>
            <w:tcMar>
              <w:top w:w="650" w:type="dxa"/>
              <w:start w:w="350" w:type="dxa"/>
              <w:bottom w:w="650" w:type="dxa"/>
              <w:end w:w="350" w:type="dxa"/>
            </w:tcMar>
          </w:tcPr>
          <w:p>
            <w:pPr>
              <w:jc w:val="center"/>
            </w:pPr>
            <w:r>
              <w:rPr>
                <w:rFonts w:ascii="Liberation Sans" w:hAnsi="Liberation Sans" w:eastAsia="Liberation Sans"/>
                <w:b/>
                <w:i w:val="0"/>
                <w:color w:val="F2B544"/>
                <w:sz w:val="24"/>
              </w:rPr>
              <w:t>JESUS AND HIS WORD</w:t>
            </w:r>
          </w:p>
          <w:p>
            <w:pPr>
              <w:spacing w:before="520"/>
              <w:jc w:val="center"/>
            </w:pPr>
            <w:r>
              <w:rPr>
                <w:rFonts w:ascii="Liberation Sans" w:hAnsi="Liberation Sans" w:eastAsia="Liberation Sans"/>
                <w:b/>
                <w:i w:val="0"/>
                <w:color w:val="FFFFFF"/>
                <w:sz w:val="62"/>
              </w:rPr>
              <w:t>Games &amp; Crafts</w:t>
              <w:br/>
              <w:t>Playbook</w:t>
            </w:r>
          </w:p>
          <w:p>
            <w:pPr>
              <w:spacing w:before="360"/>
              <w:jc w:val="center"/>
            </w:pPr>
            <w:r>
              <w:rPr>
                <w:rFonts w:ascii="Liberation Sans" w:hAnsi="Liberation Sans" w:eastAsia="Liberation Sans"/>
                <w:b w:val="0"/>
                <w:i w:val="0"/>
                <w:color w:val="DFF3F4"/>
                <w:sz w:val="24"/>
              </w:rPr>
              <w:t>Original, low-prep ministry activities for preschool and elementary</w:t>
            </w:r>
          </w:p>
          <w:p>
            <w:pPr>
              <w:spacing w:before="720"/>
              <w:jc w:val="center"/>
            </w:pPr>
            <w:r>
              <w:rPr>
                <w:rFonts w:ascii="Liberation Sans" w:hAnsi="Liberation Sans" w:eastAsia="Liberation Sans"/>
                <w:b/>
                <w:i w:val="0"/>
                <w:color w:val="F2B544"/>
                <w:sz w:val="20"/>
              </w:rPr>
              <w:t>ONE SONG. ONE TRUTH. A WHOLE MONTH OF WAYS TO LIVE IT.</w:t>
            </w:r>
          </w:p>
        </w:tc>
      </w:tr>
    </w:tbl>
    <w:p>
      <w:pPr>
        <w:spacing w:before="320" w:after="100" w:line="259" w:lineRule="auto"/>
        <w:jc w:val="center"/>
      </w:pPr>
      <w:r>
        <w:rPr>
          <w:rFonts w:ascii="Liberation Sans" w:hAnsi="Liberation Sans" w:eastAsia="Liberation Sans"/>
          <w:b/>
          <w:i w:val="0"/>
          <w:color w:val="14243A"/>
          <w:sz w:val="20"/>
        </w:rPr>
        <w:t>KidMin Records featuring The KidMin Sound Group</w:t>
      </w:r>
    </w:p>
    <w:p>
      <w:pPr>
        <w:spacing w:before="0" w:after="100" w:line="259" w:lineRule="auto"/>
        <w:jc w:val="center"/>
      </w:pPr>
      <w:r>
        <w:rPr>
          <w:rFonts w:ascii="Liberation Sans" w:hAnsi="Liberation Sans" w:eastAsia="Liberation Sans"/>
          <w:b w:val="0"/>
          <w:i w:val="0"/>
          <w:color w:val="526274"/>
          <w:sz w:val="17"/>
        </w:rPr>
        <w:t>Independent original ministry resource</w:t>
      </w:r>
    </w:p>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Start here: one month, one truth, one simple plan</w:t>
      </w:r>
    </w:p>
    <w:p>
      <w:pPr>
        <w:spacing w:before="0" w:after="100" w:line="259" w:lineRule="auto"/>
      </w:pPr>
      <w:r>
        <w:rPr>
          <w:rFonts w:ascii="Liberation Sans" w:hAnsi="Liberation Sans" w:eastAsia="Liberation Sans"/>
          <w:b w:val="0"/>
          <w:i w:val="0"/>
          <w:color w:val="263342"/>
          <w:sz w:val="19"/>
        </w:rPr>
        <w:t>This playbook turns one monthly song into four weeks of purposeful play. Every activity is original and designed to help children encounter the Bible story, understand the monthly Remember This, respond to the song, and practice the truth at home.</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F2B544"/>
              <w:bottom w:val="nil"/>
              <w:right w:val="nil"/>
            </w:tcBorders>
          </w:tcPr>
          <w:p>
            <w:pPr>
              <w:spacing w:after="40"/>
            </w:pPr>
            <w:r>
              <w:rPr>
                <w:rFonts w:ascii="Liberation Sans" w:hAnsi="Liberation Sans" w:eastAsia="Liberation Sans"/>
                <w:b/>
                <w:i w:val="0"/>
                <w:color w:val="14243A"/>
                <w:sz w:val="20"/>
              </w:rPr>
              <w:t>The monthly truth stack</w:t>
            </w:r>
          </w:p>
          <w:p>
            <w:pPr>
              <w:spacing w:after="0" w:line="252" w:lineRule="auto"/>
            </w:pPr>
            <w:r>
              <w:rPr>
                <w:rFonts w:ascii="Liberation Sans" w:hAnsi="Liberation Sans" w:eastAsia="Liberation Sans"/>
                <w:b w:val="0"/>
                <w:i w:val="0"/>
                <w:color w:val="263342"/>
                <w:sz w:val="18"/>
              </w:rPr>
              <w:t>Bible story + Bible verse + Remember This + song. If an activity does not strengthen one of those four pieces, it does not belong in the plan.</w:t>
            </w:r>
          </w:p>
        </w:tc>
      </w:tr>
    </w:tbl>
    <w:p>
      <w:pPr>
        <w:pStyle w:val="Heading2"/>
        <w:keepNext/>
        <w:spacing w:before="100" w:after="80"/>
      </w:pPr>
      <w:r>
        <w:rPr>
          <w:rFonts w:ascii="Liberation Sans" w:hAnsi="Liberation Sans" w:eastAsia="Liberation Sans"/>
          <w:b/>
          <w:i w:val="0"/>
          <w:color w:val="086862"/>
          <w:sz w:val="26"/>
        </w:rPr>
        <w:t>Use the playbook in five moves</w:t>
      </w:r>
    </w:p>
    <w:p>
      <w:pPr>
        <w:pStyle w:val="ListBullet"/>
        <w:spacing w:before="0" w:after="40" w:line="250" w:lineRule="auto"/>
      </w:pPr>
      <w:r>
        <w:rPr>
          <w:rFonts w:ascii="Liberation Sans" w:hAnsi="Liberation Sans" w:eastAsia="Liberation Sans"/>
          <w:b w:val="0"/>
          <w:i w:val="0"/>
          <w:color w:val="263342"/>
          <w:sz w:val="18"/>
        </w:rPr>
        <w:t>Write the month’s Bible truth and exact Remember This at the top of the planning page.</w:t>
      </w:r>
    </w:p>
    <w:p>
      <w:pPr>
        <w:pStyle w:val="ListBullet"/>
        <w:spacing w:before="0" w:after="40" w:line="250" w:lineRule="auto"/>
      </w:pPr>
      <w:r>
        <w:rPr>
          <w:rFonts w:ascii="Liberation Sans" w:hAnsi="Liberation Sans" w:eastAsia="Liberation Sans"/>
          <w:b w:val="0"/>
          <w:i w:val="0"/>
          <w:color w:val="263342"/>
          <w:sz w:val="18"/>
        </w:rPr>
        <w:t>Choose one arrival activity and one application game for each week.</w:t>
      </w:r>
    </w:p>
    <w:p>
      <w:pPr>
        <w:pStyle w:val="ListBullet"/>
        <w:spacing w:before="0" w:after="40" w:line="250" w:lineRule="auto"/>
      </w:pPr>
      <w:r>
        <w:rPr>
          <w:rFonts w:ascii="Liberation Sans" w:hAnsi="Liberation Sans" w:eastAsia="Liberation Sans"/>
          <w:b w:val="0"/>
          <w:i w:val="0"/>
          <w:color w:val="263342"/>
          <w:sz w:val="18"/>
        </w:rPr>
        <w:t>Choose one centerpiece craft; vary how it is revisited rather than making a new craft every week.</w:t>
      </w:r>
    </w:p>
    <w:p>
      <w:pPr>
        <w:pStyle w:val="ListBullet"/>
        <w:spacing w:before="0" w:after="40" w:line="250" w:lineRule="auto"/>
      </w:pPr>
      <w:r>
        <w:rPr>
          <w:rFonts w:ascii="Liberation Sans" w:hAnsi="Liberation Sans" w:eastAsia="Liberation Sans"/>
          <w:b w:val="0"/>
          <w:i w:val="0"/>
          <w:color w:val="263342"/>
          <w:sz w:val="18"/>
        </w:rPr>
        <w:t>Add the inclusion switches before sending the plan to leaders.</w:t>
      </w:r>
    </w:p>
    <w:p>
      <w:pPr>
        <w:pStyle w:val="ListBullet"/>
        <w:spacing w:before="0" w:after="40" w:line="250" w:lineRule="auto"/>
      </w:pPr>
      <w:r>
        <w:rPr>
          <w:rFonts w:ascii="Liberation Sans" w:hAnsi="Liberation Sans" w:eastAsia="Liberation Sans"/>
          <w:b w:val="0"/>
          <w:i w:val="0"/>
          <w:color w:val="263342"/>
          <w:sz w:val="18"/>
        </w:rPr>
        <w:t>Send one weekly prep card and one tiny home action—nothing more.</w:t>
      </w:r>
    </w:p>
    <w:p>
      <w:pPr>
        <w:pStyle w:val="Heading2"/>
        <w:keepNext/>
        <w:spacing w:before="100" w:after="80"/>
      </w:pPr>
      <w:r>
        <w:rPr>
          <w:rFonts w:ascii="Liberation Sans" w:hAnsi="Liberation Sans" w:eastAsia="Liberation Sans"/>
          <w:b/>
          <w:i w:val="0"/>
          <w:color w:val="086862"/>
          <w:sz w:val="26"/>
        </w:rPr>
        <w:t>What leaders should receive</w:t>
      </w:r>
    </w:p>
    <w:p>
      <w:pPr>
        <w:pStyle w:val="ListBullet"/>
        <w:spacing w:before="0" w:after="40" w:line="250" w:lineRule="auto"/>
      </w:pPr>
      <w:r>
        <w:rPr>
          <w:rFonts w:ascii="Liberation Sans" w:hAnsi="Liberation Sans" w:eastAsia="Liberation Sans"/>
          <w:b w:val="0"/>
          <w:i w:val="0"/>
          <w:color w:val="263342"/>
          <w:sz w:val="18"/>
        </w:rPr>
        <w:t>One page for the week</w:t>
      </w:r>
    </w:p>
    <w:p>
      <w:pPr>
        <w:pStyle w:val="ListBullet"/>
        <w:spacing w:before="0" w:after="40" w:line="250" w:lineRule="auto"/>
      </w:pPr>
      <w:r>
        <w:rPr>
          <w:rFonts w:ascii="Liberation Sans" w:hAnsi="Liberation Sans" w:eastAsia="Liberation Sans"/>
          <w:b w:val="0"/>
          <w:i w:val="0"/>
          <w:color w:val="263342"/>
          <w:sz w:val="18"/>
        </w:rPr>
        <w:t>One combined supply list</w:t>
      </w:r>
    </w:p>
    <w:p>
      <w:pPr>
        <w:pStyle w:val="ListBullet"/>
        <w:spacing w:before="0" w:after="40" w:line="250" w:lineRule="auto"/>
      </w:pPr>
      <w:r>
        <w:rPr>
          <w:rFonts w:ascii="Liberation Sans" w:hAnsi="Liberation Sans" w:eastAsia="Liberation Sans"/>
          <w:b w:val="0"/>
          <w:i w:val="0"/>
          <w:color w:val="263342"/>
          <w:sz w:val="18"/>
        </w:rPr>
        <w:t>One clear setup photo or sample, if a craft has moving parts</w:t>
      </w:r>
    </w:p>
    <w:p>
      <w:pPr>
        <w:pStyle w:val="ListBullet"/>
        <w:spacing w:before="0" w:after="40" w:line="250" w:lineRule="auto"/>
      </w:pPr>
      <w:r>
        <w:rPr>
          <w:rFonts w:ascii="Liberation Sans" w:hAnsi="Liberation Sans" w:eastAsia="Liberation Sans"/>
          <w:b w:val="0"/>
          <w:i w:val="0"/>
          <w:color w:val="263342"/>
          <w:sz w:val="18"/>
        </w:rPr>
        <w:t>One sentence that explains why the activity matters</w:t>
      </w:r>
    </w:p>
    <w:p>
      <w:pPr>
        <w:pStyle w:val="ListBullet"/>
        <w:spacing w:before="0" w:after="40" w:line="250" w:lineRule="auto"/>
      </w:pPr>
      <w:r>
        <w:rPr>
          <w:rFonts w:ascii="Liberation Sans" w:hAnsi="Liberation Sans" w:eastAsia="Liberation Sans"/>
          <w:b w:val="0"/>
          <w:i w:val="0"/>
          <w:color w:val="263342"/>
          <w:sz w:val="18"/>
        </w:rPr>
        <w:t>One home follow-through prompt</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Originality standard</w:t>
            </w:r>
          </w:p>
          <w:p>
            <w:pPr>
              <w:spacing w:after="0" w:line="252" w:lineRule="auto"/>
            </w:pPr>
            <w:r>
              <w:rPr>
                <w:rFonts w:ascii="Liberation Sans" w:hAnsi="Liberation Sans" w:eastAsia="Liberation Sans"/>
                <w:b w:val="0"/>
                <w:i w:val="0"/>
                <w:color w:val="263342"/>
                <w:sz w:val="18"/>
              </w:rPr>
              <w:t>Build from the Bible passage, the month’s song, and the Remember This. Do not copy another curriculum’s activity name, wording, sequence, artwork, or rules.</w:t>
            </w:r>
          </w:p>
        </w:tc>
      </w:tr>
    </w:tbl>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Build the month once, then change the experience</w:t>
      </w:r>
    </w:p>
    <w:p>
      <w:pPr>
        <w:spacing w:before="0" w:after="100" w:line="259" w:lineRule="auto"/>
      </w:pPr>
      <w:r>
        <w:rPr>
          <w:rFonts w:ascii="Liberation Sans" w:hAnsi="Liberation Sans" w:eastAsia="Liberation Sans"/>
          <w:b w:val="0"/>
          <w:i w:val="0"/>
          <w:color w:val="263342"/>
          <w:sz w:val="19"/>
        </w:rPr>
        <w:t>The truth stays steady all month. The child’s interaction with it changes each week.</w:t>
      </w:r>
    </w:p>
    <w:tbl>
      <w:tblPr>
        <w:tblStyle w:val="TableGrid"/>
        <w:tblW w:type="auto" w:w="0"/>
        <w:jc w:val="center"/>
        <w:tblLook w:firstColumn="1" w:firstRow="1" w:lastColumn="0" w:lastRow="0" w:noHBand="0" w:noVBand="1" w:val="04A0"/>
      </w:tblPr>
      <w:tblGrid>
        <w:gridCol w:w="3427"/>
        <w:gridCol w:w="3427"/>
        <w:gridCol w:w="3427"/>
      </w:tblGrid>
      <w:tr>
        <w:trPr>
          <w:tblHeader w:val="true"/>
        </w:trPr>
        <w:tc>
          <w:tcPr>
            <w:tcW w:type="dxa" w:w="3427"/>
            <w:shd w:fill="14243A"/>
            <w:tcMar>
              <w:top w:w="100" w:type="dxa"/>
              <w:start w:w="120" w:type="dxa"/>
              <w:bottom w:w="100" w:type="dxa"/>
              <w:end w:w="120" w:type="dxa"/>
            </w:tcMar>
          </w:tcPr>
          <w:p>
            <w:r>
              <w:rPr>
                <w:rFonts w:ascii="Liberation Sans" w:hAnsi="Liberation Sans" w:eastAsia="Liberation Sans"/>
                <w:b/>
                <w:i w:val="0"/>
                <w:color w:val="FFFFFF"/>
                <w:sz w:val="17"/>
              </w:rPr>
              <w:t>Monthly rhythm</w:t>
            </w:r>
          </w:p>
        </w:tc>
        <w:tc>
          <w:tcPr>
            <w:tcW w:type="dxa" w:w="3427"/>
            <w:shd w:fill="14243A"/>
            <w:tcMar>
              <w:top w:w="100" w:type="dxa"/>
              <w:start w:w="120" w:type="dxa"/>
              <w:bottom w:w="100" w:type="dxa"/>
              <w:end w:w="120" w:type="dxa"/>
            </w:tcMar>
          </w:tcPr>
          <w:p>
            <w:r>
              <w:rPr>
                <w:rFonts w:ascii="Liberation Sans" w:hAnsi="Liberation Sans" w:eastAsia="Liberation Sans"/>
                <w:b/>
                <w:i w:val="0"/>
                <w:color w:val="FFFFFF"/>
                <w:sz w:val="17"/>
              </w:rPr>
              <w:t>Weekly aim</w:t>
            </w:r>
          </w:p>
        </w:tc>
        <w:tc>
          <w:tcPr>
            <w:tcW w:type="dxa" w:w="3427"/>
            <w:shd w:fill="14243A"/>
            <w:tcMar>
              <w:top w:w="100" w:type="dxa"/>
              <w:start w:w="120" w:type="dxa"/>
              <w:bottom w:w="100" w:type="dxa"/>
              <w:end w:w="120" w:type="dxa"/>
            </w:tcMar>
          </w:tcPr>
          <w:p>
            <w:r>
              <w:rPr>
                <w:rFonts w:ascii="Liberation Sans" w:hAnsi="Liberation Sans" w:eastAsia="Liberation Sans"/>
                <w:b/>
                <w:i w:val="0"/>
                <w:color w:val="FFFFFF"/>
                <w:sz w:val="17"/>
              </w:rPr>
              <w:t>Best-fit activity</w:t>
            </w:r>
          </w:p>
        </w:tc>
      </w:tr>
      <w:tr>
        <w:tc>
          <w:tcPr>
            <w:tcW w:type="dxa" w:w="3427"/>
            <w:tcMar>
              <w:top w:w="90" w:type="dxa"/>
              <w:start w:w="100" w:type="dxa"/>
              <w:bottom w:w="90" w:type="dxa"/>
              <w:end w:w="100" w:type="dxa"/>
            </w:tcMar>
            <w:shd w:fill="FFF7E8"/>
          </w:tcPr>
          <w:p>
            <w:r>
              <w:rPr>
                <w:rFonts w:ascii="Liberation Sans" w:hAnsi="Liberation Sans" w:eastAsia="Liberation Sans"/>
                <w:b/>
                <w:i w:val="0"/>
                <w:color w:val="14243A"/>
                <w:sz w:val="16"/>
              </w:rPr>
              <w:t>Week 1 — Discover</w:t>
            </w:r>
          </w:p>
        </w:tc>
        <w:tc>
          <w:tcPr>
            <w:tcW w:type="dxa" w:w="3427"/>
            <w:tcMar>
              <w:top w:w="90" w:type="dxa"/>
              <w:start w:w="100" w:type="dxa"/>
              <w:bottom w:w="90" w:type="dxa"/>
              <w:end w:w="100" w:type="dxa"/>
            </w:tcMar>
          </w:tcPr>
          <w:p>
            <w:r>
              <w:rPr>
                <w:rFonts w:ascii="Liberation Sans" w:hAnsi="Liberation Sans" w:eastAsia="Liberation Sans"/>
                <w:b w:val="0"/>
                <w:i w:val="0"/>
                <w:color w:val="263342"/>
                <w:sz w:val="16"/>
              </w:rPr>
              <w:t>Meet the story and key words</w:t>
            </w:r>
          </w:p>
        </w:tc>
        <w:tc>
          <w:tcPr>
            <w:tcW w:type="dxa" w:w="3427"/>
            <w:tcMar>
              <w:top w:w="90" w:type="dxa"/>
              <w:start w:w="100" w:type="dxa"/>
              <w:bottom w:w="90" w:type="dxa"/>
              <w:end w:w="100" w:type="dxa"/>
            </w:tcMar>
          </w:tcPr>
          <w:p>
            <w:r>
              <w:rPr>
                <w:rFonts w:ascii="Liberation Sans" w:hAnsi="Liberation Sans" w:eastAsia="Liberation Sans"/>
                <w:b w:val="0"/>
                <w:i w:val="0"/>
                <w:color w:val="263342"/>
                <w:sz w:val="16"/>
              </w:rPr>
              <w:t>Arrival primer + simple story-response craft</w:t>
            </w:r>
          </w:p>
        </w:tc>
      </w:tr>
      <w:tr>
        <w:tc>
          <w:tcPr>
            <w:tcW w:type="dxa" w:w="3427"/>
            <w:tcMar>
              <w:top w:w="90" w:type="dxa"/>
              <w:start w:w="100" w:type="dxa"/>
              <w:bottom w:w="90" w:type="dxa"/>
              <w:end w:w="100" w:type="dxa"/>
            </w:tcMar>
            <w:shd w:fill="FFF7E8"/>
          </w:tcPr>
          <w:p>
            <w:r>
              <w:rPr>
                <w:rFonts w:ascii="Liberation Sans" w:hAnsi="Liberation Sans" w:eastAsia="Liberation Sans"/>
                <w:b/>
                <w:i w:val="0"/>
                <w:color w:val="14243A"/>
                <w:sz w:val="16"/>
              </w:rPr>
              <w:t>Week 2 — Practice</w:t>
            </w:r>
          </w:p>
        </w:tc>
        <w:tc>
          <w:tcPr>
            <w:tcW w:type="dxa" w:w="3427"/>
            <w:tcMar>
              <w:top w:w="90" w:type="dxa"/>
              <w:start w:w="100" w:type="dxa"/>
              <w:bottom w:w="90" w:type="dxa"/>
              <w:end w:w="100" w:type="dxa"/>
            </w:tcMar>
          </w:tcPr>
          <w:p>
            <w:r>
              <w:rPr>
                <w:rFonts w:ascii="Liberation Sans" w:hAnsi="Liberation Sans" w:eastAsia="Liberation Sans"/>
                <w:b w:val="0"/>
                <w:i w:val="0"/>
                <w:color w:val="263342"/>
                <w:sz w:val="16"/>
              </w:rPr>
              <w:t>Use the verse and song</w:t>
            </w:r>
          </w:p>
        </w:tc>
        <w:tc>
          <w:tcPr>
            <w:tcW w:type="dxa" w:w="3427"/>
            <w:tcMar>
              <w:top w:w="90" w:type="dxa"/>
              <w:start w:w="100" w:type="dxa"/>
              <w:bottom w:w="90" w:type="dxa"/>
              <w:end w:w="100" w:type="dxa"/>
            </w:tcMar>
          </w:tcPr>
          <w:p>
            <w:r>
              <w:rPr>
                <w:rFonts w:ascii="Liberation Sans" w:hAnsi="Liberation Sans" w:eastAsia="Liberation Sans"/>
                <w:b w:val="0"/>
                <w:i w:val="0"/>
                <w:color w:val="263342"/>
                <w:sz w:val="16"/>
              </w:rPr>
              <w:t>Movement game + interactive craft revisit</w:t>
            </w:r>
          </w:p>
        </w:tc>
      </w:tr>
      <w:tr>
        <w:tc>
          <w:tcPr>
            <w:tcW w:type="dxa" w:w="3427"/>
            <w:tcMar>
              <w:top w:w="90" w:type="dxa"/>
              <w:start w:w="100" w:type="dxa"/>
              <w:bottom w:w="90" w:type="dxa"/>
              <w:end w:w="100" w:type="dxa"/>
            </w:tcMar>
            <w:shd w:fill="FFF7E8"/>
          </w:tcPr>
          <w:p>
            <w:r>
              <w:rPr>
                <w:rFonts w:ascii="Liberation Sans" w:hAnsi="Liberation Sans" w:eastAsia="Liberation Sans"/>
                <w:b/>
                <w:i w:val="0"/>
                <w:color w:val="14243A"/>
                <w:sz w:val="16"/>
              </w:rPr>
              <w:t>Week 3 — Connect</w:t>
            </w:r>
          </w:p>
        </w:tc>
        <w:tc>
          <w:tcPr>
            <w:tcW w:type="dxa" w:w="3427"/>
            <w:tcMar>
              <w:top w:w="90" w:type="dxa"/>
              <w:start w:w="100" w:type="dxa"/>
              <w:bottom w:w="90" w:type="dxa"/>
              <w:end w:w="100" w:type="dxa"/>
            </w:tcMar>
          </w:tcPr>
          <w:p>
            <w:r>
              <w:rPr>
                <w:rFonts w:ascii="Liberation Sans" w:hAnsi="Liberation Sans" w:eastAsia="Liberation Sans"/>
                <w:b w:val="0"/>
                <w:i w:val="0"/>
                <w:color w:val="263342"/>
                <w:sz w:val="16"/>
              </w:rPr>
              <w:t>Apply the truth to real life</w:t>
            </w:r>
          </w:p>
        </w:tc>
        <w:tc>
          <w:tcPr>
            <w:tcW w:type="dxa" w:w="3427"/>
            <w:tcMar>
              <w:top w:w="90" w:type="dxa"/>
              <w:start w:w="100" w:type="dxa"/>
              <w:bottom w:w="90" w:type="dxa"/>
              <w:end w:w="100" w:type="dxa"/>
            </w:tcMar>
          </w:tcPr>
          <w:p>
            <w:r>
              <w:rPr>
                <w:rFonts w:ascii="Liberation Sans" w:hAnsi="Liberation Sans" w:eastAsia="Liberation Sans"/>
                <w:b w:val="0"/>
                <w:i w:val="0"/>
                <w:color w:val="263342"/>
                <w:sz w:val="16"/>
              </w:rPr>
              <w:t>Choice game + prayer response</w:t>
            </w:r>
          </w:p>
        </w:tc>
      </w:tr>
      <w:tr>
        <w:tc>
          <w:tcPr>
            <w:tcW w:type="dxa" w:w="3427"/>
            <w:tcMar>
              <w:top w:w="90" w:type="dxa"/>
              <w:start w:w="100" w:type="dxa"/>
              <w:bottom w:w="90" w:type="dxa"/>
              <w:end w:w="100" w:type="dxa"/>
            </w:tcMar>
            <w:shd w:fill="FFF7E8"/>
          </w:tcPr>
          <w:p>
            <w:r>
              <w:rPr>
                <w:rFonts w:ascii="Liberation Sans" w:hAnsi="Liberation Sans" w:eastAsia="Liberation Sans"/>
                <w:b/>
                <w:i w:val="0"/>
                <w:color w:val="14243A"/>
                <w:sz w:val="16"/>
              </w:rPr>
              <w:t>Week 4 — Celebrate</w:t>
            </w:r>
          </w:p>
        </w:tc>
        <w:tc>
          <w:tcPr>
            <w:tcW w:type="dxa" w:w="3427"/>
            <w:tcMar>
              <w:top w:w="90" w:type="dxa"/>
              <w:start w:w="100" w:type="dxa"/>
              <w:bottom w:w="90" w:type="dxa"/>
              <w:end w:w="100" w:type="dxa"/>
            </w:tcMar>
          </w:tcPr>
          <w:p>
            <w:r>
              <w:rPr>
                <w:rFonts w:ascii="Liberation Sans" w:hAnsi="Liberation Sans" w:eastAsia="Liberation Sans"/>
                <w:b w:val="0"/>
                <w:i w:val="0"/>
                <w:color w:val="263342"/>
                <w:sz w:val="16"/>
              </w:rPr>
              <w:t>Retell, worship, and share</w:t>
            </w:r>
          </w:p>
        </w:tc>
        <w:tc>
          <w:tcPr>
            <w:tcW w:type="dxa" w:w="3427"/>
            <w:tcMar>
              <w:top w:w="90" w:type="dxa"/>
              <w:start w:w="100" w:type="dxa"/>
              <w:bottom w:w="90" w:type="dxa"/>
              <w:end w:w="100" w:type="dxa"/>
            </w:tcMar>
          </w:tcPr>
          <w:p>
            <w:r>
              <w:rPr>
                <w:rFonts w:ascii="Liberation Sans" w:hAnsi="Liberation Sans" w:eastAsia="Liberation Sans"/>
                <w:b w:val="0"/>
                <w:i w:val="0"/>
                <w:color w:val="263342"/>
                <w:sz w:val="16"/>
              </w:rPr>
              <w:t>Cooperative review + take-home action</w:t>
            </w:r>
          </w:p>
        </w:tc>
      </w:tr>
      <w:tr>
        <w:tc>
          <w:tcPr>
            <w:tcW w:type="dxa" w:w="3427"/>
            <w:tcMar>
              <w:top w:w="90" w:type="dxa"/>
              <w:start w:w="100" w:type="dxa"/>
              <w:bottom w:w="90" w:type="dxa"/>
              <w:end w:w="100" w:type="dxa"/>
            </w:tcMar>
            <w:shd w:fill="FFF7E8"/>
          </w:tcPr>
          <w:p>
            <w:r>
              <w:rPr>
                <w:rFonts w:ascii="Liberation Sans" w:hAnsi="Liberation Sans" w:eastAsia="Liberation Sans"/>
                <w:b/>
                <w:i w:val="0"/>
                <w:color w:val="14243A"/>
                <w:sz w:val="16"/>
              </w:rPr>
              <w:t>Week 5 — Extend</w:t>
            </w:r>
          </w:p>
        </w:tc>
        <w:tc>
          <w:tcPr>
            <w:tcW w:type="dxa" w:w="3427"/>
            <w:tcMar>
              <w:top w:w="90" w:type="dxa"/>
              <w:start w:w="100" w:type="dxa"/>
              <w:bottom w:w="90" w:type="dxa"/>
              <w:end w:w="100" w:type="dxa"/>
            </w:tcMar>
          </w:tcPr>
          <w:p>
            <w:r>
              <w:rPr>
                <w:rFonts w:ascii="Liberation Sans" w:hAnsi="Liberation Sans" w:eastAsia="Liberation Sans"/>
                <w:b w:val="0"/>
                <w:i w:val="0"/>
                <w:color w:val="263342"/>
                <w:sz w:val="16"/>
              </w:rPr>
              <w:t>Repeat without filling time</w:t>
            </w:r>
          </w:p>
        </w:tc>
        <w:tc>
          <w:tcPr>
            <w:tcW w:type="dxa" w:w="3427"/>
            <w:tcMar>
              <w:top w:w="90" w:type="dxa"/>
              <w:start w:w="100" w:type="dxa"/>
              <w:bottom w:w="90" w:type="dxa"/>
              <w:end w:w="100" w:type="dxa"/>
            </w:tcMar>
          </w:tcPr>
          <w:p>
            <w:r>
              <w:rPr>
                <w:rFonts w:ascii="Liberation Sans" w:hAnsi="Liberation Sans" w:eastAsia="Liberation Sans"/>
                <w:b w:val="0"/>
                <w:i w:val="0"/>
                <w:color w:val="263342"/>
                <w:sz w:val="16"/>
              </w:rPr>
              <w:t>Favorite replay + service or family connection</w:t>
            </w:r>
          </w:p>
        </w:tc>
      </w:tr>
    </w:tbl>
    <w:p>
      <w:pPr>
        <w:pStyle w:val="Heading2"/>
        <w:keepNext/>
        <w:spacing w:before="100" w:after="80"/>
      </w:pPr>
      <w:r>
        <w:rPr>
          <w:rFonts w:ascii="Liberation Sans" w:hAnsi="Liberation Sans" w:eastAsia="Liberation Sans"/>
          <w:b/>
          <w:i w:val="0"/>
          <w:color w:val="086862"/>
          <w:sz w:val="26"/>
        </w:rPr>
        <w:t>The weekly one-page card</w:t>
      </w:r>
    </w:p>
    <w:p>
      <w:pPr>
        <w:pStyle w:val="ListBullet"/>
        <w:spacing w:before="0" w:after="40" w:line="250" w:lineRule="auto"/>
      </w:pPr>
      <w:r>
        <w:rPr>
          <w:rFonts w:ascii="Liberation Sans" w:hAnsi="Liberation Sans" w:eastAsia="Liberation Sans"/>
          <w:b w:val="0"/>
          <w:i w:val="0"/>
          <w:color w:val="263342"/>
          <w:sz w:val="18"/>
        </w:rPr>
        <w:t>Today’s Bible story and reference</w:t>
      </w:r>
    </w:p>
    <w:p>
      <w:pPr>
        <w:pStyle w:val="ListBullet"/>
        <w:spacing w:before="0" w:after="40" w:line="250" w:lineRule="auto"/>
      </w:pPr>
      <w:r>
        <w:rPr>
          <w:rFonts w:ascii="Liberation Sans" w:hAnsi="Liberation Sans" w:eastAsia="Liberation Sans"/>
          <w:b w:val="0"/>
          <w:i w:val="0"/>
          <w:color w:val="263342"/>
          <w:sz w:val="18"/>
        </w:rPr>
        <w:t>Exact Remember This</w:t>
      </w:r>
    </w:p>
    <w:p>
      <w:pPr>
        <w:pStyle w:val="ListBullet"/>
        <w:spacing w:before="0" w:after="40" w:line="250" w:lineRule="auto"/>
      </w:pPr>
      <w:r>
        <w:rPr>
          <w:rFonts w:ascii="Liberation Sans" w:hAnsi="Liberation Sans" w:eastAsia="Liberation Sans"/>
          <w:b w:val="0"/>
          <w:i w:val="0"/>
          <w:color w:val="263342"/>
          <w:sz w:val="18"/>
        </w:rPr>
        <w:t>Song phrase or musical cue</w:t>
      </w:r>
    </w:p>
    <w:p>
      <w:pPr>
        <w:pStyle w:val="ListBullet"/>
        <w:spacing w:before="0" w:after="40" w:line="250" w:lineRule="auto"/>
      </w:pPr>
      <w:r>
        <w:rPr>
          <w:rFonts w:ascii="Liberation Sans" w:hAnsi="Liberation Sans" w:eastAsia="Liberation Sans"/>
          <w:b w:val="0"/>
          <w:i w:val="0"/>
          <w:color w:val="263342"/>
          <w:sz w:val="18"/>
        </w:rPr>
        <w:t>Gather: every item in one list</w:t>
      </w:r>
    </w:p>
    <w:p>
      <w:pPr>
        <w:pStyle w:val="ListBullet"/>
        <w:spacing w:before="0" w:after="40" w:line="250" w:lineRule="auto"/>
      </w:pPr>
      <w:r>
        <w:rPr>
          <w:rFonts w:ascii="Liberation Sans" w:hAnsi="Liberation Sans" w:eastAsia="Liberation Sans"/>
          <w:b w:val="0"/>
          <w:i w:val="0"/>
          <w:color w:val="263342"/>
          <w:sz w:val="18"/>
        </w:rPr>
        <w:t>Set up: what must be ready before children arrive</w:t>
      </w:r>
    </w:p>
    <w:p>
      <w:pPr>
        <w:pStyle w:val="ListBullet"/>
        <w:spacing w:before="0" w:after="40" w:line="250" w:lineRule="auto"/>
      </w:pPr>
      <w:r>
        <w:rPr>
          <w:rFonts w:ascii="Liberation Sans" w:hAnsi="Liberation Sans" w:eastAsia="Liberation Sans"/>
          <w:b w:val="0"/>
          <w:i w:val="0"/>
          <w:color w:val="263342"/>
          <w:sz w:val="18"/>
        </w:rPr>
        <w:t>Lead it: short numbered actions</w:t>
      </w:r>
    </w:p>
    <w:p>
      <w:pPr>
        <w:pStyle w:val="ListBullet"/>
        <w:spacing w:before="0" w:after="40" w:line="250" w:lineRule="auto"/>
      </w:pPr>
      <w:r>
        <w:rPr>
          <w:rFonts w:ascii="Liberation Sans" w:hAnsi="Liberation Sans" w:eastAsia="Liberation Sans"/>
          <w:b w:val="0"/>
          <w:i w:val="0"/>
          <w:color w:val="263342"/>
          <w:sz w:val="18"/>
        </w:rPr>
        <w:t>Land the truth: one question and one sentence</w:t>
      </w:r>
    </w:p>
    <w:p>
      <w:pPr>
        <w:pStyle w:val="ListBullet"/>
        <w:spacing w:before="0" w:after="40" w:line="250" w:lineRule="auto"/>
      </w:pPr>
      <w:r>
        <w:rPr>
          <w:rFonts w:ascii="Liberation Sans" w:hAnsi="Liberation Sans" w:eastAsia="Liberation Sans"/>
          <w:b w:val="0"/>
          <w:i w:val="0"/>
          <w:color w:val="263342"/>
          <w:sz w:val="18"/>
        </w:rPr>
        <w:t>Every-child switches: options already chosen</w:t>
      </w:r>
    </w:p>
    <w:p>
      <w:pPr>
        <w:pStyle w:val="ListBullet"/>
        <w:spacing w:before="0" w:after="40" w:line="250" w:lineRule="auto"/>
      </w:pPr>
      <w:r>
        <w:rPr>
          <w:rFonts w:ascii="Liberation Sans" w:hAnsi="Liberation Sans" w:eastAsia="Liberation Sans"/>
          <w:b w:val="0"/>
          <w:i w:val="0"/>
          <w:color w:val="263342"/>
          <w:sz w:val="18"/>
        </w:rPr>
        <w:t>Home twin: one tiny family action</w:t>
      </w:r>
    </w:p>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Keep every activity on-message</w:t>
      </w:r>
    </w:p>
    <w:p>
      <w:pPr>
        <w:spacing w:before="0" w:after="100" w:line="259" w:lineRule="auto"/>
      </w:pPr>
      <w:r>
        <w:rPr>
          <w:rFonts w:ascii="Liberation Sans" w:hAnsi="Liberation Sans" w:eastAsia="Liberation Sans"/>
          <w:b w:val="0"/>
          <w:i w:val="0"/>
          <w:color w:val="263342"/>
          <w:sz w:val="19"/>
        </w:rPr>
        <w:t>The action itself should rehearse the truth. A fun game followed by an unrelated mini-sermon creates two separate experiences; a strong activity makes the Bible connection visible inside the play.</w:t>
      </w:r>
    </w:p>
    <w:tbl>
      <w:tblPr>
        <w:tblW w:type="auto" w:w="0"/>
        <w:jc w:val="center"/>
        <w:tblLayout w:type="fixed"/>
        <w:tblLook w:firstColumn="1" w:firstRow="1" w:lastColumn="0" w:lastRow="0" w:noHBand="0" w:noVBand="1" w:val="04A0"/>
      </w:tblPr>
      <w:tblGrid>
        <w:gridCol w:w="1800"/>
        <w:gridCol w:w="8496"/>
      </w:tblGrid>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THE STORY TEST</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Can a leader name the exact story moment this activity reinforces?</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THE TRUTH TEST</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Does the activity make the Remember This easier to understand or practice?</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THE SONG TEST</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Can the month’s song cue, lyric idea, or movement support the activity naturally?</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THE CHILD TEST</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Can children make a real choice, move, create, wonder, or explain?</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THE DEBRIEF TEST</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Can the leader land the point with one question and one sentence?</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THE HOME TEST</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Can a family repeat the idea without special equipment?</w:t>
            </w:r>
          </w:p>
        </w:tc>
      </w:tr>
    </w:tbl>
    <w:p>
      <w:pPr>
        <w:pStyle w:val="Heading2"/>
        <w:keepNext/>
        <w:spacing w:before="100" w:after="80"/>
      </w:pPr>
      <w:r>
        <w:rPr>
          <w:rFonts w:ascii="Liberation Sans" w:hAnsi="Liberation Sans" w:eastAsia="Liberation Sans"/>
          <w:b/>
          <w:i w:val="0"/>
          <w:color w:val="086862"/>
          <w:sz w:val="26"/>
        </w:rPr>
        <w:t>Non-competitive by design</w:t>
      </w:r>
    </w:p>
    <w:p>
      <w:pPr>
        <w:pStyle w:val="ListBullet"/>
        <w:spacing w:before="0" w:after="40" w:line="250" w:lineRule="auto"/>
      </w:pPr>
      <w:r>
        <w:rPr>
          <w:rFonts w:ascii="Liberation Sans" w:hAnsi="Liberation Sans" w:eastAsia="Liberation Sans"/>
          <w:b w:val="0"/>
          <w:i w:val="0"/>
          <w:color w:val="263342"/>
          <w:sz w:val="18"/>
        </w:rPr>
        <w:t>Use a shared finish line: complete the picture, clear the grid, build the path, or solve the story together.</w:t>
      </w:r>
    </w:p>
    <w:p>
      <w:pPr>
        <w:pStyle w:val="ListBullet"/>
        <w:spacing w:before="0" w:after="40" w:line="250" w:lineRule="auto"/>
      </w:pPr>
      <w:r>
        <w:rPr>
          <w:rFonts w:ascii="Liberation Sans" w:hAnsi="Liberation Sans" w:eastAsia="Liberation Sans"/>
          <w:b w:val="0"/>
          <w:i w:val="0"/>
          <w:color w:val="263342"/>
          <w:sz w:val="18"/>
        </w:rPr>
        <w:t>Replace elimination with a new role: reader, mover, matcher, encourager, or clue keeper.</w:t>
      </w:r>
    </w:p>
    <w:p>
      <w:pPr>
        <w:pStyle w:val="ListBullet"/>
        <w:spacing w:before="0" w:after="40" w:line="250" w:lineRule="auto"/>
      </w:pPr>
      <w:r>
        <w:rPr>
          <w:rFonts w:ascii="Liberation Sans" w:hAnsi="Liberation Sans" w:eastAsia="Liberation Sans"/>
          <w:b w:val="0"/>
          <w:i w:val="0"/>
          <w:color w:val="263342"/>
          <w:sz w:val="18"/>
        </w:rPr>
        <w:t>Celebrate noticing, explaining, helping, and trying—not only speed or correct answers.</w:t>
      </w:r>
    </w:p>
    <w:p>
      <w:pPr>
        <w:pStyle w:val="ListBullet"/>
        <w:spacing w:before="0" w:after="40" w:line="250" w:lineRule="auto"/>
      </w:pPr>
      <w:r>
        <w:rPr>
          <w:rFonts w:ascii="Liberation Sans" w:hAnsi="Liberation Sans" w:eastAsia="Liberation Sans"/>
          <w:b w:val="0"/>
          <w:i w:val="0"/>
          <w:color w:val="263342"/>
          <w:sz w:val="18"/>
        </w:rPr>
        <w:t>Let children pass. Participation can be movement, speech, pointing, drawing, listening, or directing a partner.</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F2B544"/>
              <w:bottom w:val="nil"/>
              <w:right w:val="nil"/>
            </w:tcBorders>
          </w:tcPr>
          <w:p>
            <w:pPr>
              <w:spacing w:after="40"/>
            </w:pPr>
            <w:r>
              <w:rPr>
                <w:rFonts w:ascii="Liberation Sans" w:hAnsi="Liberation Sans" w:eastAsia="Liberation Sans"/>
                <w:b/>
                <w:i w:val="0"/>
                <w:color w:val="14243A"/>
                <w:sz w:val="20"/>
              </w:rPr>
              <w:t>Leader line</w:t>
            </w:r>
          </w:p>
          <w:p>
            <w:pPr>
              <w:spacing w:after="0" w:line="252" w:lineRule="auto"/>
            </w:pPr>
            <w:r>
              <w:rPr>
                <w:rFonts w:ascii="Liberation Sans" w:hAnsi="Liberation Sans" w:eastAsia="Liberation Sans"/>
                <w:b w:val="0"/>
                <w:i w:val="0"/>
                <w:color w:val="263342"/>
                <w:sz w:val="18"/>
              </w:rPr>
              <w:t>“We are not trying to beat each other. We are helping each other discover and live what God’s Word says.”</w:t>
            </w:r>
          </w:p>
        </w:tc>
      </w:tr>
    </w:tbl>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Include every child by changing the pathway, not the truth</w:t>
      </w:r>
    </w:p>
    <w:p>
      <w:pPr>
        <w:spacing w:before="0" w:after="100" w:line="259" w:lineRule="auto"/>
      </w:pPr>
      <w:r>
        <w:rPr>
          <w:rFonts w:ascii="Liberation Sans" w:hAnsi="Liberation Sans" w:eastAsia="Liberation Sans"/>
          <w:b w:val="0"/>
          <w:i w:val="0"/>
          <w:color w:val="263342"/>
          <w:sz w:val="19"/>
        </w:rPr>
        <w:t>Choose adaptations during planning, not after a child struggles. Keep the same Bible truth and offer different ways to enter, participate, and respond.</w:t>
      </w:r>
    </w:p>
    <w:tbl>
      <w:tblPr>
        <w:tblW w:type="auto" w:w="0"/>
        <w:jc w:val="center"/>
        <w:tblLayout w:type="fixed"/>
        <w:tblLook w:firstColumn="1" w:firstRow="1" w:lastColumn="0" w:lastRow="0" w:noHBand="0" w:noVBand="1" w:val="04A0"/>
      </w:tblPr>
      <w:tblGrid>
        <w:gridCol w:w="1800"/>
        <w:gridCol w:w="8496"/>
      </w:tblGrid>
      <w:tr>
        <w:tc>
          <w:tcPr>
            <w:tcW w:type="dxa" w:w="1800"/>
            <w:shd w:fill="E35D5B"/>
            <w:tcMar>
              <w:top w:w="90" w:type="dxa"/>
              <w:start w:w="110" w:type="dxa"/>
              <w:bottom w:w="90" w:type="dxa"/>
              <w:end w:w="110" w:type="dxa"/>
            </w:tcMar>
          </w:tcPr>
          <w:p>
            <w:r>
              <w:rPr>
                <w:rFonts w:ascii="Liberation Sans" w:hAnsi="Liberation Sans" w:eastAsia="Liberation Sans"/>
                <w:b/>
                <w:i w:val="0"/>
                <w:color w:val="FFFFFF"/>
                <w:sz w:val="16"/>
              </w:rPr>
              <w:t>SENSORY</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Lower sound; remove scent or sticky textures; offer headphones; create a calm version.</w:t>
            </w:r>
          </w:p>
        </w:tc>
      </w:tr>
      <w:tr>
        <w:tc>
          <w:tcPr>
            <w:tcW w:type="dxa" w:w="1800"/>
            <w:shd w:fill="E35D5B"/>
            <w:tcMar>
              <w:top w:w="90" w:type="dxa"/>
              <w:start w:w="110" w:type="dxa"/>
              <w:bottom w:w="90" w:type="dxa"/>
              <w:end w:w="110" w:type="dxa"/>
            </w:tcMar>
          </w:tcPr>
          <w:p>
            <w:r>
              <w:rPr>
                <w:rFonts w:ascii="Liberation Sans" w:hAnsi="Liberation Sans" w:eastAsia="Liberation Sans"/>
                <w:b/>
                <w:i w:val="0"/>
                <w:color w:val="FFFFFF"/>
                <w:sz w:val="16"/>
              </w:rPr>
              <w:t>MOVEMENT</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Move to tabletop; use seated motions; let a partner carry pieces; add easy-grip tabs.</w:t>
            </w:r>
          </w:p>
        </w:tc>
      </w:tr>
      <w:tr>
        <w:tc>
          <w:tcPr>
            <w:tcW w:type="dxa" w:w="1800"/>
            <w:shd w:fill="E35D5B"/>
            <w:tcMar>
              <w:top w:w="90" w:type="dxa"/>
              <w:start w:w="110" w:type="dxa"/>
              <w:bottom w:w="90" w:type="dxa"/>
              <w:end w:w="110" w:type="dxa"/>
            </w:tcMar>
          </w:tcPr>
          <w:p>
            <w:r>
              <w:rPr>
                <w:rFonts w:ascii="Liberation Sans" w:hAnsi="Liberation Sans" w:eastAsia="Liberation Sans"/>
                <w:b/>
                <w:i w:val="0"/>
                <w:color w:val="FFFFFF"/>
                <w:sz w:val="16"/>
              </w:rPr>
              <w:t>COMMUNICATION</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Offer picture choices, pointing, eye-gaze, drawing, typing, or a trusted scribe.</w:t>
            </w:r>
          </w:p>
        </w:tc>
      </w:tr>
      <w:tr>
        <w:tc>
          <w:tcPr>
            <w:tcW w:type="dxa" w:w="1800"/>
            <w:shd w:fill="E35D5B"/>
            <w:tcMar>
              <w:top w:w="90" w:type="dxa"/>
              <w:start w:w="110" w:type="dxa"/>
              <w:bottom w:w="90" w:type="dxa"/>
              <w:end w:w="110" w:type="dxa"/>
            </w:tcMar>
          </w:tcPr>
          <w:p>
            <w:r>
              <w:rPr>
                <w:rFonts w:ascii="Liberation Sans" w:hAnsi="Liberation Sans" w:eastAsia="Liberation Sans"/>
                <w:b/>
                <w:i w:val="0"/>
                <w:color w:val="FFFFFF"/>
                <w:sz w:val="16"/>
              </w:rPr>
              <w:t>PROCESSING</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Preview the order; use first-then cards; reduce choices; add wait time; repeat one direction.</w:t>
            </w:r>
          </w:p>
        </w:tc>
      </w:tr>
      <w:tr>
        <w:tc>
          <w:tcPr>
            <w:tcW w:type="dxa" w:w="1800"/>
            <w:shd w:fill="E35D5B"/>
            <w:tcMar>
              <w:top w:w="90" w:type="dxa"/>
              <w:start w:w="110" w:type="dxa"/>
              <w:bottom w:w="90" w:type="dxa"/>
              <w:end w:w="110" w:type="dxa"/>
            </w:tcMar>
          </w:tcPr>
          <w:p>
            <w:r>
              <w:rPr>
                <w:rFonts w:ascii="Liberation Sans" w:hAnsi="Liberation Sans" w:eastAsia="Liberation Sans"/>
                <w:b/>
                <w:i w:val="0"/>
                <w:color w:val="FFFFFF"/>
                <w:sz w:val="16"/>
              </w:rPr>
              <w:t>READING</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Read aloud; pair text with symbols; use large print; shorten phrase chunks without changing meaning.</w:t>
            </w:r>
          </w:p>
        </w:tc>
      </w:tr>
      <w:tr>
        <w:tc>
          <w:tcPr>
            <w:tcW w:type="dxa" w:w="1800"/>
            <w:shd w:fill="E35D5B"/>
            <w:tcMar>
              <w:top w:w="90" w:type="dxa"/>
              <w:start w:w="110" w:type="dxa"/>
              <w:bottom w:w="90" w:type="dxa"/>
              <w:end w:w="110" w:type="dxa"/>
            </w:tcMar>
          </w:tcPr>
          <w:p>
            <w:r>
              <w:rPr>
                <w:rFonts w:ascii="Liberation Sans" w:hAnsi="Liberation Sans" w:eastAsia="Liberation Sans"/>
                <w:b/>
                <w:i w:val="0"/>
                <w:color w:val="FFFFFF"/>
                <w:sz w:val="16"/>
              </w:rPr>
              <w:t>CHALLENGE</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Add an explanation, new scenario, leadership role, or design problem instead of extra busywork.</w:t>
            </w:r>
          </w:p>
        </w:tc>
      </w:tr>
      <w:tr>
        <w:tc>
          <w:tcPr>
            <w:tcW w:type="dxa" w:w="1800"/>
            <w:shd w:fill="E35D5B"/>
            <w:tcMar>
              <w:top w:w="90" w:type="dxa"/>
              <w:start w:w="110" w:type="dxa"/>
              <w:bottom w:w="90" w:type="dxa"/>
              <w:end w:w="110" w:type="dxa"/>
            </w:tcMar>
          </w:tcPr>
          <w:p>
            <w:r>
              <w:rPr>
                <w:rFonts w:ascii="Liberation Sans" w:hAnsi="Liberation Sans" w:eastAsia="Liberation Sans"/>
                <w:b/>
                <w:i w:val="0"/>
                <w:color w:val="FFFFFF"/>
                <w:sz w:val="16"/>
              </w:rPr>
              <w:t>BELONGING</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Make passing normal; avoid public ranking; never require private stories, prayer details, or proof from home.</w:t>
            </w:r>
          </w:p>
        </w:tc>
      </w:tr>
    </w:tbl>
    <w:p>
      <w:pPr>
        <w:pStyle w:val="Heading2"/>
        <w:keepNext/>
        <w:spacing w:before="100" w:after="80"/>
      </w:pPr>
      <w:r>
        <w:rPr>
          <w:rFonts w:ascii="Liberation Sans" w:hAnsi="Liberation Sans" w:eastAsia="Liberation Sans"/>
          <w:b/>
          <w:i w:val="0"/>
          <w:color w:val="E35D5B"/>
          <w:sz w:val="26"/>
        </w:rPr>
        <w:t>Plan three doors into every activity</w:t>
      </w:r>
    </w:p>
    <w:p>
      <w:pPr>
        <w:pStyle w:val="ListBullet"/>
        <w:spacing w:before="0" w:after="40" w:line="250" w:lineRule="auto"/>
      </w:pPr>
      <w:r>
        <w:rPr>
          <w:rFonts w:ascii="Liberation Sans" w:hAnsi="Liberation Sans" w:eastAsia="Liberation Sans"/>
          <w:b w:val="0"/>
          <w:i w:val="0"/>
          <w:color w:val="263342"/>
          <w:sz w:val="18"/>
        </w:rPr>
        <w:t>Watch it: a child can observe a model or first turn.</w:t>
      </w:r>
    </w:p>
    <w:p>
      <w:pPr>
        <w:pStyle w:val="ListBullet"/>
        <w:spacing w:before="0" w:after="40" w:line="250" w:lineRule="auto"/>
      </w:pPr>
      <w:r>
        <w:rPr>
          <w:rFonts w:ascii="Liberation Sans" w:hAnsi="Liberation Sans" w:eastAsia="Liberation Sans"/>
          <w:b w:val="0"/>
          <w:i w:val="0"/>
          <w:color w:val="263342"/>
          <w:sz w:val="18"/>
        </w:rPr>
        <w:t>Try it: a child can participate with support.</w:t>
      </w:r>
    </w:p>
    <w:p>
      <w:pPr>
        <w:pStyle w:val="ListBullet"/>
        <w:spacing w:before="0" w:after="40" w:line="250" w:lineRule="auto"/>
      </w:pPr>
      <w:r>
        <w:rPr>
          <w:rFonts w:ascii="Liberation Sans" w:hAnsi="Liberation Sans" w:eastAsia="Liberation Sans"/>
          <w:b w:val="0"/>
          <w:i w:val="0"/>
          <w:color w:val="263342"/>
          <w:sz w:val="18"/>
        </w:rPr>
        <w:t>Lead it: a child can explain, demonstrate, or help someone else.</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35D5B"/>
              <w:bottom w:val="nil"/>
              <w:right w:val="nil"/>
            </w:tcBorders>
          </w:tcPr>
          <w:p>
            <w:pPr>
              <w:spacing w:after="40"/>
            </w:pPr>
            <w:r>
              <w:rPr>
                <w:rFonts w:ascii="Liberation Sans" w:hAnsi="Liberation Sans" w:eastAsia="Liberation Sans"/>
                <w:b/>
                <w:i w:val="0"/>
                <w:color w:val="14243A"/>
                <w:sz w:val="20"/>
              </w:rPr>
              <w:t>Safety note</w:t>
            </w:r>
          </w:p>
          <w:p>
            <w:pPr>
              <w:spacing w:after="0" w:line="252" w:lineRule="auto"/>
            </w:pPr>
            <w:r>
              <w:rPr>
                <w:rFonts w:ascii="Liberation Sans" w:hAnsi="Liberation Sans" w:eastAsia="Liberation Sans"/>
                <w:b w:val="0"/>
                <w:i w:val="0"/>
                <w:color w:val="263342"/>
                <w:sz w:val="18"/>
              </w:rPr>
              <w:t>Follow your church’s child-safety, allergy, sanitation, accessibility, supervision, and approved-material policies. Replace any supply that does not fit your room or children.</w:t>
            </w:r>
          </w:p>
        </w:tc>
      </w:tr>
    </w:tbl>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Use transitions as part of the lesson</w:t>
      </w:r>
    </w:p>
    <w:p>
      <w:pPr>
        <w:spacing w:before="0" w:after="100" w:line="259" w:lineRule="auto"/>
      </w:pPr>
      <w:r>
        <w:rPr>
          <w:rFonts w:ascii="Liberation Sans" w:hAnsi="Liberation Sans" w:eastAsia="Liberation Sans"/>
          <w:b w:val="0"/>
          <w:i w:val="0"/>
          <w:color w:val="263342"/>
          <w:sz w:val="19"/>
        </w:rPr>
        <w:t>Transitions are not dead space. One repeated phrase, motion, or musical cue can move children and reinforce the month’s truth without adding another activity.</w:t>
      </w:r>
    </w:p>
    <w:p>
      <w:pPr>
        <w:pStyle w:val="Heading2"/>
        <w:keepNext/>
        <w:spacing w:before="100" w:after="80"/>
      </w:pPr>
      <w:r>
        <w:rPr>
          <w:rFonts w:ascii="Liberation Sans" w:hAnsi="Liberation Sans" w:eastAsia="Liberation Sans"/>
          <w:b/>
          <w:i w:val="0"/>
          <w:color w:val="0B8F87"/>
          <w:sz w:val="26"/>
        </w:rPr>
        <w:t>Preschool transition pattern</w:t>
      </w:r>
    </w:p>
    <w:p>
      <w:pPr>
        <w:pStyle w:val="ListBullet"/>
        <w:spacing w:before="0" w:after="40" w:line="250" w:lineRule="auto"/>
      </w:pPr>
      <w:r>
        <w:rPr>
          <w:rFonts w:ascii="Liberation Sans" w:hAnsi="Liberation Sans" w:eastAsia="Liberation Sans"/>
          <w:b w:val="0"/>
          <w:i w:val="0"/>
          <w:color w:val="263342"/>
          <w:sz w:val="18"/>
        </w:rPr>
        <w:t>Show one visual cue before speaking.</w:t>
      </w:r>
    </w:p>
    <w:p>
      <w:pPr>
        <w:pStyle w:val="ListBullet"/>
        <w:spacing w:before="0" w:after="40" w:line="250" w:lineRule="auto"/>
      </w:pPr>
      <w:r>
        <w:rPr>
          <w:rFonts w:ascii="Liberation Sans" w:hAnsi="Liberation Sans" w:eastAsia="Liberation Sans"/>
          <w:b w:val="0"/>
          <w:i w:val="0"/>
          <w:color w:val="263342"/>
          <w:sz w:val="18"/>
        </w:rPr>
        <w:t>Say one short direction.</w:t>
      </w:r>
    </w:p>
    <w:p>
      <w:pPr>
        <w:pStyle w:val="ListBullet"/>
        <w:spacing w:before="0" w:after="40" w:line="250" w:lineRule="auto"/>
      </w:pPr>
      <w:r>
        <w:rPr>
          <w:rFonts w:ascii="Liberation Sans" w:hAnsi="Liberation Sans" w:eastAsia="Liberation Sans"/>
          <w:b w:val="0"/>
          <w:i w:val="0"/>
          <w:color w:val="263342"/>
          <w:sz w:val="18"/>
        </w:rPr>
        <w:t>Use the same song cue or motion all month.</w:t>
      </w:r>
    </w:p>
    <w:p>
      <w:pPr>
        <w:pStyle w:val="ListBullet"/>
        <w:spacing w:before="0" w:after="40" w:line="250" w:lineRule="auto"/>
      </w:pPr>
      <w:r>
        <w:rPr>
          <w:rFonts w:ascii="Liberation Sans" w:hAnsi="Liberation Sans" w:eastAsia="Liberation Sans"/>
          <w:b w:val="0"/>
          <w:i w:val="0"/>
          <w:color w:val="263342"/>
          <w:sz w:val="18"/>
        </w:rPr>
        <w:t>Give a warning before a sound, lighting, or location change.</w:t>
      </w:r>
    </w:p>
    <w:p>
      <w:pPr>
        <w:pStyle w:val="ListBullet"/>
        <w:spacing w:before="0" w:after="40" w:line="250" w:lineRule="auto"/>
      </w:pPr>
      <w:r>
        <w:rPr>
          <w:rFonts w:ascii="Liberation Sans" w:hAnsi="Liberation Sans" w:eastAsia="Liberation Sans"/>
          <w:b w:val="0"/>
          <w:i w:val="0"/>
          <w:color w:val="263342"/>
          <w:sz w:val="18"/>
        </w:rPr>
        <w:t>Move worship before the Bible story.</w:t>
      </w:r>
    </w:p>
    <w:p>
      <w:pPr>
        <w:pStyle w:val="Heading2"/>
        <w:keepNext/>
        <w:spacing w:before="100" w:after="80"/>
      </w:pPr>
      <w:r>
        <w:rPr>
          <w:rFonts w:ascii="Liberation Sans" w:hAnsi="Liberation Sans" w:eastAsia="Liberation Sans"/>
          <w:b/>
          <w:i w:val="0"/>
          <w:color w:val="E26A2C"/>
          <w:sz w:val="26"/>
        </w:rPr>
        <w:t>Elementary transition pattern</w:t>
      </w:r>
    </w:p>
    <w:p>
      <w:pPr>
        <w:pStyle w:val="ListBullet"/>
        <w:spacing w:before="0" w:after="40" w:line="250" w:lineRule="auto"/>
      </w:pPr>
      <w:r>
        <w:rPr>
          <w:rFonts w:ascii="Liberation Sans" w:hAnsi="Liberation Sans" w:eastAsia="Liberation Sans"/>
          <w:b w:val="0"/>
          <w:i w:val="0"/>
          <w:color w:val="263342"/>
          <w:sz w:val="18"/>
        </w:rPr>
        <w:t>Name the purpose of the move: “Bring your story clues to the circle.”</w:t>
      </w:r>
    </w:p>
    <w:p>
      <w:pPr>
        <w:pStyle w:val="ListBullet"/>
        <w:spacing w:before="0" w:after="40" w:line="250" w:lineRule="auto"/>
      </w:pPr>
      <w:r>
        <w:rPr>
          <w:rFonts w:ascii="Liberation Sans" w:hAnsi="Liberation Sans" w:eastAsia="Liberation Sans"/>
          <w:b w:val="0"/>
          <w:i w:val="0"/>
          <w:color w:val="263342"/>
          <w:sz w:val="18"/>
        </w:rPr>
        <w:t>Use a lyric cue, short challenge, or call-and-response.</w:t>
      </w:r>
    </w:p>
    <w:p>
      <w:pPr>
        <w:pStyle w:val="ListBullet"/>
        <w:spacing w:before="0" w:after="40" w:line="250" w:lineRule="auto"/>
      </w:pPr>
      <w:r>
        <w:rPr>
          <w:rFonts w:ascii="Liberation Sans" w:hAnsi="Liberation Sans" w:eastAsia="Liberation Sans"/>
          <w:b w:val="0"/>
          <w:i w:val="0"/>
          <w:color w:val="263342"/>
          <w:sz w:val="18"/>
        </w:rPr>
        <w:t>Give children a role during the move.</w:t>
      </w:r>
    </w:p>
    <w:p>
      <w:pPr>
        <w:pStyle w:val="ListBullet"/>
        <w:spacing w:before="0" w:after="40" w:line="250" w:lineRule="auto"/>
      </w:pPr>
      <w:r>
        <w:rPr>
          <w:rFonts w:ascii="Liberation Sans" w:hAnsi="Liberation Sans" w:eastAsia="Liberation Sans"/>
          <w:b w:val="0"/>
          <w:i w:val="0"/>
          <w:color w:val="263342"/>
          <w:sz w:val="18"/>
        </w:rPr>
        <w:t>Move worship after the Bible story so response follows understanding.</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F2B544"/>
              <w:bottom w:val="nil"/>
              <w:right w:val="nil"/>
            </w:tcBorders>
          </w:tcPr>
          <w:p>
            <w:pPr>
              <w:spacing w:after="40"/>
            </w:pPr>
            <w:r>
              <w:rPr>
                <w:rFonts w:ascii="Liberation Sans" w:hAnsi="Liberation Sans" w:eastAsia="Liberation Sans"/>
                <w:b/>
                <w:i w:val="0"/>
                <w:color w:val="14243A"/>
                <w:sz w:val="20"/>
              </w:rPr>
              <w:t>Simple cue bank</w:t>
            </w:r>
          </w:p>
          <w:p>
            <w:pPr>
              <w:spacing w:after="0" w:line="252" w:lineRule="auto"/>
            </w:pPr>
            <w:r>
              <w:rPr>
                <w:rFonts w:ascii="Liberation Sans" w:hAnsi="Liberation Sans" w:eastAsia="Liberation Sans"/>
                <w:b w:val="0"/>
                <w:i w:val="0"/>
                <w:color w:val="263342"/>
                <w:sz w:val="18"/>
              </w:rPr>
              <w:t>“Eyes on the signal.”  |  “Carry the truth with you.”  |  “Bring one idea to the circle.”  |  “When the music fades, finish your motion and find your place.”</w:t>
            </w:r>
          </w:p>
        </w:tc>
      </w:tr>
    </w:tbl>
    <w:p>
      <w:r>
        <w:br w:type="page"/>
      </w:r>
    </w:p>
    <w:tbl>
      <w:tblPr>
        <w:tblW w:type="auto" w:w="0"/>
        <w:jc w:val="center"/>
        <w:tblLook w:firstColumn="1" w:firstRow="1" w:lastColumn="0" w:lastRow="0" w:noHBand="0" w:noVBand="1" w:val="04A0"/>
      </w:tblPr>
      <w:tblGrid>
        <w:gridCol w:w="10282"/>
      </w:tblGrid>
      <w:tr>
        <w:tc>
          <w:tcPr>
            <w:tcW w:type="dxa" w:w="10282"/>
            <w:shd w:fill="0B8F87"/>
            <w:tcMar>
              <w:top w:w="260" w:type="dxa"/>
              <w:start w:w="240" w:type="dxa"/>
              <w:bottom w:w="260" w:type="dxa"/>
              <w:end w:w="240" w:type="dxa"/>
            </w:tcMar>
          </w:tcPr>
          <w:p>
            <w:pPr>
              <w:jc w:val="center"/>
            </w:pPr>
            <w:r>
              <w:rPr>
                <w:rFonts w:ascii="Liberation Sans" w:hAnsi="Liberation Sans" w:eastAsia="Liberation Sans"/>
                <w:b/>
                <w:i w:val="0"/>
                <w:color w:val="FFFFFF"/>
                <w:sz w:val="18"/>
              </w:rPr>
              <w:t>PRESCHOOL</w:t>
            </w:r>
          </w:p>
          <w:p>
            <w:pPr>
              <w:jc w:val="center"/>
            </w:pPr>
            <w:r>
              <w:rPr>
                <w:rFonts w:ascii="Liberation Sans" w:hAnsi="Liberation Sans" w:eastAsia="Liberation Sans"/>
                <w:b/>
                <w:i w:val="0"/>
                <w:color w:val="FFFFFF"/>
                <w:sz w:val="50"/>
              </w:rPr>
              <w:t>Safe, imaginative play</w:t>
            </w:r>
          </w:p>
          <w:p>
            <w:pPr>
              <w:jc w:val="center"/>
            </w:pPr>
            <w:r>
              <w:rPr>
                <w:rFonts w:ascii="Liberation Sans" w:hAnsi="Liberation Sans" w:eastAsia="Liberation Sans"/>
                <w:b w:val="0"/>
                <w:i w:val="0"/>
                <w:color w:val="FFFFFF"/>
                <w:sz w:val="20"/>
              </w:rPr>
              <w:t>Comfort first. Choice always. One clear truth.</w:t>
            </w:r>
          </w:p>
        </w:tc>
      </w:tr>
    </w:tbl>
    <w:p>
      <w:pPr>
        <w:pStyle w:val="Heading1"/>
        <w:keepNext/>
        <w:spacing w:before="160" w:after="80"/>
        <w:pBdr>
          <w:bottom w:val="single" w:sz="14" w:space="4" w:color="F2B544"/>
        </w:pBdr>
      </w:pPr>
      <w:r>
        <w:rPr>
          <w:rFonts w:ascii="Liberation Sans" w:hAnsi="Liberation Sans" w:eastAsia="Liberation Sans"/>
          <w:b/>
          <w:i w:val="0"/>
          <w:color w:val="14243A"/>
          <w:sz w:val="44"/>
        </w:rPr>
        <w:t>Preschool children learn by doing the truth</w:t>
      </w:r>
    </w:p>
    <w:p>
      <w:pPr>
        <w:spacing w:before="0" w:after="100" w:line="259" w:lineRule="auto"/>
      </w:pPr>
      <w:r>
        <w:rPr>
          <w:rFonts w:ascii="Liberation Sans" w:hAnsi="Liberation Sans" w:eastAsia="Liberation Sans"/>
          <w:b w:val="0"/>
          <w:i w:val="0"/>
          <w:color w:val="263342"/>
          <w:sz w:val="19"/>
        </w:rPr>
        <w:t>The preschool plan begins at the doorway. Arrival play should lower separation stress, help children trust the room, and quietly introduce an idea they will meet in the Bible story.</w:t>
      </w:r>
    </w:p>
    <w:p>
      <w:pPr>
        <w:pStyle w:val="Heading2"/>
        <w:keepNext/>
        <w:spacing w:before="100" w:after="80"/>
      </w:pPr>
      <w:r>
        <w:rPr>
          <w:rFonts w:ascii="Liberation Sans" w:hAnsi="Liberation Sans" w:eastAsia="Liberation Sans"/>
          <w:b/>
          <w:i w:val="0"/>
          <w:color w:val="0B8F87"/>
          <w:sz w:val="26"/>
        </w:rPr>
        <w:t>Preschool weekly flow</w:t>
      </w:r>
    </w:p>
    <w:tbl>
      <w:tblPr>
        <w:tblW w:type="auto" w:w="0"/>
        <w:jc w:val="center"/>
        <w:tblLayout w:type="fixed"/>
        <w:tblLook w:firstColumn="1" w:firstRow="1" w:lastColumn="0" w:lastRow="0" w:noHBand="0" w:noVBand="1" w:val="04A0"/>
      </w:tblPr>
      <w:tblGrid>
        <w:gridCol w:w="1800"/>
        <w:gridCol w:w="8496"/>
      </w:tblGrid>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1. PRELUDE</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Prepare a welcoming room, calm music, visual schedule, and ready leaders.</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2. SOCIAL</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Use choice-based arrival play that comforts and introduces a story idea.</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3. TRANSITION</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Use one familiar song, visual, and short phrase.</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4. WORSHIP</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Move and sing before the Bible story.</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5. STORY</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Tell one true Bible story with clear actions, pictures, and repetition.</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6. GROUPS</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Play, create, pray, and practice the Remember This.</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7. HOME</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Send one small retelling or song action.</w:t>
            </w:r>
          </w:p>
        </w:tc>
      </w:tr>
    </w:tbl>
    <w:p>
      <w:pPr>
        <w:pStyle w:val="Heading2"/>
        <w:keepNext/>
        <w:spacing w:before="100" w:after="80"/>
      </w:pPr>
      <w:r>
        <w:rPr>
          <w:rFonts w:ascii="Liberation Sans" w:hAnsi="Liberation Sans" w:eastAsia="Liberation Sans"/>
          <w:b/>
          <w:i w:val="0"/>
          <w:color w:val="0B8F87"/>
          <w:sz w:val="26"/>
        </w:rPr>
        <w:t>Preschool activity rules</w:t>
      </w:r>
    </w:p>
    <w:p>
      <w:pPr>
        <w:pStyle w:val="ListBullet"/>
        <w:spacing w:before="0" w:after="40" w:line="250" w:lineRule="auto"/>
      </w:pPr>
      <w:r>
        <w:rPr>
          <w:rFonts w:ascii="Liberation Sans" w:hAnsi="Liberation Sans" w:eastAsia="Liberation Sans"/>
          <w:b w:val="0"/>
          <w:i w:val="0"/>
          <w:color w:val="263342"/>
          <w:sz w:val="18"/>
        </w:rPr>
        <w:t>Offer two or three choices instead of one required outcome.</w:t>
      </w:r>
    </w:p>
    <w:p>
      <w:pPr>
        <w:pStyle w:val="ListBullet"/>
        <w:spacing w:before="0" w:after="40" w:line="250" w:lineRule="auto"/>
      </w:pPr>
      <w:r>
        <w:rPr>
          <w:rFonts w:ascii="Liberation Sans" w:hAnsi="Liberation Sans" w:eastAsia="Liberation Sans"/>
          <w:b w:val="0"/>
          <w:i w:val="0"/>
          <w:color w:val="263342"/>
          <w:sz w:val="18"/>
        </w:rPr>
        <w:t>Use short directions: show, say, do.</w:t>
      </w:r>
    </w:p>
    <w:p>
      <w:pPr>
        <w:pStyle w:val="ListBullet"/>
        <w:spacing w:before="0" w:after="40" w:line="250" w:lineRule="auto"/>
      </w:pPr>
      <w:r>
        <w:rPr>
          <w:rFonts w:ascii="Liberation Sans" w:hAnsi="Liberation Sans" w:eastAsia="Liberation Sans"/>
          <w:b w:val="0"/>
          <w:i w:val="0"/>
          <w:color w:val="263342"/>
          <w:sz w:val="18"/>
        </w:rPr>
        <w:t>Prefer large pieces, simple mechanisms, and repeatable actions.</w:t>
      </w:r>
    </w:p>
    <w:p>
      <w:pPr>
        <w:pStyle w:val="ListBullet"/>
        <w:spacing w:before="0" w:after="40" w:line="250" w:lineRule="auto"/>
      </w:pPr>
      <w:r>
        <w:rPr>
          <w:rFonts w:ascii="Liberation Sans" w:hAnsi="Liberation Sans" w:eastAsia="Liberation Sans"/>
          <w:b w:val="0"/>
          <w:i w:val="0"/>
          <w:color w:val="263342"/>
          <w:sz w:val="18"/>
        </w:rPr>
        <w:t>Treat the sample as one possibility, not the “right” finished product.</w:t>
      </w:r>
    </w:p>
    <w:p>
      <w:pPr>
        <w:pStyle w:val="ListBullet"/>
        <w:spacing w:before="0" w:after="40" w:line="250" w:lineRule="auto"/>
      </w:pPr>
      <w:r>
        <w:rPr>
          <w:rFonts w:ascii="Liberation Sans" w:hAnsi="Liberation Sans" w:eastAsia="Liberation Sans"/>
          <w:b w:val="0"/>
          <w:i w:val="0"/>
          <w:color w:val="263342"/>
          <w:sz w:val="18"/>
        </w:rPr>
        <w:t>Use imagination and sensory exploration without surprise sounds, forced touch, or messy materials that have not been approved.</w:t>
      </w:r>
    </w:p>
    <w:p>
      <w:pPr>
        <w:pStyle w:val="ListBullet"/>
        <w:spacing w:before="0" w:after="40" w:line="250" w:lineRule="auto"/>
      </w:pPr>
      <w:r>
        <w:rPr>
          <w:rFonts w:ascii="Liberation Sans" w:hAnsi="Liberation Sans" w:eastAsia="Liberation Sans"/>
          <w:b w:val="0"/>
          <w:i w:val="0"/>
          <w:color w:val="263342"/>
          <w:sz w:val="18"/>
        </w:rPr>
        <w:t>Ask concrete questions before abstract questions.</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Preschool landing pattern</w:t>
            </w:r>
          </w:p>
          <w:p>
            <w:pPr>
              <w:spacing w:after="0" w:line="252" w:lineRule="auto"/>
            </w:pPr>
            <w:r>
              <w:rPr>
                <w:rFonts w:ascii="Liberation Sans" w:hAnsi="Liberation Sans" w:eastAsia="Liberation Sans"/>
                <w:b w:val="0"/>
                <w:i w:val="0"/>
                <w:color w:val="263342"/>
                <w:sz w:val="18"/>
              </w:rPr>
              <w:t>Name what the child did. Name what happened in the Bible story. Say the Remember This. Pray one short sentence.</w:t>
            </w:r>
          </w:p>
        </w:tc>
      </w:tr>
    </w:tbl>
    <w:p>
      <w:r>
        <w:br w:type="page"/>
      </w:r>
    </w:p>
    <w:p>
      <w:pPr>
        <w:spacing w:after="20"/>
      </w:pPr>
      <w:r>
        <w:rPr>
          <w:rFonts w:ascii="Liberation Sans" w:hAnsi="Liberation Sans" w:eastAsia="Liberation Sans"/>
          <w:b/>
          <w:i w:val="0"/>
          <w:color w:val="0B8F87"/>
          <w:sz w:val="17"/>
        </w:rPr>
        <w:t>SOCIAL: ARRIVAL PLAY</w:t>
      </w:r>
    </w:p>
    <w:p>
      <w:pPr>
        <w:spacing w:after="60"/>
      </w:pPr>
      <w:r>
        <w:rPr>
          <w:rFonts w:ascii="Liberation Sans" w:hAnsi="Liberation Sans" w:eastAsia="Liberation Sans"/>
          <w:b/>
          <w:i w:val="0"/>
          <w:color w:val="14243A"/>
          <w:sz w:val="40"/>
        </w:rPr>
        <w:t>Choose-a-Path Welcome</w:t>
      </w:r>
    </w:p>
    <w:p>
      <w:pPr>
        <w:spacing w:after="140"/>
      </w:pPr>
      <w:r>
        <w:rPr>
          <w:rFonts w:ascii="Liberation Sans" w:hAnsi="Liberation Sans" w:eastAsia="Liberation Sans"/>
          <w:b/>
          <w:i w:val="0"/>
          <w:color w:val="526274"/>
          <w:sz w:val="18"/>
        </w:rPr>
        <w:t>PRESCHOOL  |  Game — comfort and connection</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Children make a safe choice at the door, then hear the month’s Remember This before they join the room.</w:t>
            </w:r>
          </w:p>
        </w:tc>
      </w:tr>
    </w:tbl>
    <w:p>
      <w:pPr>
        <w:spacing w:before="100" w:after="40"/>
        <w:keepNext/>
      </w:pPr>
      <w:r>
        <w:rPr>
          <w:rFonts w:ascii="Liberation Sans" w:hAnsi="Liberation Sans" w:eastAsia="Liberation Sans"/>
          <w:b/>
          <w:i w:val="0"/>
          <w:color w:val="0B8F87"/>
          <w:sz w:val="18"/>
        </w:rPr>
        <w:t>GATHER</w:t>
      </w:r>
    </w:p>
    <w:p>
      <w:pPr>
        <w:pStyle w:val="ListBullet"/>
        <w:spacing w:before="0" w:after="40" w:line="250" w:lineRule="auto"/>
      </w:pPr>
      <w:r>
        <w:rPr>
          <w:rFonts w:ascii="Liberation Sans" w:hAnsi="Liberation Sans" w:eastAsia="Liberation Sans"/>
          <w:b w:val="0"/>
          <w:i w:val="0"/>
          <w:color w:val="263342"/>
          <w:sz w:val="18"/>
        </w:rPr>
        <w:t>Three large floor symbols or colored paper shapes</w:t>
      </w:r>
    </w:p>
    <w:p>
      <w:pPr>
        <w:pStyle w:val="ListBullet"/>
        <w:spacing w:before="0" w:after="40" w:line="250" w:lineRule="auto"/>
      </w:pPr>
      <w:r>
        <w:rPr>
          <w:rFonts w:ascii="Liberation Sans" w:hAnsi="Liberation Sans" w:eastAsia="Liberation Sans"/>
          <w:b w:val="0"/>
          <w:i w:val="0"/>
          <w:color w:val="263342"/>
          <w:sz w:val="18"/>
        </w:rPr>
        <w:t>Matching symbol cards</w:t>
      </w:r>
    </w:p>
    <w:p>
      <w:pPr>
        <w:pStyle w:val="ListBullet"/>
        <w:spacing w:before="0" w:after="40" w:line="250" w:lineRule="auto"/>
      </w:pPr>
      <w:r>
        <w:rPr>
          <w:rFonts w:ascii="Liberation Sans" w:hAnsi="Liberation Sans" w:eastAsia="Liberation Sans"/>
          <w:b w:val="0"/>
          <w:i w:val="0"/>
          <w:color w:val="263342"/>
          <w:sz w:val="18"/>
        </w:rPr>
        <w:t>Painter’s tape</w:t>
      </w:r>
    </w:p>
    <w:p>
      <w:pPr>
        <w:spacing w:before="100" w:after="40"/>
        <w:keepNext/>
      </w:pPr>
      <w:r>
        <w:rPr>
          <w:rFonts w:ascii="Liberation Sans" w:hAnsi="Liberation Sans" w:eastAsia="Liberation Sans"/>
          <w:b/>
          <w:i w:val="0"/>
          <w:color w:val="0B8F87"/>
          <w:sz w:val="18"/>
        </w:rPr>
        <w:t>SET UP</w:t>
      </w:r>
    </w:p>
    <w:p>
      <w:pPr>
        <w:pStyle w:val="ListBullet"/>
        <w:spacing w:before="0" w:after="40" w:line="250" w:lineRule="auto"/>
      </w:pPr>
      <w:r>
        <w:rPr>
          <w:rFonts w:ascii="Liberation Sans" w:hAnsi="Liberation Sans" w:eastAsia="Liberation Sans"/>
          <w:b w:val="0"/>
          <w:i w:val="0"/>
          <w:color w:val="263342"/>
          <w:sz w:val="18"/>
        </w:rPr>
        <w:t>Tape three short paths from the doorway to the gathering area.</w:t>
      </w:r>
    </w:p>
    <w:p>
      <w:pPr>
        <w:pStyle w:val="ListBullet"/>
        <w:spacing w:before="0" w:after="40" w:line="250" w:lineRule="auto"/>
      </w:pPr>
      <w:r>
        <w:rPr>
          <w:rFonts w:ascii="Liberation Sans" w:hAnsi="Liberation Sans" w:eastAsia="Liberation Sans"/>
          <w:b w:val="0"/>
          <w:i w:val="0"/>
          <w:color w:val="263342"/>
          <w:sz w:val="18"/>
        </w:rPr>
        <w:t>Place one matching card at the end of each path.</w:t>
      </w:r>
    </w:p>
    <w:p>
      <w:pPr>
        <w:spacing w:before="100" w:after="40"/>
        <w:keepNext/>
      </w:pPr>
      <w:r>
        <w:rPr>
          <w:rFonts w:ascii="Liberation Sans" w:hAnsi="Liberation Sans" w:eastAsia="Liberation Sans"/>
          <w:b/>
          <w:i w:val="0"/>
          <w:color w:val="0B8F87"/>
          <w:sz w:val="18"/>
        </w:rPr>
        <w:t>LEAD IT</w:t>
      </w:r>
    </w:p>
    <w:p>
      <w:pPr>
        <w:pStyle w:val="ListBullet"/>
        <w:spacing w:before="0" w:after="40" w:line="250" w:lineRule="auto"/>
      </w:pPr>
      <w:r>
        <w:rPr>
          <w:rFonts w:ascii="Liberation Sans" w:hAnsi="Liberation Sans" w:eastAsia="Liberation Sans"/>
          <w:b w:val="0"/>
          <w:i w:val="0"/>
          <w:color w:val="263342"/>
          <w:sz w:val="18"/>
        </w:rPr>
        <w:t>Offer two path choices; never require a child to separate before ready.</w:t>
      </w:r>
    </w:p>
    <w:p>
      <w:pPr>
        <w:pStyle w:val="ListBullet"/>
        <w:spacing w:before="0" w:after="40" w:line="250" w:lineRule="auto"/>
      </w:pPr>
      <w:r>
        <w:rPr>
          <w:rFonts w:ascii="Liberation Sans" w:hAnsi="Liberation Sans" w:eastAsia="Liberation Sans"/>
          <w:b w:val="0"/>
          <w:i w:val="0"/>
          <w:color w:val="263342"/>
          <w:sz w:val="18"/>
        </w:rPr>
        <w:t>Walk the chosen path together: tiptoe, march, or take giant steps.</w:t>
      </w:r>
    </w:p>
    <w:p>
      <w:pPr>
        <w:pStyle w:val="ListBullet"/>
        <w:spacing w:before="0" w:after="40" w:line="250" w:lineRule="auto"/>
      </w:pPr>
      <w:r>
        <w:rPr>
          <w:rFonts w:ascii="Liberation Sans" w:hAnsi="Liberation Sans" w:eastAsia="Liberation Sans"/>
          <w:b w:val="0"/>
          <w:i w:val="0"/>
          <w:color w:val="263342"/>
          <w:sz w:val="18"/>
        </w:rPr>
        <w:t>At the end, show the card and say the Remember This once.</w:t>
      </w:r>
    </w:p>
    <w:p>
      <w:pPr>
        <w:spacing w:before="100" w:after="40"/>
        <w:keepNext/>
      </w:pPr>
      <w:r>
        <w:rPr>
          <w:rFonts w:ascii="Liberation Sans" w:hAnsi="Liberation Sans" w:eastAsia="Liberation Sans"/>
          <w:b/>
          <w:i w:val="0"/>
          <w:color w:val="0B8F87"/>
          <w:sz w:val="18"/>
        </w:rPr>
        <w:t>LAND THE TRUTH</w:t>
      </w:r>
    </w:p>
    <w:p>
      <w:pPr>
        <w:pStyle w:val="ListBullet"/>
        <w:spacing w:before="0" w:after="40" w:line="250" w:lineRule="auto"/>
      </w:pPr>
      <w:r>
        <w:rPr>
          <w:rFonts w:ascii="Liberation Sans" w:hAnsi="Liberation Sans" w:eastAsia="Liberation Sans"/>
          <w:b w:val="0"/>
          <w:i w:val="0"/>
          <w:color w:val="263342"/>
          <w:sz w:val="18"/>
        </w:rPr>
        <w:t>Ask: “Which path did you choose?”</w:t>
      </w:r>
    </w:p>
    <w:p>
      <w:pPr>
        <w:pStyle w:val="ListBullet"/>
        <w:spacing w:before="0" w:after="40" w:line="250" w:lineRule="auto"/>
      </w:pPr>
      <w:r>
        <w:rPr>
          <w:rFonts w:ascii="Liberation Sans" w:hAnsi="Liberation Sans" w:eastAsia="Liberation Sans"/>
          <w:b w:val="0"/>
          <w:i w:val="0"/>
          <w:color w:val="263342"/>
          <w:sz w:val="18"/>
        </w:rPr>
        <w:t>Connect: “We can make choices, and God’s Word helps us know what is true.”</w:t>
      </w:r>
    </w:p>
    <w:p>
      <w:pPr>
        <w:spacing w:before="100" w:after="40"/>
        <w:keepNext/>
      </w:pPr>
      <w:r>
        <w:rPr>
          <w:rFonts w:ascii="Liberation Sans" w:hAnsi="Liberation Sans" w:eastAsia="Liberation Sans"/>
          <w:b/>
          <w:i w:val="0"/>
          <w:color w:val="0B8F87"/>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Let a child point, eye-gaze, or hold a card instead of walking.</w:t>
      </w:r>
    </w:p>
    <w:p>
      <w:pPr>
        <w:pStyle w:val="ListBullet"/>
        <w:spacing w:before="0" w:after="40" w:line="250" w:lineRule="auto"/>
      </w:pPr>
      <w:r>
        <w:rPr>
          <w:rFonts w:ascii="Liberation Sans" w:hAnsi="Liberation Sans" w:eastAsia="Liberation Sans"/>
          <w:b w:val="0"/>
          <w:i w:val="0"/>
          <w:color w:val="263342"/>
          <w:sz w:val="18"/>
        </w:rPr>
        <w:t>Remove movement directions for children who need a quiet entry.</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Invite the family to choose one silly way to walk to bedtime while saying the Remember This together.</w:t>
            </w:r>
          </w:p>
        </w:tc>
      </w:tr>
    </w:tbl>
    <w:p>
      <w:r>
        <w:br w:type="page"/>
      </w:r>
    </w:p>
    <w:p>
      <w:pPr>
        <w:spacing w:after="20"/>
      </w:pPr>
      <w:r>
        <w:rPr>
          <w:rFonts w:ascii="Liberation Sans" w:hAnsi="Liberation Sans" w:eastAsia="Liberation Sans"/>
          <w:b/>
          <w:i w:val="0"/>
          <w:color w:val="0B8F87"/>
          <w:sz w:val="17"/>
        </w:rPr>
        <w:t>SOCIAL: ARRIVAL PLAY</w:t>
      </w:r>
    </w:p>
    <w:p>
      <w:pPr>
        <w:spacing w:after="60"/>
      </w:pPr>
      <w:r>
        <w:rPr>
          <w:rFonts w:ascii="Liberation Sans" w:hAnsi="Liberation Sans" w:eastAsia="Liberation Sans"/>
          <w:b/>
          <w:i w:val="0"/>
          <w:color w:val="14243A"/>
          <w:sz w:val="40"/>
        </w:rPr>
        <w:t>Story Sound Garden</w:t>
      </w:r>
    </w:p>
    <w:p>
      <w:pPr>
        <w:spacing w:after="140"/>
      </w:pPr>
      <w:r>
        <w:rPr>
          <w:rFonts w:ascii="Liberation Sans" w:hAnsi="Liberation Sans" w:eastAsia="Liberation Sans"/>
          <w:b/>
          <w:i w:val="0"/>
          <w:color w:val="526274"/>
          <w:sz w:val="18"/>
        </w:rPr>
        <w:t>PRESCHOOL  |  Game — story vocabulary</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Children explore story sounds before the Bible story, giving unfamiliar words a playful, concrete meaning.</w:t>
            </w:r>
          </w:p>
        </w:tc>
      </w:tr>
    </w:tbl>
    <w:p>
      <w:pPr>
        <w:spacing w:before="100" w:after="40"/>
        <w:keepNext/>
      </w:pPr>
      <w:r>
        <w:rPr>
          <w:rFonts w:ascii="Liberation Sans" w:hAnsi="Liberation Sans" w:eastAsia="Liberation Sans"/>
          <w:b/>
          <w:i w:val="0"/>
          <w:color w:val="0B8F87"/>
          <w:sz w:val="18"/>
        </w:rPr>
        <w:t>GATHER</w:t>
      </w:r>
    </w:p>
    <w:p>
      <w:pPr>
        <w:pStyle w:val="ListBullet"/>
        <w:spacing w:before="0" w:after="40" w:line="250" w:lineRule="auto"/>
      </w:pPr>
      <w:r>
        <w:rPr>
          <w:rFonts w:ascii="Liberation Sans" w:hAnsi="Liberation Sans" w:eastAsia="Liberation Sans"/>
          <w:b w:val="0"/>
          <w:i w:val="0"/>
          <w:color w:val="263342"/>
          <w:sz w:val="18"/>
        </w:rPr>
        <w:t>Three or four safe sound makers</w:t>
      </w:r>
    </w:p>
    <w:p>
      <w:pPr>
        <w:pStyle w:val="ListBullet"/>
        <w:spacing w:before="0" w:after="40" w:line="250" w:lineRule="auto"/>
      </w:pPr>
      <w:r>
        <w:rPr>
          <w:rFonts w:ascii="Liberation Sans" w:hAnsi="Liberation Sans" w:eastAsia="Liberation Sans"/>
          <w:b w:val="0"/>
          <w:i w:val="0"/>
          <w:color w:val="263342"/>
          <w:sz w:val="18"/>
        </w:rPr>
        <w:t>Picture cards for key story words</w:t>
      </w:r>
    </w:p>
    <w:p>
      <w:pPr>
        <w:pStyle w:val="ListBullet"/>
        <w:spacing w:before="0" w:after="40" w:line="250" w:lineRule="auto"/>
      </w:pPr>
      <w:r>
        <w:rPr>
          <w:rFonts w:ascii="Liberation Sans" w:hAnsi="Liberation Sans" w:eastAsia="Liberation Sans"/>
          <w:b w:val="0"/>
          <w:i w:val="0"/>
          <w:color w:val="263342"/>
          <w:sz w:val="18"/>
        </w:rPr>
        <w:t>Small baskets</w:t>
      </w:r>
    </w:p>
    <w:p>
      <w:pPr>
        <w:spacing w:before="100" w:after="40"/>
        <w:keepNext/>
      </w:pPr>
      <w:r>
        <w:rPr>
          <w:rFonts w:ascii="Liberation Sans" w:hAnsi="Liberation Sans" w:eastAsia="Liberation Sans"/>
          <w:b/>
          <w:i w:val="0"/>
          <w:color w:val="0B8F87"/>
          <w:sz w:val="18"/>
        </w:rPr>
        <w:t>SET UP</w:t>
      </w:r>
    </w:p>
    <w:p>
      <w:pPr>
        <w:pStyle w:val="ListBullet"/>
        <w:spacing w:before="0" w:after="40" w:line="250" w:lineRule="auto"/>
      </w:pPr>
      <w:r>
        <w:rPr>
          <w:rFonts w:ascii="Liberation Sans" w:hAnsi="Liberation Sans" w:eastAsia="Liberation Sans"/>
          <w:b w:val="0"/>
          <w:i w:val="0"/>
          <w:color w:val="263342"/>
          <w:sz w:val="18"/>
        </w:rPr>
        <w:t>Place one sound maker and one picture card in each basket.</w:t>
      </w:r>
    </w:p>
    <w:p>
      <w:pPr>
        <w:pStyle w:val="ListBullet"/>
        <w:spacing w:before="0" w:after="40" w:line="250" w:lineRule="auto"/>
      </w:pPr>
      <w:r>
        <w:rPr>
          <w:rFonts w:ascii="Liberation Sans" w:hAnsi="Liberation Sans" w:eastAsia="Liberation Sans"/>
          <w:b w:val="0"/>
          <w:i w:val="0"/>
          <w:color w:val="263342"/>
          <w:sz w:val="18"/>
        </w:rPr>
        <w:t>Choose words that will actually appear in the Bible story.</w:t>
      </w:r>
    </w:p>
    <w:p>
      <w:pPr>
        <w:spacing w:before="100" w:after="40"/>
        <w:keepNext/>
      </w:pPr>
      <w:r>
        <w:rPr>
          <w:rFonts w:ascii="Liberation Sans" w:hAnsi="Liberation Sans" w:eastAsia="Liberation Sans"/>
          <w:b/>
          <w:i w:val="0"/>
          <w:color w:val="0B8F87"/>
          <w:sz w:val="18"/>
        </w:rPr>
        <w:t>LEAD IT</w:t>
      </w:r>
    </w:p>
    <w:p>
      <w:pPr>
        <w:pStyle w:val="ListBullet"/>
        <w:spacing w:before="0" w:after="40" w:line="250" w:lineRule="auto"/>
      </w:pPr>
      <w:r>
        <w:rPr>
          <w:rFonts w:ascii="Liberation Sans" w:hAnsi="Liberation Sans" w:eastAsia="Liberation Sans"/>
          <w:b w:val="0"/>
          <w:i w:val="0"/>
          <w:color w:val="263342"/>
          <w:sz w:val="18"/>
        </w:rPr>
        <w:t>Let each child explore one basket at a time.</w:t>
      </w:r>
    </w:p>
    <w:p>
      <w:pPr>
        <w:pStyle w:val="ListBullet"/>
        <w:spacing w:before="0" w:after="40" w:line="250" w:lineRule="auto"/>
      </w:pPr>
      <w:r>
        <w:rPr>
          <w:rFonts w:ascii="Liberation Sans" w:hAnsi="Liberation Sans" w:eastAsia="Liberation Sans"/>
          <w:b w:val="0"/>
          <w:i w:val="0"/>
          <w:color w:val="263342"/>
          <w:sz w:val="18"/>
        </w:rPr>
        <w:t>Name the picture; invite the child to choose a matching sound.</w:t>
      </w:r>
    </w:p>
    <w:p>
      <w:pPr>
        <w:pStyle w:val="ListBullet"/>
        <w:spacing w:before="0" w:after="40" w:line="250" w:lineRule="auto"/>
      </w:pPr>
      <w:r>
        <w:rPr>
          <w:rFonts w:ascii="Liberation Sans" w:hAnsi="Liberation Sans" w:eastAsia="Liberation Sans"/>
          <w:b w:val="0"/>
          <w:i w:val="0"/>
          <w:color w:val="263342"/>
          <w:sz w:val="18"/>
        </w:rPr>
        <w:t>Repeat the word and sound together, then rotate by choice.</w:t>
      </w:r>
    </w:p>
    <w:p>
      <w:pPr>
        <w:spacing w:before="100" w:after="40"/>
        <w:keepNext/>
      </w:pPr>
      <w:r>
        <w:rPr>
          <w:rFonts w:ascii="Liberation Sans" w:hAnsi="Liberation Sans" w:eastAsia="Liberation Sans"/>
          <w:b/>
          <w:i w:val="0"/>
          <w:color w:val="0B8F87"/>
          <w:sz w:val="18"/>
        </w:rPr>
        <w:t>LAND THE TRUTH</w:t>
      </w:r>
    </w:p>
    <w:p>
      <w:pPr>
        <w:pStyle w:val="ListBullet"/>
        <w:spacing w:before="0" w:after="40" w:line="250" w:lineRule="auto"/>
      </w:pPr>
      <w:r>
        <w:rPr>
          <w:rFonts w:ascii="Liberation Sans" w:hAnsi="Liberation Sans" w:eastAsia="Liberation Sans"/>
          <w:b w:val="0"/>
          <w:i w:val="0"/>
          <w:color w:val="263342"/>
          <w:sz w:val="18"/>
        </w:rPr>
        <w:t>Show the cards again before story time.</w:t>
      </w:r>
    </w:p>
    <w:p>
      <w:pPr>
        <w:pStyle w:val="ListBullet"/>
        <w:spacing w:before="0" w:after="40" w:line="250" w:lineRule="auto"/>
      </w:pPr>
      <w:r>
        <w:rPr>
          <w:rFonts w:ascii="Liberation Sans" w:hAnsi="Liberation Sans" w:eastAsia="Liberation Sans"/>
          <w:b w:val="0"/>
          <w:i w:val="0"/>
          <w:color w:val="263342"/>
          <w:sz w:val="18"/>
        </w:rPr>
        <w:t>Say: “Listen for these in today’s true story from God’s Word.”</w:t>
      </w:r>
    </w:p>
    <w:p>
      <w:pPr>
        <w:spacing w:before="100" w:after="40"/>
        <w:keepNext/>
      </w:pPr>
      <w:r>
        <w:rPr>
          <w:rFonts w:ascii="Liberation Sans" w:hAnsi="Liberation Sans" w:eastAsia="Liberation Sans"/>
          <w:b/>
          <w:i w:val="0"/>
          <w:color w:val="0B8F87"/>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Offer headphones or silent picture-only play.</w:t>
      </w:r>
    </w:p>
    <w:p>
      <w:pPr>
        <w:pStyle w:val="ListBullet"/>
        <w:spacing w:before="0" w:after="40" w:line="250" w:lineRule="auto"/>
      </w:pPr>
      <w:r>
        <w:rPr>
          <w:rFonts w:ascii="Liberation Sans" w:hAnsi="Liberation Sans" w:eastAsia="Liberation Sans"/>
          <w:b w:val="0"/>
          <w:i w:val="0"/>
          <w:color w:val="263342"/>
          <w:sz w:val="18"/>
        </w:rPr>
        <w:t>Use easy-grip containers or switch-activated sound makers.</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Send one picture word home and invite families to make its sound before retelling the story.</w:t>
            </w:r>
          </w:p>
        </w:tc>
      </w:tr>
    </w:tbl>
    <w:p>
      <w:r>
        <w:br w:type="page"/>
      </w:r>
    </w:p>
    <w:p>
      <w:pPr>
        <w:spacing w:after="20"/>
      </w:pPr>
      <w:r>
        <w:rPr>
          <w:rFonts w:ascii="Liberation Sans" w:hAnsi="Liberation Sans" w:eastAsia="Liberation Sans"/>
          <w:b/>
          <w:i w:val="0"/>
          <w:color w:val="0B8F87"/>
          <w:sz w:val="17"/>
        </w:rPr>
        <w:t>GROUPS: APPLICATION</w:t>
      </w:r>
    </w:p>
    <w:p>
      <w:pPr>
        <w:spacing w:after="60"/>
      </w:pPr>
      <w:r>
        <w:rPr>
          <w:rFonts w:ascii="Liberation Sans" w:hAnsi="Liberation Sans" w:eastAsia="Liberation Sans"/>
          <w:b/>
          <w:i w:val="0"/>
          <w:color w:val="14243A"/>
          <w:sz w:val="40"/>
        </w:rPr>
        <w:t>Kindness Delivery Route</w:t>
      </w:r>
    </w:p>
    <w:p>
      <w:pPr>
        <w:spacing w:after="140"/>
      </w:pPr>
      <w:r>
        <w:rPr>
          <w:rFonts w:ascii="Liberation Sans" w:hAnsi="Liberation Sans" w:eastAsia="Liberation Sans"/>
          <w:b/>
          <w:i w:val="0"/>
          <w:color w:val="526274"/>
          <w:sz w:val="18"/>
        </w:rPr>
        <w:t>PRESCHOOL  |  Game — practice the truth</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Children move a simple “helping item” to picture stations that show ways to live the Remember This.</w:t>
            </w:r>
          </w:p>
        </w:tc>
      </w:tr>
    </w:tbl>
    <w:p>
      <w:pPr>
        <w:spacing w:before="100" w:after="40"/>
        <w:keepNext/>
      </w:pPr>
      <w:r>
        <w:rPr>
          <w:rFonts w:ascii="Liberation Sans" w:hAnsi="Liberation Sans" w:eastAsia="Liberation Sans"/>
          <w:b/>
          <w:i w:val="0"/>
          <w:color w:val="0B8F87"/>
          <w:sz w:val="18"/>
        </w:rPr>
        <w:t>GATHER</w:t>
      </w:r>
    </w:p>
    <w:p>
      <w:pPr>
        <w:pStyle w:val="ListBullet"/>
        <w:spacing w:before="0" w:after="40" w:line="250" w:lineRule="auto"/>
      </w:pPr>
      <w:r>
        <w:rPr>
          <w:rFonts w:ascii="Liberation Sans" w:hAnsi="Liberation Sans" w:eastAsia="Liberation Sans"/>
          <w:b w:val="0"/>
          <w:i w:val="0"/>
          <w:color w:val="263342"/>
          <w:sz w:val="18"/>
        </w:rPr>
        <w:t>Soft beanbag or toy package</w:t>
      </w:r>
    </w:p>
    <w:p>
      <w:pPr>
        <w:pStyle w:val="ListBullet"/>
        <w:spacing w:before="0" w:after="40" w:line="250" w:lineRule="auto"/>
      </w:pPr>
      <w:r>
        <w:rPr>
          <w:rFonts w:ascii="Liberation Sans" w:hAnsi="Liberation Sans" w:eastAsia="Liberation Sans"/>
          <w:b w:val="0"/>
          <w:i w:val="0"/>
          <w:color w:val="263342"/>
          <w:sz w:val="18"/>
        </w:rPr>
        <w:t>Three picture stations</w:t>
      </w:r>
    </w:p>
    <w:p>
      <w:pPr>
        <w:pStyle w:val="ListBullet"/>
        <w:spacing w:before="0" w:after="40" w:line="250" w:lineRule="auto"/>
      </w:pPr>
      <w:r>
        <w:rPr>
          <w:rFonts w:ascii="Liberation Sans" w:hAnsi="Liberation Sans" w:eastAsia="Liberation Sans"/>
          <w:b w:val="0"/>
          <w:i w:val="0"/>
          <w:color w:val="263342"/>
          <w:sz w:val="18"/>
        </w:rPr>
        <w:t>Floor arrows or tape</w:t>
      </w:r>
    </w:p>
    <w:p>
      <w:pPr>
        <w:spacing w:before="100" w:after="40"/>
        <w:keepNext/>
      </w:pPr>
      <w:r>
        <w:rPr>
          <w:rFonts w:ascii="Liberation Sans" w:hAnsi="Liberation Sans" w:eastAsia="Liberation Sans"/>
          <w:b/>
          <w:i w:val="0"/>
          <w:color w:val="0B8F87"/>
          <w:sz w:val="18"/>
        </w:rPr>
        <w:t>SET UP</w:t>
      </w:r>
    </w:p>
    <w:p>
      <w:pPr>
        <w:pStyle w:val="ListBullet"/>
        <w:spacing w:before="0" w:after="40" w:line="250" w:lineRule="auto"/>
      </w:pPr>
      <w:r>
        <w:rPr>
          <w:rFonts w:ascii="Liberation Sans" w:hAnsi="Liberation Sans" w:eastAsia="Liberation Sans"/>
          <w:b w:val="0"/>
          <w:i w:val="0"/>
          <w:color w:val="263342"/>
          <w:sz w:val="18"/>
        </w:rPr>
        <w:t>Place picture stations around the room.</w:t>
      </w:r>
    </w:p>
    <w:p>
      <w:pPr>
        <w:pStyle w:val="ListBullet"/>
        <w:spacing w:before="0" w:after="40" w:line="250" w:lineRule="auto"/>
      </w:pPr>
      <w:r>
        <w:rPr>
          <w:rFonts w:ascii="Liberation Sans" w:hAnsi="Liberation Sans" w:eastAsia="Liberation Sans"/>
          <w:b w:val="0"/>
          <w:i w:val="0"/>
          <w:color w:val="263342"/>
          <w:sz w:val="18"/>
        </w:rPr>
        <w:t>Make each picture a concrete action: help, share, comfort, thank.</w:t>
      </w:r>
    </w:p>
    <w:p>
      <w:pPr>
        <w:spacing w:before="100" w:after="40"/>
        <w:keepNext/>
      </w:pPr>
      <w:r>
        <w:rPr>
          <w:rFonts w:ascii="Liberation Sans" w:hAnsi="Liberation Sans" w:eastAsia="Liberation Sans"/>
          <w:b/>
          <w:i w:val="0"/>
          <w:color w:val="0B8F87"/>
          <w:sz w:val="18"/>
        </w:rPr>
        <w:t>LEAD IT</w:t>
      </w:r>
    </w:p>
    <w:p>
      <w:pPr>
        <w:pStyle w:val="ListBullet"/>
        <w:spacing w:before="0" w:after="40" w:line="250" w:lineRule="auto"/>
      </w:pPr>
      <w:r>
        <w:rPr>
          <w:rFonts w:ascii="Liberation Sans" w:hAnsi="Liberation Sans" w:eastAsia="Liberation Sans"/>
          <w:b w:val="0"/>
          <w:i w:val="0"/>
          <w:color w:val="263342"/>
          <w:sz w:val="18"/>
        </w:rPr>
        <w:t>Name one station and let the child carry the item there.</w:t>
      </w:r>
    </w:p>
    <w:p>
      <w:pPr>
        <w:pStyle w:val="ListBullet"/>
        <w:spacing w:before="0" w:after="40" w:line="250" w:lineRule="auto"/>
      </w:pPr>
      <w:r>
        <w:rPr>
          <w:rFonts w:ascii="Liberation Sans" w:hAnsi="Liberation Sans" w:eastAsia="Liberation Sans"/>
          <w:b w:val="0"/>
          <w:i w:val="0"/>
          <w:color w:val="263342"/>
          <w:sz w:val="18"/>
        </w:rPr>
        <w:t>At the station, act out the pictured response together.</w:t>
      </w:r>
    </w:p>
    <w:p>
      <w:pPr>
        <w:pStyle w:val="ListBullet"/>
        <w:spacing w:before="0" w:after="40" w:line="250" w:lineRule="auto"/>
      </w:pPr>
      <w:r>
        <w:rPr>
          <w:rFonts w:ascii="Liberation Sans" w:hAnsi="Liberation Sans" w:eastAsia="Liberation Sans"/>
          <w:b w:val="0"/>
          <w:i w:val="0"/>
          <w:color w:val="263342"/>
          <w:sz w:val="18"/>
        </w:rPr>
        <w:t>Repeat with new choices; no racing and no score.</w:t>
      </w:r>
    </w:p>
    <w:p>
      <w:pPr>
        <w:spacing w:before="100" w:after="40"/>
        <w:keepNext/>
      </w:pPr>
      <w:r>
        <w:rPr>
          <w:rFonts w:ascii="Liberation Sans" w:hAnsi="Liberation Sans" w:eastAsia="Liberation Sans"/>
          <w:b/>
          <w:i w:val="0"/>
          <w:color w:val="0B8F87"/>
          <w:sz w:val="18"/>
        </w:rPr>
        <w:t>LAND THE TRUTH</w:t>
      </w:r>
    </w:p>
    <w:p>
      <w:pPr>
        <w:pStyle w:val="ListBullet"/>
        <w:spacing w:before="0" w:after="40" w:line="250" w:lineRule="auto"/>
      </w:pPr>
      <w:r>
        <w:rPr>
          <w:rFonts w:ascii="Liberation Sans" w:hAnsi="Liberation Sans" w:eastAsia="Liberation Sans"/>
          <w:b w:val="0"/>
          <w:i w:val="0"/>
          <w:color w:val="263342"/>
          <w:sz w:val="18"/>
        </w:rPr>
        <w:t>Ask: “How did we help?”</w:t>
      </w:r>
    </w:p>
    <w:p>
      <w:pPr>
        <w:pStyle w:val="ListBullet"/>
        <w:spacing w:before="0" w:after="40" w:line="250" w:lineRule="auto"/>
      </w:pPr>
      <w:r>
        <w:rPr>
          <w:rFonts w:ascii="Liberation Sans" w:hAnsi="Liberation Sans" w:eastAsia="Liberation Sans"/>
          <w:b w:val="0"/>
          <w:i w:val="0"/>
          <w:color w:val="263342"/>
          <w:sz w:val="18"/>
        </w:rPr>
        <w:t>Say the Remember This, then name one real person the children can help.</w:t>
      </w:r>
    </w:p>
    <w:p>
      <w:pPr>
        <w:spacing w:before="100" w:after="40"/>
        <w:keepNext/>
      </w:pPr>
      <w:r>
        <w:rPr>
          <w:rFonts w:ascii="Liberation Sans" w:hAnsi="Liberation Sans" w:eastAsia="Liberation Sans"/>
          <w:b/>
          <w:i w:val="0"/>
          <w:color w:val="0B8F87"/>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Move stations to tabletop height.</w:t>
      </w:r>
    </w:p>
    <w:p>
      <w:pPr>
        <w:pStyle w:val="ListBullet"/>
        <w:spacing w:before="0" w:after="40" w:line="250" w:lineRule="auto"/>
      </w:pPr>
      <w:r>
        <w:rPr>
          <w:rFonts w:ascii="Liberation Sans" w:hAnsi="Liberation Sans" w:eastAsia="Liberation Sans"/>
          <w:b w:val="0"/>
          <w:i w:val="0"/>
          <w:color w:val="263342"/>
          <w:sz w:val="18"/>
        </w:rPr>
        <w:t>Let children direct an adult or choose the station with a picture card.</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Choose one pictured action as the family’s “kindness delivery” for the week.</w:t>
            </w:r>
          </w:p>
        </w:tc>
      </w:tr>
    </w:tbl>
    <w:p>
      <w:r>
        <w:br w:type="page"/>
      </w:r>
    </w:p>
    <w:p>
      <w:pPr>
        <w:spacing w:after="20"/>
      </w:pPr>
      <w:r>
        <w:rPr>
          <w:rFonts w:ascii="Liberation Sans" w:hAnsi="Liberation Sans" w:eastAsia="Liberation Sans"/>
          <w:b/>
          <w:i w:val="0"/>
          <w:color w:val="0B8F87"/>
          <w:sz w:val="17"/>
        </w:rPr>
        <w:t>GROUPS: VERSE PLAY</w:t>
      </w:r>
    </w:p>
    <w:p>
      <w:pPr>
        <w:spacing w:after="60"/>
      </w:pPr>
      <w:r>
        <w:rPr>
          <w:rFonts w:ascii="Liberation Sans" w:hAnsi="Liberation Sans" w:eastAsia="Liberation Sans"/>
          <w:b/>
          <w:i w:val="0"/>
          <w:color w:val="14243A"/>
          <w:sz w:val="40"/>
        </w:rPr>
        <w:t>Motion Echo Circle</w:t>
      </w:r>
    </w:p>
    <w:p>
      <w:pPr>
        <w:spacing w:after="140"/>
      </w:pPr>
      <w:r>
        <w:rPr>
          <w:rFonts w:ascii="Liberation Sans" w:hAnsi="Liberation Sans" w:eastAsia="Liberation Sans"/>
          <w:b/>
          <w:i w:val="0"/>
          <w:color w:val="526274"/>
          <w:sz w:val="18"/>
        </w:rPr>
        <w:t>PRESCHOOL  |  Game — Bible verse response</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A short movement pattern helps preschoolers hear and embody the month’s Bible verse without turning it into a performance.</w:t>
            </w:r>
          </w:p>
        </w:tc>
      </w:tr>
    </w:tbl>
    <w:p>
      <w:pPr>
        <w:spacing w:before="100" w:after="40"/>
        <w:keepNext/>
      </w:pPr>
      <w:r>
        <w:rPr>
          <w:rFonts w:ascii="Liberation Sans" w:hAnsi="Liberation Sans" w:eastAsia="Liberation Sans"/>
          <w:b/>
          <w:i w:val="0"/>
          <w:color w:val="0B8F87"/>
          <w:sz w:val="18"/>
        </w:rPr>
        <w:t>GATHER</w:t>
      </w:r>
    </w:p>
    <w:p>
      <w:pPr>
        <w:pStyle w:val="ListBullet"/>
        <w:spacing w:before="0" w:after="40" w:line="250" w:lineRule="auto"/>
      </w:pPr>
      <w:r>
        <w:rPr>
          <w:rFonts w:ascii="Liberation Sans" w:hAnsi="Liberation Sans" w:eastAsia="Liberation Sans"/>
          <w:b w:val="0"/>
          <w:i w:val="0"/>
          <w:color w:val="263342"/>
          <w:sz w:val="18"/>
        </w:rPr>
        <w:t>Verse reference card</w:t>
      </w:r>
    </w:p>
    <w:p>
      <w:pPr>
        <w:pStyle w:val="ListBullet"/>
        <w:spacing w:before="0" w:after="40" w:line="250" w:lineRule="auto"/>
      </w:pPr>
      <w:r>
        <w:rPr>
          <w:rFonts w:ascii="Liberation Sans" w:hAnsi="Liberation Sans" w:eastAsia="Liberation Sans"/>
          <w:b w:val="0"/>
          <w:i w:val="0"/>
          <w:color w:val="263342"/>
          <w:sz w:val="18"/>
        </w:rPr>
        <w:t>Three motion picture cards</w:t>
      </w:r>
    </w:p>
    <w:p>
      <w:pPr>
        <w:spacing w:before="100" w:after="40"/>
        <w:keepNext/>
      </w:pPr>
      <w:r>
        <w:rPr>
          <w:rFonts w:ascii="Liberation Sans" w:hAnsi="Liberation Sans" w:eastAsia="Liberation Sans"/>
          <w:b/>
          <w:i w:val="0"/>
          <w:color w:val="0B8F87"/>
          <w:sz w:val="18"/>
        </w:rPr>
        <w:t>SET UP</w:t>
      </w:r>
    </w:p>
    <w:p>
      <w:pPr>
        <w:pStyle w:val="ListBullet"/>
        <w:spacing w:before="0" w:after="40" w:line="250" w:lineRule="auto"/>
      </w:pPr>
      <w:r>
        <w:rPr>
          <w:rFonts w:ascii="Liberation Sans" w:hAnsi="Liberation Sans" w:eastAsia="Liberation Sans"/>
          <w:b w:val="0"/>
          <w:i w:val="0"/>
          <w:color w:val="263342"/>
          <w:sz w:val="18"/>
        </w:rPr>
        <w:t>Select three simple motions that fit key ideas in the verse.</w:t>
      </w:r>
    </w:p>
    <w:p>
      <w:pPr>
        <w:pStyle w:val="ListBullet"/>
        <w:spacing w:before="0" w:after="40" w:line="250" w:lineRule="auto"/>
      </w:pPr>
      <w:r>
        <w:rPr>
          <w:rFonts w:ascii="Liberation Sans" w:hAnsi="Liberation Sans" w:eastAsia="Liberation Sans"/>
          <w:b w:val="0"/>
          <w:i w:val="0"/>
          <w:color w:val="263342"/>
          <w:sz w:val="18"/>
        </w:rPr>
        <w:t>Arrange children in a loose circle with room to move.</w:t>
      </w:r>
    </w:p>
    <w:p>
      <w:pPr>
        <w:spacing w:before="100" w:after="40"/>
        <w:keepNext/>
      </w:pPr>
      <w:r>
        <w:rPr>
          <w:rFonts w:ascii="Liberation Sans" w:hAnsi="Liberation Sans" w:eastAsia="Liberation Sans"/>
          <w:b/>
          <w:i w:val="0"/>
          <w:color w:val="0B8F87"/>
          <w:sz w:val="18"/>
        </w:rPr>
        <w:t>LEAD IT</w:t>
      </w:r>
    </w:p>
    <w:p>
      <w:pPr>
        <w:pStyle w:val="ListBullet"/>
        <w:spacing w:before="0" w:after="40" w:line="250" w:lineRule="auto"/>
      </w:pPr>
      <w:r>
        <w:rPr>
          <w:rFonts w:ascii="Liberation Sans" w:hAnsi="Liberation Sans" w:eastAsia="Liberation Sans"/>
          <w:b w:val="0"/>
          <w:i w:val="0"/>
          <w:color w:val="263342"/>
          <w:sz w:val="18"/>
        </w:rPr>
        <w:t>Say one short phrase from the approved verse and do its motion.</w:t>
      </w:r>
    </w:p>
    <w:p>
      <w:pPr>
        <w:pStyle w:val="ListBullet"/>
        <w:spacing w:before="0" w:after="40" w:line="250" w:lineRule="auto"/>
      </w:pPr>
      <w:r>
        <w:rPr>
          <w:rFonts w:ascii="Liberation Sans" w:hAnsi="Liberation Sans" w:eastAsia="Liberation Sans"/>
          <w:b w:val="0"/>
          <w:i w:val="0"/>
          <w:color w:val="263342"/>
          <w:sz w:val="18"/>
        </w:rPr>
        <w:t>Invite children to echo only if they want to.</w:t>
      </w:r>
    </w:p>
    <w:p>
      <w:pPr>
        <w:pStyle w:val="ListBullet"/>
        <w:spacing w:before="0" w:after="40" w:line="250" w:lineRule="auto"/>
      </w:pPr>
      <w:r>
        <w:rPr>
          <w:rFonts w:ascii="Liberation Sans" w:hAnsi="Liberation Sans" w:eastAsia="Liberation Sans"/>
          <w:b w:val="0"/>
          <w:i w:val="0"/>
          <w:color w:val="263342"/>
          <w:sz w:val="18"/>
        </w:rPr>
        <w:t>Repeat slowly, then use the motions while the song plays.</w:t>
      </w:r>
    </w:p>
    <w:p>
      <w:pPr>
        <w:spacing w:before="100" w:after="40"/>
        <w:keepNext/>
      </w:pPr>
      <w:r>
        <w:rPr>
          <w:rFonts w:ascii="Liberation Sans" w:hAnsi="Liberation Sans" w:eastAsia="Liberation Sans"/>
          <w:b/>
          <w:i w:val="0"/>
          <w:color w:val="0B8F87"/>
          <w:sz w:val="18"/>
        </w:rPr>
        <w:t>LAND THE TRUTH</w:t>
      </w:r>
    </w:p>
    <w:p>
      <w:pPr>
        <w:pStyle w:val="ListBullet"/>
        <w:spacing w:before="0" w:after="40" w:line="250" w:lineRule="auto"/>
      </w:pPr>
      <w:r>
        <w:rPr>
          <w:rFonts w:ascii="Liberation Sans" w:hAnsi="Liberation Sans" w:eastAsia="Liberation Sans"/>
          <w:b w:val="0"/>
          <w:i w:val="0"/>
          <w:color w:val="263342"/>
          <w:sz w:val="18"/>
        </w:rPr>
        <w:t>Ask children to choose the motion they remember.</w:t>
      </w:r>
    </w:p>
    <w:p>
      <w:pPr>
        <w:pStyle w:val="ListBullet"/>
        <w:spacing w:before="0" w:after="40" w:line="250" w:lineRule="auto"/>
      </w:pPr>
      <w:r>
        <w:rPr>
          <w:rFonts w:ascii="Liberation Sans" w:hAnsi="Liberation Sans" w:eastAsia="Liberation Sans"/>
          <w:b w:val="0"/>
          <w:i w:val="0"/>
          <w:color w:val="263342"/>
          <w:sz w:val="18"/>
        </w:rPr>
        <w:t>Repeat the verse reference and Remember This.</w:t>
      </w:r>
    </w:p>
    <w:p>
      <w:pPr>
        <w:spacing w:before="100" w:after="40"/>
        <w:keepNext/>
      </w:pPr>
      <w:r>
        <w:rPr>
          <w:rFonts w:ascii="Liberation Sans" w:hAnsi="Liberation Sans" w:eastAsia="Liberation Sans"/>
          <w:b/>
          <w:i w:val="0"/>
          <w:color w:val="0B8F87"/>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Offer seated, finger, or eye movements.</w:t>
      </w:r>
    </w:p>
    <w:p>
      <w:pPr>
        <w:pStyle w:val="ListBullet"/>
        <w:spacing w:before="0" w:after="40" w:line="250" w:lineRule="auto"/>
      </w:pPr>
      <w:r>
        <w:rPr>
          <w:rFonts w:ascii="Liberation Sans" w:hAnsi="Liberation Sans" w:eastAsia="Liberation Sans"/>
          <w:b w:val="0"/>
          <w:i w:val="0"/>
          <w:color w:val="263342"/>
          <w:sz w:val="18"/>
        </w:rPr>
        <w:t>Use a first-then card for children who benefit from predictability.</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Send the three motion icons home so families can echo the verse during the month’s song.</w:t>
            </w:r>
          </w:p>
        </w:tc>
      </w:tr>
    </w:tbl>
    <w:p>
      <w:r>
        <w:br w:type="page"/>
      </w:r>
    </w:p>
    <w:p>
      <w:pPr>
        <w:spacing w:after="20"/>
      </w:pPr>
      <w:r>
        <w:rPr>
          <w:rFonts w:ascii="Liberation Sans" w:hAnsi="Liberation Sans" w:eastAsia="Liberation Sans"/>
          <w:b/>
          <w:i w:val="0"/>
          <w:color w:val="0B8F87"/>
          <w:sz w:val="17"/>
        </w:rPr>
        <w:t>GROUPS: SONG RESPONSE</w:t>
      </w:r>
    </w:p>
    <w:p>
      <w:pPr>
        <w:spacing w:after="60"/>
      </w:pPr>
      <w:r>
        <w:rPr>
          <w:rFonts w:ascii="Liberation Sans" w:hAnsi="Liberation Sans" w:eastAsia="Liberation Sans"/>
          <w:b/>
          <w:i w:val="0"/>
          <w:color w:val="14243A"/>
          <w:sz w:val="40"/>
        </w:rPr>
        <w:t>Picture Parade</w:t>
      </w:r>
    </w:p>
    <w:p>
      <w:pPr>
        <w:spacing w:after="140"/>
      </w:pPr>
      <w:r>
        <w:rPr>
          <w:rFonts w:ascii="Liberation Sans" w:hAnsi="Liberation Sans" w:eastAsia="Liberation Sans"/>
          <w:b/>
          <w:i w:val="0"/>
          <w:color w:val="526274"/>
          <w:sz w:val="18"/>
        </w:rPr>
        <w:t>PRESCHOOL  |  Game — song meaning</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Children carry one picture from the month’s song and bring it forward when they hear its idea.</w:t>
            </w:r>
          </w:p>
        </w:tc>
      </w:tr>
    </w:tbl>
    <w:p>
      <w:pPr>
        <w:spacing w:before="100" w:after="40"/>
        <w:keepNext/>
      </w:pPr>
      <w:r>
        <w:rPr>
          <w:rFonts w:ascii="Liberation Sans" w:hAnsi="Liberation Sans" w:eastAsia="Liberation Sans"/>
          <w:b/>
          <w:i w:val="0"/>
          <w:color w:val="0B8F87"/>
          <w:sz w:val="18"/>
        </w:rPr>
        <w:t>GATHER</w:t>
      </w:r>
    </w:p>
    <w:p>
      <w:pPr>
        <w:pStyle w:val="ListBullet"/>
        <w:spacing w:before="0" w:after="40" w:line="250" w:lineRule="auto"/>
      </w:pPr>
      <w:r>
        <w:rPr>
          <w:rFonts w:ascii="Liberation Sans" w:hAnsi="Liberation Sans" w:eastAsia="Liberation Sans"/>
          <w:b w:val="0"/>
          <w:i w:val="0"/>
          <w:color w:val="263342"/>
          <w:sz w:val="18"/>
        </w:rPr>
        <w:t>Large simple picture cards from the song’s key ideas</w:t>
      </w:r>
    </w:p>
    <w:p>
      <w:pPr>
        <w:pStyle w:val="ListBullet"/>
        <w:spacing w:before="0" w:after="40" w:line="250" w:lineRule="auto"/>
      </w:pPr>
      <w:r>
        <w:rPr>
          <w:rFonts w:ascii="Liberation Sans" w:hAnsi="Liberation Sans" w:eastAsia="Liberation Sans"/>
          <w:b w:val="0"/>
          <w:i w:val="0"/>
          <w:color w:val="263342"/>
          <w:sz w:val="18"/>
        </w:rPr>
        <w:t>Open floor space</w:t>
      </w:r>
    </w:p>
    <w:p>
      <w:pPr>
        <w:pStyle w:val="ListBullet"/>
        <w:spacing w:before="0" w:after="40" w:line="250" w:lineRule="auto"/>
      </w:pPr>
      <w:r>
        <w:rPr>
          <w:rFonts w:ascii="Liberation Sans" w:hAnsi="Liberation Sans" w:eastAsia="Liberation Sans"/>
          <w:b w:val="0"/>
          <w:i w:val="0"/>
          <w:color w:val="263342"/>
          <w:sz w:val="18"/>
        </w:rPr>
        <w:t>Month’s song audio</w:t>
      </w:r>
    </w:p>
    <w:p>
      <w:pPr>
        <w:spacing w:before="100" w:after="40"/>
        <w:keepNext/>
      </w:pPr>
      <w:r>
        <w:rPr>
          <w:rFonts w:ascii="Liberation Sans" w:hAnsi="Liberation Sans" w:eastAsia="Liberation Sans"/>
          <w:b/>
          <w:i w:val="0"/>
          <w:color w:val="0B8F87"/>
          <w:sz w:val="18"/>
        </w:rPr>
        <w:t>SET UP</w:t>
      </w:r>
    </w:p>
    <w:p>
      <w:pPr>
        <w:pStyle w:val="ListBullet"/>
        <w:spacing w:before="0" w:after="40" w:line="250" w:lineRule="auto"/>
      </w:pPr>
      <w:r>
        <w:rPr>
          <w:rFonts w:ascii="Liberation Sans" w:hAnsi="Liberation Sans" w:eastAsia="Liberation Sans"/>
          <w:b w:val="0"/>
          <w:i w:val="0"/>
          <w:color w:val="263342"/>
          <w:sz w:val="18"/>
        </w:rPr>
        <w:t>Give each child a picture choice.</w:t>
      </w:r>
    </w:p>
    <w:p>
      <w:pPr>
        <w:pStyle w:val="ListBullet"/>
        <w:spacing w:before="0" w:after="40" w:line="250" w:lineRule="auto"/>
      </w:pPr>
      <w:r>
        <w:rPr>
          <w:rFonts w:ascii="Liberation Sans" w:hAnsi="Liberation Sans" w:eastAsia="Liberation Sans"/>
          <w:b w:val="0"/>
          <w:i w:val="0"/>
          <w:color w:val="263342"/>
          <w:sz w:val="18"/>
        </w:rPr>
        <w:t>Preview each picture in one sentence.</w:t>
      </w:r>
    </w:p>
    <w:p>
      <w:pPr>
        <w:spacing w:before="100" w:after="40"/>
        <w:keepNext/>
      </w:pPr>
      <w:r>
        <w:rPr>
          <w:rFonts w:ascii="Liberation Sans" w:hAnsi="Liberation Sans" w:eastAsia="Liberation Sans"/>
          <w:b/>
          <w:i w:val="0"/>
          <w:color w:val="0B8F87"/>
          <w:sz w:val="18"/>
        </w:rPr>
        <w:t>LEAD IT</w:t>
      </w:r>
    </w:p>
    <w:p>
      <w:pPr>
        <w:pStyle w:val="ListBullet"/>
        <w:spacing w:before="0" w:after="40" w:line="250" w:lineRule="auto"/>
      </w:pPr>
      <w:r>
        <w:rPr>
          <w:rFonts w:ascii="Liberation Sans" w:hAnsi="Liberation Sans" w:eastAsia="Liberation Sans"/>
          <w:b w:val="0"/>
          <w:i w:val="0"/>
          <w:color w:val="263342"/>
          <w:sz w:val="18"/>
        </w:rPr>
        <w:t>Play the song at a comfortable volume.</w:t>
      </w:r>
    </w:p>
    <w:p>
      <w:pPr>
        <w:pStyle w:val="ListBullet"/>
        <w:spacing w:before="0" w:after="40" w:line="250" w:lineRule="auto"/>
      </w:pPr>
      <w:r>
        <w:rPr>
          <w:rFonts w:ascii="Liberation Sans" w:hAnsi="Liberation Sans" w:eastAsia="Liberation Sans"/>
          <w:b w:val="0"/>
          <w:i w:val="0"/>
          <w:color w:val="263342"/>
          <w:sz w:val="18"/>
        </w:rPr>
        <w:t>When a picture’s idea is heard, invite that child to raise or bring it forward.</w:t>
      </w:r>
    </w:p>
    <w:p>
      <w:pPr>
        <w:pStyle w:val="ListBullet"/>
        <w:spacing w:before="0" w:after="40" w:line="250" w:lineRule="auto"/>
      </w:pPr>
      <w:r>
        <w:rPr>
          <w:rFonts w:ascii="Liberation Sans" w:hAnsi="Liberation Sans" w:eastAsia="Liberation Sans"/>
          <w:b w:val="0"/>
          <w:i w:val="0"/>
          <w:color w:val="263342"/>
          <w:sz w:val="18"/>
        </w:rPr>
        <w:t>Pause when needed; accuracy is not the goal.</w:t>
      </w:r>
    </w:p>
    <w:p>
      <w:pPr>
        <w:spacing w:before="100" w:after="40"/>
        <w:keepNext/>
      </w:pPr>
      <w:r>
        <w:rPr>
          <w:rFonts w:ascii="Liberation Sans" w:hAnsi="Liberation Sans" w:eastAsia="Liberation Sans"/>
          <w:b/>
          <w:i w:val="0"/>
          <w:color w:val="0B8F87"/>
          <w:sz w:val="18"/>
        </w:rPr>
        <w:t>LAND THE TRUTH</w:t>
      </w:r>
    </w:p>
    <w:p>
      <w:pPr>
        <w:pStyle w:val="ListBullet"/>
        <w:spacing w:before="0" w:after="40" w:line="250" w:lineRule="auto"/>
      </w:pPr>
      <w:r>
        <w:rPr>
          <w:rFonts w:ascii="Liberation Sans" w:hAnsi="Liberation Sans" w:eastAsia="Liberation Sans"/>
          <w:b w:val="0"/>
          <w:i w:val="0"/>
          <w:color w:val="263342"/>
          <w:sz w:val="18"/>
        </w:rPr>
        <w:t>Place all pictures together.</w:t>
      </w:r>
    </w:p>
    <w:p>
      <w:pPr>
        <w:pStyle w:val="ListBullet"/>
        <w:spacing w:before="0" w:after="40" w:line="250" w:lineRule="auto"/>
      </w:pPr>
      <w:r>
        <w:rPr>
          <w:rFonts w:ascii="Liberation Sans" w:hAnsi="Liberation Sans" w:eastAsia="Liberation Sans"/>
          <w:b w:val="0"/>
          <w:i w:val="0"/>
          <w:color w:val="263342"/>
          <w:sz w:val="18"/>
        </w:rPr>
        <w:t>Say: “Our song helps us remember what God’s Word says.”</w:t>
      </w:r>
    </w:p>
    <w:p>
      <w:pPr>
        <w:spacing w:before="100" w:after="40"/>
        <w:keepNext/>
      </w:pPr>
      <w:r>
        <w:rPr>
          <w:rFonts w:ascii="Liberation Sans" w:hAnsi="Liberation Sans" w:eastAsia="Liberation Sans"/>
          <w:b/>
          <w:i w:val="0"/>
          <w:color w:val="0B8F87"/>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Let children stay seated or hand the card to a helper.</w:t>
      </w:r>
    </w:p>
    <w:p>
      <w:pPr>
        <w:pStyle w:val="ListBullet"/>
        <w:spacing w:before="0" w:after="40" w:line="250" w:lineRule="auto"/>
      </w:pPr>
      <w:r>
        <w:rPr>
          <w:rFonts w:ascii="Liberation Sans" w:hAnsi="Liberation Sans" w:eastAsia="Liberation Sans"/>
          <w:b w:val="0"/>
          <w:i w:val="0"/>
          <w:color w:val="263342"/>
          <w:sz w:val="18"/>
        </w:rPr>
        <w:t>Offer a no-audio version led with spoken phrases.</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Families choose one picture and listen for its idea in the song at home.</w:t>
            </w:r>
          </w:p>
        </w:tc>
      </w:tr>
    </w:tbl>
    <w:p>
      <w:r>
        <w:br w:type="page"/>
      </w:r>
    </w:p>
    <w:p>
      <w:pPr>
        <w:spacing w:after="20"/>
      </w:pPr>
      <w:r>
        <w:rPr>
          <w:rFonts w:ascii="Liberation Sans" w:hAnsi="Liberation Sans" w:eastAsia="Liberation Sans"/>
          <w:b/>
          <w:i w:val="0"/>
          <w:color w:val="0B8F87"/>
          <w:sz w:val="17"/>
        </w:rPr>
        <w:t>GROUPS: STORY REVIEW</w:t>
      </w:r>
    </w:p>
    <w:p>
      <w:pPr>
        <w:spacing w:after="60"/>
      </w:pPr>
      <w:r>
        <w:rPr>
          <w:rFonts w:ascii="Liberation Sans" w:hAnsi="Liberation Sans" w:eastAsia="Liberation Sans"/>
          <w:b/>
          <w:i w:val="0"/>
          <w:color w:val="14243A"/>
          <w:sz w:val="40"/>
        </w:rPr>
        <w:t>Find the Promise</w:t>
      </w:r>
    </w:p>
    <w:p>
      <w:pPr>
        <w:spacing w:after="140"/>
      </w:pPr>
      <w:r>
        <w:rPr>
          <w:rFonts w:ascii="Liberation Sans" w:hAnsi="Liberation Sans" w:eastAsia="Liberation Sans"/>
          <w:b/>
          <w:i w:val="0"/>
          <w:color w:val="526274"/>
          <w:sz w:val="18"/>
        </w:rPr>
        <w:t>PRESCHOOL  |  Game — recall and reassurance</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Children uncover pictures from the story and connect each one to the month’s reassuring Remember This.</w:t>
            </w:r>
          </w:p>
        </w:tc>
      </w:tr>
    </w:tbl>
    <w:p>
      <w:pPr>
        <w:spacing w:before="100" w:after="40"/>
        <w:keepNext/>
      </w:pPr>
      <w:r>
        <w:rPr>
          <w:rFonts w:ascii="Liberation Sans" w:hAnsi="Liberation Sans" w:eastAsia="Liberation Sans"/>
          <w:b/>
          <w:i w:val="0"/>
          <w:color w:val="0B8F87"/>
          <w:sz w:val="18"/>
        </w:rPr>
        <w:t>GATHER</w:t>
      </w:r>
    </w:p>
    <w:p>
      <w:pPr>
        <w:pStyle w:val="ListBullet"/>
        <w:spacing w:before="0" w:after="40" w:line="250" w:lineRule="auto"/>
      </w:pPr>
      <w:r>
        <w:rPr>
          <w:rFonts w:ascii="Liberation Sans" w:hAnsi="Liberation Sans" w:eastAsia="Liberation Sans"/>
          <w:b w:val="0"/>
          <w:i w:val="0"/>
          <w:color w:val="263342"/>
          <w:sz w:val="18"/>
        </w:rPr>
        <w:t>Four story picture cards</w:t>
      </w:r>
    </w:p>
    <w:p>
      <w:pPr>
        <w:pStyle w:val="ListBullet"/>
        <w:spacing w:before="0" w:after="40" w:line="250" w:lineRule="auto"/>
      </w:pPr>
      <w:r>
        <w:rPr>
          <w:rFonts w:ascii="Liberation Sans" w:hAnsi="Liberation Sans" w:eastAsia="Liberation Sans"/>
          <w:b w:val="0"/>
          <w:i w:val="0"/>
          <w:color w:val="263342"/>
          <w:sz w:val="18"/>
        </w:rPr>
        <w:t>Four cloths or paper covers</w:t>
      </w:r>
    </w:p>
    <w:p>
      <w:pPr>
        <w:pStyle w:val="ListBullet"/>
        <w:spacing w:before="0" w:after="40" w:line="250" w:lineRule="auto"/>
      </w:pPr>
      <w:r>
        <w:rPr>
          <w:rFonts w:ascii="Liberation Sans" w:hAnsi="Liberation Sans" w:eastAsia="Liberation Sans"/>
          <w:b w:val="0"/>
          <w:i w:val="0"/>
          <w:color w:val="263342"/>
          <w:sz w:val="18"/>
        </w:rPr>
        <w:t>Small flashlight, optional</w:t>
      </w:r>
    </w:p>
    <w:p>
      <w:pPr>
        <w:spacing w:before="100" w:after="40"/>
        <w:keepNext/>
      </w:pPr>
      <w:r>
        <w:rPr>
          <w:rFonts w:ascii="Liberation Sans" w:hAnsi="Liberation Sans" w:eastAsia="Liberation Sans"/>
          <w:b/>
          <w:i w:val="0"/>
          <w:color w:val="0B8F87"/>
          <w:sz w:val="18"/>
        </w:rPr>
        <w:t>SET UP</w:t>
      </w:r>
    </w:p>
    <w:p>
      <w:pPr>
        <w:pStyle w:val="ListBullet"/>
        <w:spacing w:before="0" w:after="40" w:line="250" w:lineRule="auto"/>
      </w:pPr>
      <w:r>
        <w:rPr>
          <w:rFonts w:ascii="Liberation Sans" w:hAnsi="Liberation Sans" w:eastAsia="Liberation Sans"/>
          <w:b w:val="0"/>
          <w:i w:val="0"/>
          <w:color w:val="263342"/>
          <w:sz w:val="18"/>
        </w:rPr>
        <w:t>Place cards around the room and cover them.</w:t>
      </w:r>
    </w:p>
    <w:p>
      <w:pPr>
        <w:pStyle w:val="ListBullet"/>
        <w:spacing w:before="0" w:after="40" w:line="250" w:lineRule="auto"/>
      </w:pPr>
      <w:r>
        <w:rPr>
          <w:rFonts w:ascii="Liberation Sans" w:hAnsi="Liberation Sans" w:eastAsia="Liberation Sans"/>
          <w:b w:val="0"/>
          <w:i w:val="0"/>
          <w:color w:val="263342"/>
          <w:sz w:val="18"/>
        </w:rPr>
        <w:t>Keep hiding places obvious and accessible.</w:t>
      </w:r>
    </w:p>
    <w:p>
      <w:pPr>
        <w:spacing w:before="100" w:after="40"/>
        <w:keepNext/>
      </w:pPr>
      <w:r>
        <w:rPr>
          <w:rFonts w:ascii="Liberation Sans" w:hAnsi="Liberation Sans" w:eastAsia="Liberation Sans"/>
          <w:b/>
          <w:i w:val="0"/>
          <w:color w:val="0B8F87"/>
          <w:sz w:val="18"/>
        </w:rPr>
        <w:t>LEAD IT</w:t>
      </w:r>
    </w:p>
    <w:p>
      <w:pPr>
        <w:pStyle w:val="ListBullet"/>
        <w:spacing w:before="0" w:after="40" w:line="250" w:lineRule="auto"/>
      </w:pPr>
      <w:r>
        <w:rPr>
          <w:rFonts w:ascii="Liberation Sans" w:hAnsi="Liberation Sans" w:eastAsia="Liberation Sans"/>
          <w:b w:val="0"/>
          <w:i w:val="0"/>
          <w:color w:val="263342"/>
          <w:sz w:val="18"/>
        </w:rPr>
        <w:t>Invite one child to choose a covered spot.</w:t>
      </w:r>
    </w:p>
    <w:p>
      <w:pPr>
        <w:pStyle w:val="ListBullet"/>
        <w:spacing w:before="0" w:after="40" w:line="250" w:lineRule="auto"/>
      </w:pPr>
      <w:r>
        <w:rPr>
          <w:rFonts w:ascii="Liberation Sans" w:hAnsi="Liberation Sans" w:eastAsia="Liberation Sans"/>
          <w:b w:val="0"/>
          <w:i w:val="0"/>
          <w:color w:val="263342"/>
          <w:sz w:val="18"/>
        </w:rPr>
        <w:t>Reveal the picture and ask one concrete recall question.</w:t>
      </w:r>
    </w:p>
    <w:p>
      <w:pPr>
        <w:pStyle w:val="ListBullet"/>
        <w:spacing w:before="0" w:after="40" w:line="250" w:lineRule="auto"/>
      </w:pPr>
      <w:r>
        <w:rPr>
          <w:rFonts w:ascii="Liberation Sans" w:hAnsi="Liberation Sans" w:eastAsia="Liberation Sans"/>
          <w:b w:val="0"/>
          <w:i w:val="0"/>
          <w:color w:val="263342"/>
          <w:sz w:val="18"/>
        </w:rPr>
        <w:t>After every reveal, repeat the Remember This together.</w:t>
      </w:r>
    </w:p>
    <w:p>
      <w:pPr>
        <w:spacing w:before="100" w:after="40"/>
        <w:keepNext/>
      </w:pPr>
      <w:r>
        <w:rPr>
          <w:rFonts w:ascii="Liberation Sans" w:hAnsi="Liberation Sans" w:eastAsia="Liberation Sans"/>
          <w:b/>
          <w:i w:val="0"/>
          <w:color w:val="0B8F87"/>
          <w:sz w:val="18"/>
        </w:rPr>
        <w:t>LAND THE TRUTH</w:t>
      </w:r>
    </w:p>
    <w:p>
      <w:pPr>
        <w:pStyle w:val="ListBullet"/>
        <w:spacing w:before="0" w:after="40" w:line="250" w:lineRule="auto"/>
      </w:pPr>
      <w:r>
        <w:rPr>
          <w:rFonts w:ascii="Liberation Sans" w:hAnsi="Liberation Sans" w:eastAsia="Liberation Sans"/>
          <w:b w:val="0"/>
          <w:i w:val="0"/>
          <w:color w:val="263342"/>
          <w:sz w:val="18"/>
        </w:rPr>
        <w:t>Lay the pictures in story order.</w:t>
      </w:r>
    </w:p>
    <w:p>
      <w:pPr>
        <w:pStyle w:val="ListBullet"/>
        <w:spacing w:before="0" w:after="40" w:line="250" w:lineRule="auto"/>
      </w:pPr>
      <w:r>
        <w:rPr>
          <w:rFonts w:ascii="Liberation Sans" w:hAnsi="Liberation Sans" w:eastAsia="Liberation Sans"/>
          <w:b w:val="0"/>
          <w:i w:val="0"/>
          <w:color w:val="263342"/>
          <w:sz w:val="18"/>
        </w:rPr>
        <w:t>Point to the final picture and name how God’s truth is present in the story.</w:t>
      </w:r>
    </w:p>
    <w:p>
      <w:pPr>
        <w:spacing w:before="100" w:after="40"/>
        <w:keepNext/>
      </w:pPr>
      <w:r>
        <w:rPr>
          <w:rFonts w:ascii="Liberation Sans" w:hAnsi="Liberation Sans" w:eastAsia="Liberation Sans"/>
          <w:b/>
          <w:i w:val="0"/>
          <w:color w:val="0B8F87"/>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Use a choice board with photos of the hiding places.</w:t>
      </w:r>
    </w:p>
    <w:p>
      <w:pPr>
        <w:pStyle w:val="ListBullet"/>
        <w:spacing w:before="0" w:after="40" w:line="250" w:lineRule="auto"/>
      </w:pPr>
      <w:r>
        <w:rPr>
          <w:rFonts w:ascii="Liberation Sans" w:hAnsi="Liberation Sans" w:eastAsia="Liberation Sans"/>
          <w:b w:val="0"/>
          <w:i w:val="0"/>
          <w:color w:val="263342"/>
          <w:sz w:val="18"/>
        </w:rPr>
        <w:t>Let children uncover by pulling a ribbon or directing a partner.</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Hide one family photo under a towel and celebrate: “God is with our family, too.”</w:t>
            </w:r>
          </w:p>
        </w:tc>
      </w:tr>
    </w:tbl>
    <w:p>
      <w:r>
        <w:br w:type="page"/>
      </w:r>
    </w:p>
    <w:p>
      <w:pPr>
        <w:spacing w:after="20"/>
      </w:pPr>
      <w:r>
        <w:rPr>
          <w:rFonts w:ascii="Liberation Sans" w:hAnsi="Liberation Sans" w:eastAsia="Liberation Sans"/>
          <w:b/>
          <w:i w:val="0"/>
          <w:color w:val="0B8F87"/>
          <w:sz w:val="17"/>
        </w:rPr>
        <w:t>GROUPS: CRAFT</w:t>
      </w:r>
    </w:p>
    <w:p>
      <w:pPr>
        <w:spacing w:after="60"/>
      </w:pPr>
      <w:r>
        <w:rPr>
          <w:rFonts w:ascii="Liberation Sans" w:hAnsi="Liberation Sans" w:eastAsia="Liberation Sans"/>
          <w:b/>
          <w:i w:val="0"/>
          <w:color w:val="14243A"/>
          <w:sz w:val="40"/>
        </w:rPr>
        <w:t>Truth Window Spinner</w:t>
      </w:r>
    </w:p>
    <w:p>
      <w:pPr>
        <w:spacing w:after="140"/>
      </w:pPr>
      <w:r>
        <w:rPr>
          <w:rFonts w:ascii="Liberation Sans" w:hAnsi="Liberation Sans" w:eastAsia="Liberation Sans"/>
          <w:b/>
          <w:i w:val="0"/>
          <w:color w:val="526274"/>
          <w:sz w:val="18"/>
        </w:rPr>
        <w:t>PRESCHOOL  |  Craft — reveal and repeat</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A turning window reveals story pictures one at a time, helping children retell the Bible story and repeat the Remember This.</w:t>
            </w:r>
          </w:p>
        </w:tc>
      </w:tr>
    </w:tbl>
    <w:p>
      <w:pPr>
        <w:spacing w:before="100" w:after="40"/>
        <w:keepNext/>
      </w:pPr>
      <w:r>
        <w:rPr>
          <w:rFonts w:ascii="Liberation Sans" w:hAnsi="Liberation Sans" w:eastAsia="Liberation Sans"/>
          <w:b/>
          <w:i w:val="0"/>
          <w:color w:val="0B8F87"/>
          <w:sz w:val="18"/>
        </w:rPr>
        <w:t>GATHER</w:t>
      </w:r>
    </w:p>
    <w:p>
      <w:pPr>
        <w:pStyle w:val="ListBullet"/>
        <w:spacing w:before="0" w:after="40" w:line="250" w:lineRule="auto"/>
      </w:pPr>
      <w:r>
        <w:rPr>
          <w:rFonts w:ascii="Liberation Sans" w:hAnsi="Liberation Sans" w:eastAsia="Liberation Sans"/>
          <w:b w:val="0"/>
          <w:i w:val="0"/>
          <w:color w:val="263342"/>
          <w:sz w:val="18"/>
        </w:rPr>
        <w:t>Two paper plates per child</w:t>
      </w:r>
    </w:p>
    <w:p>
      <w:pPr>
        <w:pStyle w:val="ListBullet"/>
        <w:spacing w:before="0" w:after="40" w:line="250" w:lineRule="auto"/>
      </w:pPr>
      <w:r>
        <w:rPr>
          <w:rFonts w:ascii="Liberation Sans" w:hAnsi="Liberation Sans" w:eastAsia="Liberation Sans"/>
          <w:b w:val="0"/>
          <w:i w:val="0"/>
          <w:color w:val="263342"/>
          <w:sz w:val="18"/>
        </w:rPr>
        <w:t>Precut window in top plate</w:t>
      </w:r>
    </w:p>
    <w:p>
      <w:pPr>
        <w:pStyle w:val="ListBullet"/>
        <w:spacing w:before="0" w:after="40" w:line="250" w:lineRule="auto"/>
      </w:pPr>
      <w:r>
        <w:rPr>
          <w:rFonts w:ascii="Liberation Sans" w:hAnsi="Liberation Sans" w:eastAsia="Liberation Sans"/>
          <w:b w:val="0"/>
          <w:i w:val="0"/>
          <w:color w:val="263342"/>
          <w:sz w:val="18"/>
        </w:rPr>
        <w:t>Three or four printed story pictures</w:t>
      </w:r>
    </w:p>
    <w:p>
      <w:pPr>
        <w:pStyle w:val="ListBullet"/>
        <w:spacing w:before="0" w:after="40" w:line="250" w:lineRule="auto"/>
      </w:pPr>
      <w:r>
        <w:rPr>
          <w:rFonts w:ascii="Liberation Sans" w:hAnsi="Liberation Sans" w:eastAsia="Liberation Sans"/>
          <w:b w:val="0"/>
          <w:i w:val="0"/>
          <w:color w:val="263342"/>
          <w:sz w:val="18"/>
        </w:rPr>
        <w:t>Paper fastener, crayons, tape</w:t>
      </w:r>
    </w:p>
    <w:p>
      <w:pPr>
        <w:spacing w:before="100" w:after="40"/>
        <w:keepNext/>
      </w:pPr>
      <w:r>
        <w:rPr>
          <w:rFonts w:ascii="Liberation Sans" w:hAnsi="Liberation Sans" w:eastAsia="Liberation Sans"/>
          <w:b/>
          <w:i w:val="0"/>
          <w:color w:val="0B8F87"/>
          <w:sz w:val="18"/>
        </w:rPr>
        <w:t>SET UP</w:t>
      </w:r>
    </w:p>
    <w:p>
      <w:pPr>
        <w:pStyle w:val="ListBullet"/>
        <w:spacing w:before="0" w:after="40" w:line="250" w:lineRule="auto"/>
      </w:pPr>
      <w:r>
        <w:rPr>
          <w:rFonts w:ascii="Liberation Sans" w:hAnsi="Liberation Sans" w:eastAsia="Liberation Sans"/>
          <w:b w:val="0"/>
          <w:i w:val="0"/>
          <w:color w:val="263342"/>
          <w:sz w:val="18"/>
        </w:rPr>
        <w:t>Precut the window and center holes.</w:t>
      </w:r>
    </w:p>
    <w:p>
      <w:pPr>
        <w:pStyle w:val="ListBullet"/>
        <w:spacing w:before="0" w:after="40" w:line="250" w:lineRule="auto"/>
      </w:pPr>
      <w:r>
        <w:rPr>
          <w:rFonts w:ascii="Liberation Sans" w:hAnsi="Liberation Sans" w:eastAsia="Liberation Sans"/>
          <w:b w:val="0"/>
          <w:i w:val="0"/>
          <w:color w:val="263342"/>
          <w:sz w:val="18"/>
        </w:rPr>
        <w:t>Place story pictures around the lower plate in order.</w:t>
      </w:r>
    </w:p>
    <w:p>
      <w:pPr>
        <w:spacing w:before="100" w:after="40"/>
        <w:keepNext/>
      </w:pPr>
      <w:r>
        <w:rPr>
          <w:rFonts w:ascii="Liberation Sans" w:hAnsi="Liberation Sans" w:eastAsia="Liberation Sans"/>
          <w:b/>
          <w:i w:val="0"/>
          <w:color w:val="0B8F87"/>
          <w:sz w:val="18"/>
        </w:rPr>
        <w:t>LEAD IT</w:t>
      </w:r>
    </w:p>
    <w:p>
      <w:pPr>
        <w:pStyle w:val="ListBullet"/>
        <w:spacing w:before="0" w:after="40" w:line="250" w:lineRule="auto"/>
      </w:pPr>
      <w:r>
        <w:rPr>
          <w:rFonts w:ascii="Liberation Sans" w:hAnsi="Liberation Sans" w:eastAsia="Liberation Sans"/>
          <w:b w:val="0"/>
          <w:i w:val="0"/>
          <w:color w:val="263342"/>
          <w:sz w:val="18"/>
        </w:rPr>
        <w:t>Children color the top plate and attach it with help.</w:t>
      </w:r>
    </w:p>
    <w:p>
      <w:pPr>
        <w:pStyle w:val="ListBullet"/>
        <w:spacing w:before="0" w:after="40" w:line="250" w:lineRule="auto"/>
      </w:pPr>
      <w:r>
        <w:rPr>
          <w:rFonts w:ascii="Liberation Sans" w:hAnsi="Liberation Sans" w:eastAsia="Liberation Sans"/>
          <w:b w:val="0"/>
          <w:i w:val="0"/>
          <w:color w:val="263342"/>
          <w:sz w:val="18"/>
        </w:rPr>
        <w:t>Turn to each picture and retell one sentence.</w:t>
      </w:r>
    </w:p>
    <w:p>
      <w:pPr>
        <w:pStyle w:val="ListBullet"/>
        <w:spacing w:before="0" w:after="40" w:line="250" w:lineRule="auto"/>
      </w:pPr>
      <w:r>
        <w:rPr>
          <w:rFonts w:ascii="Liberation Sans" w:hAnsi="Liberation Sans" w:eastAsia="Liberation Sans"/>
          <w:b w:val="0"/>
          <w:i w:val="0"/>
          <w:color w:val="263342"/>
          <w:sz w:val="18"/>
        </w:rPr>
        <w:t>End every full turn with the Remember This.</w:t>
      </w:r>
    </w:p>
    <w:p>
      <w:pPr>
        <w:spacing w:before="100" w:after="40"/>
        <w:keepNext/>
      </w:pPr>
      <w:r>
        <w:rPr>
          <w:rFonts w:ascii="Liberation Sans" w:hAnsi="Liberation Sans" w:eastAsia="Liberation Sans"/>
          <w:b/>
          <w:i w:val="0"/>
          <w:color w:val="0B8F87"/>
          <w:sz w:val="18"/>
        </w:rPr>
        <w:t>LAND THE TRUTH</w:t>
      </w:r>
    </w:p>
    <w:p>
      <w:pPr>
        <w:pStyle w:val="ListBullet"/>
        <w:spacing w:before="0" w:after="40" w:line="250" w:lineRule="auto"/>
      </w:pPr>
      <w:r>
        <w:rPr>
          <w:rFonts w:ascii="Liberation Sans" w:hAnsi="Liberation Sans" w:eastAsia="Liberation Sans"/>
          <w:b w:val="0"/>
          <w:i w:val="0"/>
          <w:color w:val="263342"/>
          <w:sz w:val="18"/>
        </w:rPr>
        <w:t>Invite children to show one favorite scene.</w:t>
      </w:r>
    </w:p>
    <w:p>
      <w:pPr>
        <w:pStyle w:val="ListBullet"/>
        <w:spacing w:before="0" w:after="40" w:line="250" w:lineRule="auto"/>
      </w:pPr>
      <w:r>
        <w:rPr>
          <w:rFonts w:ascii="Liberation Sans" w:hAnsi="Liberation Sans" w:eastAsia="Liberation Sans"/>
          <w:b w:val="0"/>
          <w:i w:val="0"/>
          <w:color w:val="263342"/>
          <w:sz w:val="18"/>
        </w:rPr>
        <w:t>Connect that scene to the month’s song.</w:t>
      </w:r>
    </w:p>
    <w:p>
      <w:pPr>
        <w:spacing w:before="100" w:after="40"/>
        <w:keepNext/>
      </w:pPr>
      <w:r>
        <w:rPr>
          <w:rFonts w:ascii="Liberation Sans" w:hAnsi="Liberation Sans" w:eastAsia="Liberation Sans"/>
          <w:b/>
          <w:i w:val="0"/>
          <w:color w:val="0B8F87"/>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Provide a finished sample and preassembled option.</w:t>
      </w:r>
    </w:p>
    <w:p>
      <w:pPr>
        <w:pStyle w:val="ListBullet"/>
        <w:spacing w:before="0" w:after="40" w:line="250" w:lineRule="auto"/>
      </w:pPr>
      <w:r>
        <w:rPr>
          <w:rFonts w:ascii="Liberation Sans" w:hAnsi="Liberation Sans" w:eastAsia="Liberation Sans"/>
          <w:b w:val="0"/>
          <w:i w:val="0"/>
          <w:color w:val="263342"/>
          <w:sz w:val="18"/>
        </w:rPr>
        <w:t>Use a large tab or foam grip for easier turning.</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Send the spinner home with a one-sentence family prompt printed on the back.</w:t>
            </w:r>
          </w:p>
        </w:tc>
      </w:tr>
    </w:tbl>
    <w:p>
      <w:r>
        <w:br w:type="page"/>
      </w:r>
    </w:p>
    <w:p>
      <w:pPr>
        <w:spacing w:after="20"/>
      </w:pPr>
      <w:r>
        <w:rPr>
          <w:rFonts w:ascii="Liberation Sans" w:hAnsi="Liberation Sans" w:eastAsia="Liberation Sans"/>
          <w:b/>
          <w:i w:val="0"/>
          <w:color w:val="0B8F87"/>
          <w:sz w:val="17"/>
        </w:rPr>
        <w:t>GROUPS: CRAFT</w:t>
      </w:r>
    </w:p>
    <w:p>
      <w:pPr>
        <w:spacing w:after="60"/>
      </w:pPr>
      <w:r>
        <w:rPr>
          <w:rFonts w:ascii="Liberation Sans" w:hAnsi="Liberation Sans" w:eastAsia="Liberation Sans"/>
          <w:b/>
          <w:i w:val="0"/>
          <w:color w:val="14243A"/>
          <w:sz w:val="40"/>
        </w:rPr>
        <w:t>Story-Step Foldout</w:t>
      </w:r>
    </w:p>
    <w:p>
      <w:pPr>
        <w:spacing w:after="140"/>
      </w:pPr>
      <w:r>
        <w:rPr>
          <w:rFonts w:ascii="Liberation Sans" w:hAnsi="Liberation Sans" w:eastAsia="Liberation Sans"/>
          <w:b/>
          <w:i w:val="0"/>
          <w:color w:val="526274"/>
          <w:sz w:val="18"/>
        </w:rPr>
        <w:t>PRESCHOOL  |  Craft — sequence and retell</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An accordion strip gives children a beginning, middle, and ending they can touch while retelling the story.</w:t>
            </w:r>
          </w:p>
        </w:tc>
      </w:tr>
    </w:tbl>
    <w:p>
      <w:pPr>
        <w:spacing w:before="100" w:after="40"/>
        <w:keepNext/>
      </w:pPr>
      <w:r>
        <w:rPr>
          <w:rFonts w:ascii="Liberation Sans" w:hAnsi="Liberation Sans" w:eastAsia="Liberation Sans"/>
          <w:b/>
          <w:i w:val="0"/>
          <w:color w:val="0B8F87"/>
          <w:sz w:val="18"/>
        </w:rPr>
        <w:t>GATHER</w:t>
      </w:r>
    </w:p>
    <w:p>
      <w:pPr>
        <w:pStyle w:val="ListBullet"/>
        <w:spacing w:before="0" w:after="40" w:line="250" w:lineRule="auto"/>
      </w:pPr>
      <w:r>
        <w:rPr>
          <w:rFonts w:ascii="Liberation Sans" w:hAnsi="Liberation Sans" w:eastAsia="Liberation Sans"/>
          <w:b w:val="0"/>
          <w:i w:val="0"/>
          <w:color w:val="263342"/>
          <w:sz w:val="18"/>
        </w:rPr>
        <w:t>Wide paper strips, pre-folded</w:t>
      </w:r>
    </w:p>
    <w:p>
      <w:pPr>
        <w:pStyle w:val="ListBullet"/>
        <w:spacing w:before="0" w:after="40" w:line="250" w:lineRule="auto"/>
      </w:pPr>
      <w:r>
        <w:rPr>
          <w:rFonts w:ascii="Liberation Sans" w:hAnsi="Liberation Sans" w:eastAsia="Liberation Sans"/>
          <w:b w:val="0"/>
          <w:i w:val="0"/>
          <w:color w:val="263342"/>
          <w:sz w:val="18"/>
        </w:rPr>
        <w:t>Three printed story images</w:t>
      </w:r>
    </w:p>
    <w:p>
      <w:pPr>
        <w:pStyle w:val="ListBullet"/>
        <w:spacing w:before="0" w:after="40" w:line="250" w:lineRule="auto"/>
      </w:pPr>
      <w:r>
        <w:rPr>
          <w:rFonts w:ascii="Liberation Sans" w:hAnsi="Liberation Sans" w:eastAsia="Liberation Sans"/>
          <w:b w:val="0"/>
          <w:i w:val="0"/>
          <w:color w:val="263342"/>
          <w:sz w:val="18"/>
        </w:rPr>
        <w:t>Glue sticks or reusable dots</w:t>
      </w:r>
    </w:p>
    <w:p>
      <w:pPr>
        <w:pStyle w:val="ListBullet"/>
        <w:spacing w:before="0" w:after="40" w:line="250" w:lineRule="auto"/>
      </w:pPr>
      <w:r>
        <w:rPr>
          <w:rFonts w:ascii="Liberation Sans" w:hAnsi="Liberation Sans" w:eastAsia="Liberation Sans"/>
          <w:b w:val="0"/>
          <w:i w:val="0"/>
          <w:color w:val="263342"/>
          <w:sz w:val="18"/>
        </w:rPr>
        <w:t>Crayons</w:t>
      </w:r>
    </w:p>
    <w:p>
      <w:pPr>
        <w:spacing w:before="100" w:after="40"/>
        <w:keepNext/>
      </w:pPr>
      <w:r>
        <w:rPr>
          <w:rFonts w:ascii="Liberation Sans" w:hAnsi="Liberation Sans" w:eastAsia="Liberation Sans"/>
          <w:b/>
          <w:i w:val="0"/>
          <w:color w:val="0B8F87"/>
          <w:sz w:val="18"/>
        </w:rPr>
        <w:t>SET UP</w:t>
      </w:r>
    </w:p>
    <w:p>
      <w:pPr>
        <w:pStyle w:val="ListBullet"/>
        <w:spacing w:before="0" w:after="40" w:line="250" w:lineRule="auto"/>
      </w:pPr>
      <w:r>
        <w:rPr>
          <w:rFonts w:ascii="Liberation Sans" w:hAnsi="Liberation Sans" w:eastAsia="Liberation Sans"/>
          <w:b w:val="0"/>
          <w:i w:val="0"/>
          <w:color w:val="263342"/>
          <w:sz w:val="18"/>
        </w:rPr>
        <w:t>Prepare three large folds.</w:t>
      </w:r>
    </w:p>
    <w:p>
      <w:pPr>
        <w:pStyle w:val="ListBullet"/>
        <w:spacing w:before="0" w:after="40" w:line="250" w:lineRule="auto"/>
      </w:pPr>
      <w:r>
        <w:rPr>
          <w:rFonts w:ascii="Liberation Sans" w:hAnsi="Liberation Sans" w:eastAsia="Liberation Sans"/>
          <w:b w:val="0"/>
          <w:i w:val="0"/>
          <w:color w:val="263342"/>
          <w:sz w:val="18"/>
        </w:rPr>
        <w:t>Sort images into labeled beginning, middle, and ending trays.</w:t>
      </w:r>
    </w:p>
    <w:p>
      <w:pPr>
        <w:spacing w:before="100" w:after="40"/>
        <w:keepNext/>
      </w:pPr>
      <w:r>
        <w:rPr>
          <w:rFonts w:ascii="Liberation Sans" w:hAnsi="Liberation Sans" w:eastAsia="Liberation Sans"/>
          <w:b/>
          <w:i w:val="0"/>
          <w:color w:val="0B8F87"/>
          <w:sz w:val="18"/>
        </w:rPr>
        <w:t>LEAD IT</w:t>
      </w:r>
    </w:p>
    <w:p>
      <w:pPr>
        <w:pStyle w:val="ListBullet"/>
        <w:spacing w:before="0" w:after="40" w:line="250" w:lineRule="auto"/>
      </w:pPr>
      <w:r>
        <w:rPr>
          <w:rFonts w:ascii="Liberation Sans" w:hAnsi="Liberation Sans" w:eastAsia="Liberation Sans"/>
          <w:b w:val="0"/>
          <w:i w:val="0"/>
          <w:color w:val="263342"/>
          <w:sz w:val="18"/>
        </w:rPr>
        <w:t>Children choose or color one image for each fold.</w:t>
      </w:r>
    </w:p>
    <w:p>
      <w:pPr>
        <w:pStyle w:val="ListBullet"/>
        <w:spacing w:before="0" w:after="40" w:line="250" w:lineRule="auto"/>
      </w:pPr>
      <w:r>
        <w:rPr>
          <w:rFonts w:ascii="Liberation Sans" w:hAnsi="Liberation Sans" w:eastAsia="Liberation Sans"/>
          <w:b w:val="0"/>
          <w:i w:val="0"/>
          <w:color w:val="263342"/>
          <w:sz w:val="18"/>
        </w:rPr>
        <w:t>Glue in order; retell each step as it is added.</w:t>
      </w:r>
    </w:p>
    <w:p>
      <w:pPr>
        <w:pStyle w:val="ListBullet"/>
        <w:spacing w:before="0" w:after="40" w:line="250" w:lineRule="auto"/>
      </w:pPr>
      <w:r>
        <w:rPr>
          <w:rFonts w:ascii="Liberation Sans" w:hAnsi="Liberation Sans" w:eastAsia="Liberation Sans"/>
          <w:b w:val="0"/>
          <w:i w:val="0"/>
          <w:color w:val="263342"/>
          <w:sz w:val="18"/>
        </w:rPr>
        <w:t>Open the whole strip and say the Remember This.</w:t>
      </w:r>
    </w:p>
    <w:p>
      <w:pPr>
        <w:spacing w:before="100" w:after="40"/>
        <w:keepNext/>
      </w:pPr>
      <w:r>
        <w:rPr>
          <w:rFonts w:ascii="Liberation Sans" w:hAnsi="Liberation Sans" w:eastAsia="Liberation Sans"/>
          <w:b/>
          <w:i w:val="0"/>
          <w:color w:val="0B8F87"/>
          <w:sz w:val="18"/>
        </w:rPr>
        <w:t>LAND THE TRUTH</w:t>
      </w:r>
    </w:p>
    <w:p>
      <w:pPr>
        <w:pStyle w:val="ListBullet"/>
        <w:spacing w:before="0" w:after="40" w:line="250" w:lineRule="auto"/>
      </w:pPr>
      <w:r>
        <w:rPr>
          <w:rFonts w:ascii="Liberation Sans" w:hAnsi="Liberation Sans" w:eastAsia="Liberation Sans"/>
          <w:b w:val="0"/>
          <w:i w:val="0"/>
          <w:color w:val="263342"/>
          <w:sz w:val="18"/>
        </w:rPr>
        <w:t>Ask: “What happened first?” and “What did we learn?”</w:t>
      </w:r>
    </w:p>
    <w:p>
      <w:pPr>
        <w:pStyle w:val="ListBullet"/>
        <w:spacing w:before="0" w:after="40" w:line="250" w:lineRule="auto"/>
      </w:pPr>
      <w:r>
        <w:rPr>
          <w:rFonts w:ascii="Liberation Sans" w:hAnsi="Liberation Sans" w:eastAsia="Liberation Sans"/>
          <w:b w:val="0"/>
          <w:i w:val="0"/>
          <w:color w:val="263342"/>
          <w:sz w:val="18"/>
        </w:rPr>
        <w:t>Sing one line or phrase from the month’s song.</w:t>
      </w:r>
    </w:p>
    <w:p>
      <w:pPr>
        <w:spacing w:before="100" w:after="40"/>
        <w:keepNext/>
      </w:pPr>
      <w:r>
        <w:rPr>
          <w:rFonts w:ascii="Liberation Sans" w:hAnsi="Liberation Sans" w:eastAsia="Liberation Sans"/>
          <w:b/>
          <w:i w:val="0"/>
          <w:color w:val="0B8F87"/>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Offer image choices instead of drawing.</w:t>
      </w:r>
    </w:p>
    <w:p>
      <w:pPr>
        <w:pStyle w:val="ListBullet"/>
        <w:spacing w:before="0" w:after="40" w:line="250" w:lineRule="auto"/>
      </w:pPr>
      <w:r>
        <w:rPr>
          <w:rFonts w:ascii="Liberation Sans" w:hAnsi="Liberation Sans" w:eastAsia="Liberation Sans"/>
          <w:b w:val="0"/>
          <w:i w:val="0"/>
          <w:color w:val="263342"/>
          <w:sz w:val="18"/>
        </w:rPr>
        <w:t>Use hook-and-loop dots so images can be repositioned.</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Families open one panel at a time and let the child tell whatever they remember.</w:t>
            </w:r>
          </w:p>
        </w:tc>
      </w:tr>
    </w:tbl>
    <w:p>
      <w:r>
        <w:br w:type="page"/>
      </w:r>
    </w:p>
    <w:p>
      <w:pPr>
        <w:spacing w:after="20"/>
      </w:pPr>
      <w:r>
        <w:rPr>
          <w:rFonts w:ascii="Liberation Sans" w:hAnsi="Liberation Sans" w:eastAsia="Liberation Sans"/>
          <w:b/>
          <w:i w:val="0"/>
          <w:color w:val="0B8F87"/>
          <w:sz w:val="17"/>
        </w:rPr>
        <w:t>GROUPS: CRAFT</w:t>
      </w:r>
    </w:p>
    <w:p>
      <w:pPr>
        <w:spacing w:after="60"/>
      </w:pPr>
      <w:r>
        <w:rPr>
          <w:rFonts w:ascii="Liberation Sans" w:hAnsi="Liberation Sans" w:eastAsia="Liberation Sans"/>
          <w:b/>
          <w:i w:val="0"/>
          <w:color w:val="14243A"/>
          <w:sz w:val="40"/>
        </w:rPr>
        <w:t>Promise Pocket</w:t>
      </w:r>
    </w:p>
    <w:p>
      <w:pPr>
        <w:spacing w:after="140"/>
      </w:pPr>
      <w:r>
        <w:rPr>
          <w:rFonts w:ascii="Liberation Sans" w:hAnsi="Liberation Sans" w:eastAsia="Liberation Sans"/>
          <w:b/>
          <w:i w:val="0"/>
          <w:color w:val="526274"/>
          <w:sz w:val="18"/>
        </w:rPr>
        <w:t>PRESCHOOL  |  Craft — concrete reassurance</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A paper pocket holds three picture cards that show where the Remember This matters in a child’s everyday life.</w:t>
            </w:r>
          </w:p>
        </w:tc>
      </w:tr>
    </w:tbl>
    <w:p>
      <w:pPr>
        <w:spacing w:before="100" w:after="40"/>
        <w:keepNext/>
      </w:pPr>
      <w:r>
        <w:rPr>
          <w:rFonts w:ascii="Liberation Sans" w:hAnsi="Liberation Sans" w:eastAsia="Liberation Sans"/>
          <w:b/>
          <w:i w:val="0"/>
          <w:color w:val="0B8F87"/>
          <w:sz w:val="18"/>
        </w:rPr>
        <w:t>GATHER</w:t>
      </w:r>
    </w:p>
    <w:p>
      <w:pPr>
        <w:pStyle w:val="ListBullet"/>
        <w:spacing w:before="0" w:after="40" w:line="250" w:lineRule="auto"/>
      </w:pPr>
      <w:r>
        <w:rPr>
          <w:rFonts w:ascii="Liberation Sans" w:hAnsi="Liberation Sans" w:eastAsia="Liberation Sans"/>
          <w:b w:val="0"/>
          <w:i w:val="0"/>
          <w:color w:val="263342"/>
          <w:sz w:val="18"/>
        </w:rPr>
        <w:t>Folded cardstock pocket</w:t>
      </w:r>
    </w:p>
    <w:p>
      <w:pPr>
        <w:pStyle w:val="ListBullet"/>
        <w:spacing w:before="0" w:after="40" w:line="250" w:lineRule="auto"/>
      </w:pPr>
      <w:r>
        <w:rPr>
          <w:rFonts w:ascii="Liberation Sans" w:hAnsi="Liberation Sans" w:eastAsia="Liberation Sans"/>
          <w:b w:val="0"/>
          <w:i w:val="0"/>
          <w:color w:val="263342"/>
          <w:sz w:val="18"/>
        </w:rPr>
        <w:t>Three routine picture cards</w:t>
      </w:r>
    </w:p>
    <w:p>
      <w:pPr>
        <w:pStyle w:val="ListBullet"/>
        <w:spacing w:before="0" w:after="40" w:line="250" w:lineRule="auto"/>
      </w:pPr>
      <w:r>
        <w:rPr>
          <w:rFonts w:ascii="Liberation Sans" w:hAnsi="Liberation Sans" w:eastAsia="Liberation Sans"/>
          <w:b w:val="0"/>
          <w:i w:val="0"/>
          <w:color w:val="263342"/>
          <w:sz w:val="18"/>
        </w:rPr>
        <w:t>Stickers, crayons, glue</w:t>
      </w:r>
    </w:p>
    <w:p>
      <w:pPr>
        <w:spacing w:before="100" w:after="40"/>
        <w:keepNext/>
      </w:pPr>
      <w:r>
        <w:rPr>
          <w:rFonts w:ascii="Liberation Sans" w:hAnsi="Liberation Sans" w:eastAsia="Liberation Sans"/>
          <w:b/>
          <w:i w:val="0"/>
          <w:color w:val="0B8F87"/>
          <w:sz w:val="18"/>
        </w:rPr>
        <w:t>SET UP</w:t>
      </w:r>
    </w:p>
    <w:p>
      <w:pPr>
        <w:pStyle w:val="ListBullet"/>
        <w:spacing w:before="0" w:after="40" w:line="250" w:lineRule="auto"/>
      </w:pPr>
      <w:r>
        <w:rPr>
          <w:rFonts w:ascii="Liberation Sans" w:hAnsi="Liberation Sans" w:eastAsia="Liberation Sans"/>
          <w:b w:val="0"/>
          <w:i w:val="0"/>
          <w:color w:val="263342"/>
          <w:sz w:val="18"/>
        </w:rPr>
        <w:t>Pre-fold pockets and print routine cards: home, school, bedtime.</w:t>
      </w:r>
    </w:p>
    <w:p>
      <w:pPr>
        <w:pStyle w:val="ListBullet"/>
        <w:spacing w:before="0" w:after="40" w:line="250" w:lineRule="auto"/>
      </w:pPr>
      <w:r>
        <w:rPr>
          <w:rFonts w:ascii="Liberation Sans" w:hAnsi="Liberation Sans" w:eastAsia="Liberation Sans"/>
          <w:b w:val="0"/>
          <w:i w:val="0"/>
          <w:color w:val="263342"/>
          <w:sz w:val="18"/>
        </w:rPr>
        <w:t>Write the Remember This on the front.</w:t>
      </w:r>
    </w:p>
    <w:p>
      <w:pPr>
        <w:spacing w:before="100" w:after="40"/>
        <w:keepNext/>
      </w:pPr>
      <w:r>
        <w:rPr>
          <w:rFonts w:ascii="Liberation Sans" w:hAnsi="Liberation Sans" w:eastAsia="Liberation Sans"/>
          <w:b/>
          <w:i w:val="0"/>
          <w:color w:val="0B8F87"/>
          <w:sz w:val="18"/>
        </w:rPr>
        <w:t>LEAD IT</w:t>
      </w:r>
    </w:p>
    <w:p>
      <w:pPr>
        <w:pStyle w:val="ListBullet"/>
        <w:spacing w:before="0" w:after="40" w:line="250" w:lineRule="auto"/>
      </w:pPr>
      <w:r>
        <w:rPr>
          <w:rFonts w:ascii="Liberation Sans" w:hAnsi="Liberation Sans" w:eastAsia="Liberation Sans"/>
          <w:b w:val="0"/>
          <w:i w:val="0"/>
          <w:color w:val="263342"/>
          <w:sz w:val="18"/>
        </w:rPr>
        <w:t>Children decorate the pocket.</w:t>
      </w:r>
    </w:p>
    <w:p>
      <w:pPr>
        <w:pStyle w:val="ListBullet"/>
        <w:spacing w:before="0" w:after="40" w:line="250" w:lineRule="auto"/>
      </w:pPr>
      <w:r>
        <w:rPr>
          <w:rFonts w:ascii="Liberation Sans" w:hAnsi="Liberation Sans" w:eastAsia="Liberation Sans"/>
          <w:b w:val="0"/>
          <w:i w:val="0"/>
          <w:color w:val="263342"/>
          <w:sz w:val="18"/>
        </w:rPr>
        <w:t>Add one card at a time and name the routine.</w:t>
      </w:r>
    </w:p>
    <w:p>
      <w:pPr>
        <w:pStyle w:val="ListBullet"/>
        <w:spacing w:before="0" w:after="40" w:line="250" w:lineRule="auto"/>
      </w:pPr>
      <w:r>
        <w:rPr>
          <w:rFonts w:ascii="Liberation Sans" w:hAnsi="Liberation Sans" w:eastAsia="Liberation Sans"/>
          <w:b w:val="0"/>
          <w:i w:val="0"/>
          <w:color w:val="263342"/>
          <w:sz w:val="18"/>
        </w:rPr>
        <w:t>After each card, say the Remember This in a natural sentence.</w:t>
      </w:r>
    </w:p>
    <w:p>
      <w:pPr>
        <w:spacing w:before="100" w:after="40"/>
        <w:keepNext/>
      </w:pPr>
      <w:r>
        <w:rPr>
          <w:rFonts w:ascii="Liberation Sans" w:hAnsi="Liberation Sans" w:eastAsia="Liberation Sans"/>
          <w:b/>
          <w:i w:val="0"/>
          <w:color w:val="0B8F87"/>
          <w:sz w:val="18"/>
        </w:rPr>
        <w:t>LAND THE TRUTH</w:t>
      </w:r>
    </w:p>
    <w:p>
      <w:pPr>
        <w:pStyle w:val="ListBullet"/>
        <w:spacing w:before="0" w:after="40" w:line="250" w:lineRule="auto"/>
      </w:pPr>
      <w:r>
        <w:rPr>
          <w:rFonts w:ascii="Liberation Sans" w:hAnsi="Liberation Sans" w:eastAsia="Liberation Sans"/>
          <w:b w:val="0"/>
          <w:i w:val="0"/>
          <w:color w:val="263342"/>
          <w:sz w:val="18"/>
        </w:rPr>
        <w:t>Children choose the card they need most today.</w:t>
      </w:r>
    </w:p>
    <w:p>
      <w:pPr>
        <w:pStyle w:val="ListBullet"/>
        <w:spacing w:before="0" w:after="40" w:line="250" w:lineRule="auto"/>
      </w:pPr>
      <w:r>
        <w:rPr>
          <w:rFonts w:ascii="Liberation Sans" w:hAnsi="Liberation Sans" w:eastAsia="Liberation Sans"/>
          <w:b w:val="0"/>
          <w:i w:val="0"/>
          <w:color w:val="263342"/>
          <w:sz w:val="18"/>
        </w:rPr>
        <w:t>Pray one short sentence for that moment.</w:t>
      </w:r>
    </w:p>
    <w:p>
      <w:pPr>
        <w:spacing w:before="100" w:after="40"/>
        <w:keepNext/>
      </w:pPr>
      <w:r>
        <w:rPr>
          <w:rFonts w:ascii="Liberation Sans" w:hAnsi="Liberation Sans" w:eastAsia="Liberation Sans"/>
          <w:b/>
          <w:i w:val="0"/>
          <w:color w:val="0B8F87"/>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Offer tactile stickers and high-contrast pictures.</w:t>
      </w:r>
    </w:p>
    <w:p>
      <w:pPr>
        <w:pStyle w:val="ListBullet"/>
        <w:spacing w:before="0" w:after="40" w:line="250" w:lineRule="auto"/>
      </w:pPr>
      <w:r>
        <w:rPr>
          <w:rFonts w:ascii="Liberation Sans" w:hAnsi="Liberation Sans" w:eastAsia="Liberation Sans"/>
          <w:b w:val="0"/>
          <w:i w:val="0"/>
          <w:color w:val="263342"/>
          <w:sz w:val="18"/>
        </w:rPr>
        <w:t>Let children communicate their choice without speaking.</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A caregiver draws or adds one more routine card during the week.</w:t>
            </w:r>
          </w:p>
        </w:tc>
      </w:tr>
    </w:tbl>
    <w:p>
      <w:r>
        <w:br w:type="page"/>
      </w:r>
    </w:p>
    <w:p>
      <w:pPr>
        <w:spacing w:after="20"/>
      </w:pPr>
      <w:r>
        <w:rPr>
          <w:rFonts w:ascii="Liberation Sans" w:hAnsi="Liberation Sans" w:eastAsia="Liberation Sans"/>
          <w:b/>
          <w:i w:val="0"/>
          <w:color w:val="0B8F87"/>
          <w:sz w:val="17"/>
        </w:rPr>
        <w:t>GROUPS: CRAFT</w:t>
      </w:r>
    </w:p>
    <w:p>
      <w:pPr>
        <w:spacing w:after="60"/>
      </w:pPr>
      <w:r>
        <w:rPr>
          <w:rFonts w:ascii="Liberation Sans" w:hAnsi="Liberation Sans" w:eastAsia="Liberation Sans"/>
          <w:b/>
          <w:i w:val="0"/>
          <w:color w:val="14243A"/>
          <w:sz w:val="40"/>
        </w:rPr>
        <w:t>Texture Praise Patch</w:t>
      </w:r>
    </w:p>
    <w:p>
      <w:pPr>
        <w:spacing w:after="140"/>
      </w:pPr>
      <w:r>
        <w:rPr>
          <w:rFonts w:ascii="Liberation Sans" w:hAnsi="Liberation Sans" w:eastAsia="Liberation Sans"/>
          <w:b/>
          <w:i w:val="0"/>
          <w:color w:val="526274"/>
          <w:sz w:val="18"/>
        </w:rPr>
        <w:t>PRESCHOOL  |  Craft — sensory worship</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A small collage pairs textures with words or pictures of praise inspired by the Bible story and month’s song.</w:t>
            </w:r>
          </w:p>
        </w:tc>
      </w:tr>
    </w:tbl>
    <w:p>
      <w:pPr>
        <w:spacing w:before="100" w:after="40"/>
        <w:keepNext/>
      </w:pPr>
      <w:r>
        <w:rPr>
          <w:rFonts w:ascii="Liberation Sans" w:hAnsi="Liberation Sans" w:eastAsia="Liberation Sans"/>
          <w:b/>
          <w:i w:val="0"/>
          <w:color w:val="0B8F87"/>
          <w:sz w:val="18"/>
        </w:rPr>
        <w:t>GATHER</w:t>
      </w:r>
    </w:p>
    <w:p>
      <w:pPr>
        <w:pStyle w:val="ListBullet"/>
        <w:spacing w:before="0" w:after="40" w:line="250" w:lineRule="auto"/>
      </w:pPr>
      <w:r>
        <w:rPr>
          <w:rFonts w:ascii="Liberation Sans" w:hAnsi="Liberation Sans" w:eastAsia="Liberation Sans"/>
          <w:b w:val="0"/>
          <w:i w:val="0"/>
          <w:color w:val="263342"/>
          <w:sz w:val="18"/>
        </w:rPr>
        <w:t>Cardstock squares</w:t>
      </w:r>
    </w:p>
    <w:p>
      <w:pPr>
        <w:pStyle w:val="ListBullet"/>
        <w:spacing w:before="0" w:after="40" w:line="250" w:lineRule="auto"/>
      </w:pPr>
      <w:r>
        <w:rPr>
          <w:rFonts w:ascii="Liberation Sans" w:hAnsi="Liberation Sans" w:eastAsia="Liberation Sans"/>
          <w:b w:val="0"/>
          <w:i w:val="0"/>
          <w:color w:val="263342"/>
          <w:sz w:val="18"/>
        </w:rPr>
        <w:t>Precut fabric, foil, felt, and paper shapes</w:t>
      </w:r>
    </w:p>
    <w:p>
      <w:pPr>
        <w:pStyle w:val="ListBullet"/>
        <w:spacing w:before="0" w:after="40" w:line="250" w:lineRule="auto"/>
      </w:pPr>
      <w:r>
        <w:rPr>
          <w:rFonts w:ascii="Liberation Sans" w:hAnsi="Liberation Sans" w:eastAsia="Liberation Sans"/>
          <w:b w:val="0"/>
          <w:i w:val="0"/>
          <w:color w:val="263342"/>
          <w:sz w:val="18"/>
        </w:rPr>
        <w:t>Glue dots</w:t>
      </w:r>
    </w:p>
    <w:p>
      <w:pPr>
        <w:pStyle w:val="ListBullet"/>
        <w:spacing w:before="0" w:after="40" w:line="250" w:lineRule="auto"/>
      </w:pPr>
      <w:r>
        <w:rPr>
          <w:rFonts w:ascii="Liberation Sans" w:hAnsi="Liberation Sans" w:eastAsia="Liberation Sans"/>
          <w:b w:val="0"/>
          <w:i w:val="0"/>
          <w:color w:val="263342"/>
          <w:sz w:val="18"/>
        </w:rPr>
        <w:t>Praise picture icons</w:t>
      </w:r>
    </w:p>
    <w:p>
      <w:pPr>
        <w:spacing w:before="100" w:after="40"/>
        <w:keepNext/>
      </w:pPr>
      <w:r>
        <w:rPr>
          <w:rFonts w:ascii="Liberation Sans" w:hAnsi="Liberation Sans" w:eastAsia="Liberation Sans"/>
          <w:b/>
          <w:i w:val="0"/>
          <w:color w:val="0B8F87"/>
          <w:sz w:val="18"/>
        </w:rPr>
        <w:t>SET UP</w:t>
      </w:r>
    </w:p>
    <w:p>
      <w:pPr>
        <w:pStyle w:val="ListBullet"/>
        <w:spacing w:before="0" w:after="40" w:line="250" w:lineRule="auto"/>
      </w:pPr>
      <w:r>
        <w:rPr>
          <w:rFonts w:ascii="Liberation Sans" w:hAnsi="Liberation Sans" w:eastAsia="Liberation Sans"/>
          <w:b w:val="0"/>
          <w:i w:val="0"/>
          <w:color w:val="263342"/>
          <w:sz w:val="18"/>
        </w:rPr>
        <w:t>Limit the texture choices to a calm, organized tray.</w:t>
      </w:r>
    </w:p>
    <w:p>
      <w:pPr>
        <w:pStyle w:val="ListBullet"/>
        <w:spacing w:before="0" w:after="40" w:line="250" w:lineRule="auto"/>
      </w:pPr>
      <w:r>
        <w:rPr>
          <w:rFonts w:ascii="Liberation Sans" w:hAnsi="Liberation Sans" w:eastAsia="Liberation Sans"/>
          <w:b w:val="0"/>
          <w:i w:val="0"/>
          <w:color w:val="263342"/>
          <w:sz w:val="18"/>
        </w:rPr>
        <w:t>Place a finished sample nearby as an option, not a requirement.</w:t>
      </w:r>
    </w:p>
    <w:p>
      <w:pPr>
        <w:spacing w:before="100" w:after="40"/>
        <w:keepNext/>
      </w:pPr>
      <w:r>
        <w:rPr>
          <w:rFonts w:ascii="Liberation Sans" w:hAnsi="Liberation Sans" w:eastAsia="Liberation Sans"/>
          <w:b/>
          <w:i w:val="0"/>
          <w:color w:val="0B8F87"/>
          <w:sz w:val="18"/>
        </w:rPr>
        <w:t>LEAD IT</w:t>
      </w:r>
    </w:p>
    <w:p>
      <w:pPr>
        <w:pStyle w:val="ListBullet"/>
        <w:spacing w:before="0" w:after="40" w:line="250" w:lineRule="auto"/>
      </w:pPr>
      <w:r>
        <w:rPr>
          <w:rFonts w:ascii="Liberation Sans" w:hAnsi="Liberation Sans" w:eastAsia="Liberation Sans"/>
          <w:b w:val="0"/>
          <w:i w:val="0"/>
          <w:color w:val="263342"/>
          <w:sz w:val="18"/>
        </w:rPr>
        <w:t>Invite children to choose textures they like.</w:t>
      </w:r>
    </w:p>
    <w:p>
      <w:pPr>
        <w:pStyle w:val="ListBullet"/>
        <w:spacing w:before="0" w:after="40" w:line="250" w:lineRule="auto"/>
      </w:pPr>
      <w:r>
        <w:rPr>
          <w:rFonts w:ascii="Liberation Sans" w:hAnsi="Liberation Sans" w:eastAsia="Liberation Sans"/>
          <w:b w:val="0"/>
          <w:i w:val="0"/>
          <w:color w:val="263342"/>
          <w:sz w:val="18"/>
        </w:rPr>
        <w:t>Add one praise icon and name it together.</w:t>
      </w:r>
    </w:p>
    <w:p>
      <w:pPr>
        <w:pStyle w:val="ListBullet"/>
        <w:spacing w:before="0" w:after="40" w:line="250" w:lineRule="auto"/>
      </w:pPr>
      <w:r>
        <w:rPr>
          <w:rFonts w:ascii="Liberation Sans" w:hAnsi="Liberation Sans" w:eastAsia="Liberation Sans"/>
          <w:b w:val="0"/>
          <w:i w:val="0"/>
          <w:color w:val="263342"/>
          <w:sz w:val="18"/>
        </w:rPr>
        <w:t>Play the month’s song while children create.</w:t>
      </w:r>
    </w:p>
    <w:p>
      <w:pPr>
        <w:spacing w:before="100" w:after="40"/>
        <w:keepNext/>
      </w:pPr>
      <w:r>
        <w:rPr>
          <w:rFonts w:ascii="Liberation Sans" w:hAnsi="Liberation Sans" w:eastAsia="Liberation Sans"/>
          <w:b/>
          <w:i w:val="0"/>
          <w:color w:val="0B8F87"/>
          <w:sz w:val="18"/>
        </w:rPr>
        <w:t>LAND THE TRUTH</w:t>
      </w:r>
    </w:p>
    <w:p>
      <w:pPr>
        <w:pStyle w:val="ListBullet"/>
        <w:spacing w:before="0" w:after="40" w:line="250" w:lineRule="auto"/>
      </w:pPr>
      <w:r>
        <w:rPr>
          <w:rFonts w:ascii="Liberation Sans" w:hAnsi="Liberation Sans" w:eastAsia="Liberation Sans"/>
          <w:b w:val="0"/>
          <w:i w:val="0"/>
          <w:color w:val="263342"/>
          <w:sz w:val="18"/>
        </w:rPr>
        <w:t>Hold patches together as one class collage.</w:t>
      </w:r>
    </w:p>
    <w:p>
      <w:pPr>
        <w:pStyle w:val="ListBullet"/>
        <w:spacing w:before="0" w:after="40" w:line="250" w:lineRule="auto"/>
      </w:pPr>
      <w:r>
        <w:rPr>
          <w:rFonts w:ascii="Liberation Sans" w:hAnsi="Liberation Sans" w:eastAsia="Liberation Sans"/>
          <w:b w:val="0"/>
          <w:i w:val="0"/>
          <w:color w:val="263342"/>
          <w:sz w:val="18"/>
        </w:rPr>
        <w:t>Thank God for the truth in the Remember This.</w:t>
      </w:r>
    </w:p>
    <w:p>
      <w:pPr>
        <w:spacing w:before="100" w:after="40"/>
        <w:keepNext/>
      </w:pPr>
      <w:r>
        <w:rPr>
          <w:rFonts w:ascii="Liberation Sans" w:hAnsi="Liberation Sans" w:eastAsia="Liberation Sans"/>
          <w:b/>
          <w:i w:val="0"/>
          <w:color w:val="0B8F87"/>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Offer a no-touch choice using printed texture photos.</w:t>
      </w:r>
    </w:p>
    <w:p>
      <w:pPr>
        <w:pStyle w:val="ListBullet"/>
        <w:spacing w:before="0" w:after="40" w:line="250" w:lineRule="auto"/>
      </w:pPr>
      <w:r>
        <w:rPr>
          <w:rFonts w:ascii="Liberation Sans" w:hAnsi="Liberation Sans" w:eastAsia="Liberation Sans"/>
          <w:b w:val="0"/>
          <w:i w:val="0"/>
          <w:color w:val="263342"/>
          <w:sz w:val="18"/>
        </w:rPr>
        <w:t>Avoid scented or messy materials unless families have approved them.</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Display the patch where the family listens to the month’s song.</w:t>
            </w:r>
          </w:p>
        </w:tc>
      </w:tr>
    </w:tbl>
    <w:p>
      <w:r>
        <w:br w:type="page"/>
      </w:r>
    </w:p>
    <w:p>
      <w:pPr>
        <w:spacing w:after="20"/>
      </w:pPr>
      <w:r>
        <w:rPr>
          <w:rFonts w:ascii="Liberation Sans" w:hAnsi="Liberation Sans" w:eastAsia="Liberation Sans"/>
          <w:b/>
          <w:i w:val="0"/>
          <w:color w:val="0B8F87"/>
          <w:sz w:val="17"/>
        </w:rPr>
        <w:t>GROUPS: CRAFT</w:t>
      </w:r>
    </w:p>
    <w:p>
      <w:pPr>
        <w:spacing w:after="60"/>
      </w:pPr>
      <w:r>
        <w:rPr>
          <w:rFonts w:ascii="Liberation Sans" w:hAnsi="Liberation Sans" w:eastAsia="Liberation Sans"/>
          <w:b/>
          <w:i w:val="0"/>
          <w:color w:val="14243A"/>
          <w:sz w:val="40"/>
        </w:rPr>
        <w:t>Song-Motion Band</w:t>
      </w:r>
    </w:p>
    <w:p>
      <w:pPr>
        <w:spacing w:after="140"/>
      </w:pPr>
      <w:r>
        <w:rPr>
          <w:rFonts w:ascii="Liberation Sans" w:hAnsi="Liberation Sans" w:eastAsia="Liberation Sans"/>
          <w:b/>
          <w:i w:val="0"/>
          <w:color w:val="526274"/>
          <w:sz w:val="18"/>
        </w:rPr>
        <w:t>PRESCHOOL  |  Craft — carry the response</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A simple paper wristband displays three movement icons children can use when the month’s song plays.</w:t>
            </w:r>
          </w:p>
        </w:tc>
      </w:tr>
    </w:tbl>
    <w:p>
      <w:pPr>
        <w:spacing w:before="100" w:after="40"/>
        <w:keepNext/>
      </w:pPr>
      <w:r>
        <w:rPr>
          <w:rFonts w:ascii="Liberation Sans" w:hAnsi="Liberation Sans" w:eastAsia="Liberation Sans"/>
          <w:b/>
          <w:i w:val="0"/>
          <w:color w:val="0B8F87"/>
          <w:sz w:val="18"/>
        </w:rPr>
        <w:t>GATHER</w:t>
      </w:r>
    </w:p>
    <w:p>
      <w:pPr>
        <w:pStyle w:val="ListBullet"/>
        <w:spacing w:before="0" w:after="40" w:line="250" w:lineRule="auto"/>
      </w:pPr>
      <w:r>
        <w:rPr>
          <w:rFonts w:ascii="Liberation Sans" w:hAnsi="Liberation Sans" w:eastAsia="Liberation Sans"/>
          <w:b w:val="0"/>
          <w:i w:val="0"/>
          <w:color w:val="263342"/>
          <w:sz w:val="18"/>
        </w:rPr>
        <w:t>Precut cardstock bands</w:t>
      </w:r>
    </w:p>
    <w:p>
      <w:pPr>
        <w:pStyle w:val="ListBullet"/>
        <w:spacing w:before="0" w:after="40" w:line="250" w:lineRule="auto"/>
      </w:pPr>
      <w:r>
        <w:rPr>
          <w:rFonts w:ascii="Liberation Sans" w:hAnsi="Liberation Sans" w:eastAsia="Liberation Sans"/>
          <w:b w:val="0"/>
          <w:i w:val="0"/>
          <w:color w:val="263342"/>
          <w:sz w:val="18"/>
        </w:rPr>
        <w:t>Three printed motion icons</w:t>
      </w:r>
    </w:p>
    <w:p>
      <w:pPr>
        <w:pStyle w:val="ListBullet"/>
        <w:spacing w:before="0" w:after="40" w:line="250" w:lineRule="auto"/>
      </w:pPr>
      <w:r>
        <w:rPr>
          <w:rFonts w:ascii="Liberation Sans" w:hAnsi="Liberation Sans" w:eastAsia="Liberation Sans"/>
          <w:b w:val="0"/>
          <w:i w:val="0"/>
          <w:color w:val="263342"/>
          <w:sz w:val="18"/>
        </w:rPr>
        <w:t>Glue dots or stickers</w:t>
      </w:r>
    </w:p>
    <w:p>
      <w:pPr>
        <w:pStyle w:val="ListBullet"/>
        <w:spacing w:before="0" w:after="40" w:line="250" w:lineRule="auto"/>
      </w:pPr>
      <w:r>
        <w:rPr>
          <w:rFonts w:ascii="Liberation Sans" w:hAnsi="Liberation Sans" w:eastAsia="Liberation Sans"/>
          <w:b w:val="0"/>
          <w:i w:val="0"/>
          <w:color w:val="263342"/>
          <w:sz w:val="18"/>
        </w:rPr>
        <w:t>Crayons</w:t>
      </w:r>
    </w:p>
    <w:p>
      <w:pPr>
        <w:spacing w:before="100" w:after="40"/>
        <w:keepNext/>
      </w:pPr>
      <w:r>
        <w:rPr>
          <w:rFonts w:ascii="Liberation Sans" w:hAnsi="Liberation Sans" w:eastAsia="Liberation Sans"/>
          <w:b/>
          <w:i w:val="0"/>
          <w:color w:val="0B8F87"/>
          <w:sz w:val="18"/>
        </w:rPr>
        <w:t>SET UP</w:t>
      </w:r>
    </w:p>
    <w:p>
      <w:pPr>
        <w:pStyle w:val="ListBullet"/>
        <w:spacing w:before="0" w:after="40" w:line="250" w:lineRule="auto"/>
      </w:pPr>
      <w:r>
        <w:rPr>
          <w:rFonts w:ascii="Liberation Sans" w:hAnsi="Liberation Sans" w:eastAsia="Liberation Sans"/>
          <w:b w:val="0"/>
          <w:i w:val="0"/>
          <w:color w:val="263342"/>
          <w:sz w:val="18"/>
        </w:rPr>
        <w:t>Choose three motions that reflect the song’s meaning.</w:t>
      </w:r>
    </w:p>
    <w:p>
      <w:pPr>
        <w:pStyle w:val="ListBullet"/>
        <w:spacing w:before="0" w:after="40" w:line="250" w:lineRule="auto"/>
      </w:pPr>
      <w:r>
        <w:rPr>
          <w:rFonts w:ascii="Liberation Sans" w:hAnsi="Liberation Sans" w:eastAsia="Liberation Sans"/>
          <w:b w:val="0"/>
          <w:i w:val="0"/>
          <w:color w:val="263342"/>
          <w:sz w:val="18"/>
        </w:rPr>
        <w:t>Prepare bands with safe closures.</w:t>
      </w:r>
    </w:p>
    <w:p>
      <w:pPr>
        <w:spacing w:before="100" w:after="40"/>
        <w:keepNext/>
      </w:pPr>
      <w:r>
        <w:rPr>
          <w:rFonts w:ascii="Liberation Sans" w:hAnsi="Liberation Sans" w:eastAsia="Liberation Sans"/>
          <w:b/>
          <w:i w:val="0"/>
          <w:color w:val="0B8F87"/>
          <w:sz w:val="18"/>
        </w:rPr>
        <w:t>LEAD IT</w:t>
      </w:r>
    </w:p>
    <w:p>
      <w:pPr>
        <w:pStyle w:val="ListBullet"/>
        <w:spacing w:before="0" w:after="40" w:line="250" w:lineRule="auto"/>
      </w:pPr>
      <w:r>
        <w:rPr>
          <w:rFonts w:ascii="Liberation Sans" w:hAnsi="Liberation Sans" w:eastAsia="Liberation Sans"/>
          <w:b w:val="0"/>
          <w:i w:val="0"/>
          <w:color w:val="263342"/>
          <w:sz w:val="18"/>
        </w:rPr>
        <w:t>Children choose and attach three icons.</w:t>
      </w:r>
    </w:p>
    <w:p>
      <w:pPr>
        <w:pStyle w:val="ListBullet"/>
        <w:spacing w:before="0" w:after="40" w:line="250" w:lineRule="auto"/>
      </w:pPr>
      <w:r>
        <w:rPr>
          <w:rFonts w:ascii="Liberation Sans" w:hAnsi="Liberation Sans" w:eastAsia="Liberation Sans"/>
          <w:b w:val="0"/>
          <w:i w:val="0"/>
          <w:color w:val="263342"/>
          <w:sz w:val="18"/>
        </w:rPr>
        <w:t>Practice each motion without music first.</w:t>
      </w:r>
    </w:p>
    <w:p>
      <w:pPr>
        <w:pStyle w:val="ListBullet"/>
        <w:spacing w:before="0" w:after="40" w:line="250" w:lineRule="auto"/>
      </w:pPr>
      <w:r>
        <w:rPr>
          <w:rFonts w:ascii="Liberation Sans" w:hAnsi="Liberation Sans" w:eastAsia="Liberation Sans"/>
          <w:b w:val="0"/>
          <w:i w:val="0"/>
          <w:color w:val="263342"/>
          <w:sz w:val="18"/>
        </w:rPr>
        <w:t>Play part of the song and let children choose which motion to use.</w:t>
      </w:r>
    </w:p>
    <w:p>
      <w:pPr>
        <w:spacing w:before="100" w:after="40"/>
        <w:keepNext/>
      </w:pPr>
      <w:r>
        <w:rPr>
          <w:rFonts w:ascii="Liberation Sans" w:hAnsi="Liberation Sans" w:eastAsia="Liberation Sans"/>
          <w:b/>
          <w:i w:val="0"/>
          <w:color w:val="0B8F87"/>
          <w:sz w:val="18"/>
        </w:rPr>
        <w:t>LAND THE TRUTH</w:t>
      </w:r>
    </w:p>
    <w:p>
      <w:pPr>
        <w:pStyle w:val="ListBullet"/>
        <w:spacing w:before="0" w:after="40" w:line="250" w:lineRule="auto"/>
      </w:pPr>
      <w:r>
        <w:rPr>
          <w:rFonts w:ascii="Liberation Sans" w:hAnsi="Liberation Sans" w:eastAsia="Liberation Sans"/>
          <w:b w:val="0"/>
          <w:i w:val="0"/>
          <w:color w:val="263342"/>
          <w:sz w:val="18"/>
        </w:rPr>
        <w:t>Ask: “What does this motion help us remember?”</w:t>
      </w:r>
    </w:p>
    <w:p>
      <w:pPr>
        <w:pStyle w:val="ListBullet"/>
        <w:spacing w:before="0" w:after="40" w:line="250" w:lineRule="auto"/>
      </w:pPr>
      <w:r>
        <w:rPr>
          <w:rFonts w:ascii="Liberation Sans" w:hAnsi="Liberation Sans" w:eastAsia="Liberation Sans"/>
          <w:b w:val="0"/>
          <w:i w:val="0"/>
          <w:color w:val="263342"/>
          <w:sz w:val="18"/>
        </w:rPr>
        <w:t>Repeat the Remember This together.</w:t>
      </w:r>
    </w:p>
    <w:p>
      <w:pPr>
        <w:spacing w:before="100" w:after="40"/>
        <w:keepNext/>
      </w:pPr>
      <w:r>
        <w:rPr>
          <w:rFonts w:ascii="Liberation Sans" w:hAnsi="Liberation Sans" w:eastAsia="Liberation Sans"/>
          <w:b/>
          <w:i w:val="0"/>
          <w:color w:val="0B8F87"/>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Make a desk strip or lanyard card instead of a wristband.</w:t>
      </w:r>
    </w:p>
    <w:p>
      <w:pPr>
        <w:pStyle w:val="ListBullet"/>
        <w:spacing w:before="0" w:after="40" w:line="250" w:lineRule="auto"/>
      </w:pPr>
      <w:r>
        <w:rPr>
          <w:rFonts w:ascii="Liberation Sans" w:hAnsi="Liberation Sans" w:eastAsia="Liberation Sans"/>
          <w:b w:val="0"/>
          <w:i w:val="0"/>
          <w:color w:val="263342"/>
          <w:sz w:val="18"/>
        </w:rPr>
        <w:t>Use larger icons and one motion at a time.</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Use the band during one family listen; remove it afterward rather than treating it as jewelry.</w:t>
            </w:r>
          </w:p>
        </w:tc>
      </w:tr>
    </w:tbl>
    <w:p>
      <w:r>
        <w:br w:type="page"/>
      </w:r>
    </w:p>
    <w:tbl>
      <w:tblPr>
        <w:tblW w:type="auto" w:w="0"/>
        <w:jc w:val="center"/>
        <w:tblLook w:firstColumn="1" w:firstRow="1" w:lastColumn="0" w:lastRow="0" w:noHBand="0" w:noVBand="1" w:val="04A0"/>
      </w:tblPr>
      <w:tblGrid>
        <w:gridCol w:w="10282"/>
      </w:tblGrid>
      <w:tr>
        <w:tc>
          <w:tcPr>
            <w:tcW w:type="dxa" w:w="10282"/>
            <w:shd w:fill="E26A2C"/>
            <w:tcMar>
              <w:top w:w="260" w:type="dxa"/>
              <w:start w:w="240" w:type="dxa"/>
              <w:bottom w:w="260" w:type="dxa"/>
              <w:end w:w="240" w:type="dxa"/>
            </w:tcMar>
          </w:tcPr>
          <w:p>
            <w:pPr>
              <w:jc w:val="center"/>
            </w:pPr>
            <w:r>
              <w:rPr>
                <w:rFonts w:ascii="Liberation Sans" w:hAnsi="Liberation Sans" w:eastAsia="Liberation Sans"/>
                <w:b/>
                <w:i w:val="0"/>
                <w:color w:val="FFFFFF"/>
                <w:sz w:val="18"/>
              </w:rPr>
              <w:t>ELEMENTARY</w:t>
            </w:r>
          </w:p>
          <w:p>
            <w:pPr>
              <w:jc w:val="center"/>
            </w:pPr>
            <w:r>
              <w:rPr>
                <w:rFonts w:ascii="Liberation Sans" w:hAnsi="Liberation Sans" w:eastAsia="Liberation Sans"/>
                <w:b/>
                <w:i w:val="0"/>
                <w:color w:val="FFFFFF"/>
                <w:sz w:val="50"/>
              </w:rPr>
              <w:t>Purposeful challenge and reflection</w:t>
            </w:r>
          </w:p>
          <w:p>
            <w:pPr>
              <w:jc w:val="center"/>
            </w:pPr>
            <w:r>
              <w:rPr>
                <w:rFonts w:ascii="Liberation Sans" w:hAnsi="Liberation Sans" w:eastAsia="Liberation Sans"/>
                <w:b w:val="0"/>
                <w:i w:val="0"/>
                <w:color w:val="FFFFFF"/>
                <w:sz w:val="20"/>
              </w:rPr>
              <w:t>Low-prop. Cooperative. Built to connect Bible truth to real life.</w:t>
            </w:r>
          </w:p>
        </w:tc>
      </w:tr>
    </w:tbl>
    <w:p>
      <w:pPr>
        <w:pStyle w:val="Heading1"/>
        <w:keepNext/>
        <w:spacing w:before="160" w:after="80"/>
        <w:pBdr>
          <w:bottom w:val="single" w:sz="14" w:space="4" w:color="F2B544"/>
        </w:pBdr>
      </w:pPr>
      <w:r>
        <w:rPr>
          <w:rFonts w:ascii="Liberation Sans" w:hAnsi="Liberation Sans" w:eastAsia="Liberation Sans"/>
          <w:b/>
          <w:i w:val="0"/>
          <w:color w:val="14243A"/>
          <w:sz w:val="44"/>
        </w:rPr>
        <w:t>Elementary children need a reason for the game</w:t>
      </w:r>
    </w:p>
    <w:p>
      <w:pPr>
        <w:spacing w:before="0" w:after="100" w:line="259" w:lineRule="auto"/>
      </w:pPr>
      <w:r>
        <w:rPr>
          <w:rFonts w:ascii="Liberation Sans" w:hAnsi="Liberation Sans" w:eastAsia="Liberation Sans"/>
          <w:b w:val="0"/>
          <w:i w:val="0"/>
          <w:color w:val="263342"/>
          <w:sz w:val="19"/>
        </w:rPr>
        <w:t>Elementary activities can carry more rules and reflection, but the purpose stays visible. Arrival games prime story language. Group games review, apply, and invite children to explain. Crafts use one interactive mechanism so the finished piece can teach again at home.</w:t>
      </w:r>
    </w:p>
    <w:p>
      <w:pPr>
        <w:pStyle w:val="Heading2"/>
        <w:keepNext/>
        <w:spacing w:before="100" w:after="80"/>
      </w:pPr>
      <w:r>
        <w:rPr>
          <w:rFonts w:ascii="Liberation Sans" w:hAnsi="Liberation Sans" w:eastAsia="Liberation Sans"/>
          <w:b/>
          <w:i w:val="0"/>
          <w:color w:val="E26A2C"/>
          <w:sz w:val="26"/>
        </w:rPr>
        <w:t>Elementary weekly flow</w:t>
      </w:r>
    </w:p>
    <w:tbl>
      <w:tblPr>
        <w:tblW w:type="auto" w:w="0"/>
        <w:jc w:val="center"/>
        <w:tblLayout w:type="fixed"/>
        <w:tblLook w:firstColumn="1" w:firstRow="1" w:lastColumn="0" w:lastRow="0" w:noHBand="0" w:noVBand="1" w:val="04A0"/>
      </w:tblPr>
      <w:tblGrid>
        <w:gridCol w:w="1800"/>
        <w:gridCol w:w="8496"/>
      </w:tblGrid>
      <w:tr>
        <w:tc>
          <w:tcPr>
            <w:tcW w:type="dxa" w:w="1800"/>
            <w:shd w:fill="E26A2C"/>
            <w:tcMar>
              <w:top w:w="90" w:type="dxa"/>
              <w:start w:w="110" w:type="dxa"/>
              <w:bottom w:w="90" w:type="dxa"/>
              <w:end w:w="110" w:type="dxa"/>
            </w:tcMar>
          </w:tcPr>
          <w:p>
            <w:r>
              <w:rPr>
                <w:rFonts w:ascii="Liberation Sans" w:hAnsi="Liberation Sans" w:eastAsia="Liberation Sans"/>
                <w:b/>
                <w:i w:val="0"/>
                <w:color w:val="FFFFFF"/>
                <w:sz w:val="16"/>
              </w:rPr>
              <w:t>1. PRELUDE</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Set the environment, music, welcome roles, and visual focus.</w:t>
            </w:r>
          </w:p>
        </w:tc>
      </w:tr>
      <w:tr>
        <w:tc>
          <w:tcPr>
            <w:tcW w:type="dxa" w:w="1800"/>
            <w:shd w:fill="E26A2C"/>
            <w:tcMar>
              <w:top w:w="90" w:type="dxa"/>
              <w:start w:w="110" w:type="dxa"/>
              <w:bottom w:w="90" w:type="dxa"/>
              <w:end w:w="110" w:type="dxa"/>
            </w:tcMar>
          </w:tcPr>
          <w:p>
            <w:r>
              <w:rPr>
                <w:rFonts w:ascii="Liberation Sans" w:hAnsi="Liberation Sans" w:eastAsia="Liberation Sans"/>
                <w:b/>
                <w:i w:val="0"/>
                <w:color w:val="FFFFFF"/>
                <w:sz w:val="16"/>
              </w:rPr>
              <w:t>2. SOCIAL</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Grab attention and pre-teach story language or a key idea.</w:t>
            </w:r>
          </w:p>
        </w:tc>
      </w:tr>
      <w:tr>
        <w:tc>
          <w:tcPr>
            <w:tcW w:type="dxa" w:w="1800"/>
            <w:shd w:fill="E26A2C"/>
            <w:tcMar>
              <w:top w:w="90" w:type="dxa"/>
              <w:start w:w="110" w:type="dxa"/>
              <w:bottom w:w="90" w:type="dxa"/>
              <w:end w:w="110" w:type="dxa"/>
            </w:tcMar>
          </w:tcPr>
          <w:p>
            <w:r>
              <w:rPr>
                <w:rFonts w:ascii="Liberation Sans" w:hAnsi="Liberation Sans" w:eastAsia="Liberation Sans"/>
                <w:b/>
                <w:i w:val="0"/>
                <w:color w:val="FFFFFF"/>
                <w:sz w:val="16"/>
              </w:rPr>
              <w:t>3. TRANSITION</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Move with a short challenge, phrase, song, or signal.</w:t>
            </w:r>
          </w:p>
        </w:tc>
      </w:tr>
      <w:tr>
        <w:tc>
          <w:tcPr>
            <w:tcW w:type="dxa" w:w="1800"/>
            <w:shd w:fill="E26A2C"/>
            <w:tcMar>
              <w:top w:w="90" w:type="dxa"/>
              <w:start w:w="110" w:type="dxa"/>
              <w:bottom w:w="90" w:type="dxa"/>
              <w:end w:w="110" w:type="dxa"/>
            </w:tcMar>
          </w:tcPr>
          <w:p>
            <w:r>
              <w:rPr>
                <w:rFonts w:ascii="Liberation Sans" w:hAnsi="Liberation Sans" w:eastAsia="Liberation Sans"/>
                <w:b/>
                <w:i w:val="0"/>
                <w:color w:val="FFFFFF"/>
                <w:sz w:val="16"/>
              </w:rPr>
              <w:t>4. STORY</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Tell the Bible story with clear roles, props, visuals, and room-scaled options.</w:t>
            </w:r>
          </w:p>
        </w:tc>
      </w:tr>
      <w:tr>
        <w:tc>
          <w:tcPr>
            <w:tcW w:type="dxa" w:w="1800"/>
            <w:shd w:fill="E26A2C"/>
            <w:tcMar>
              <w:top w:w="90" w:type="dxa"/>
              <w:start w:w="110" w:type="dxa"/>
              <w:bottom w:w="90" w:type="dxa"/>
              <w:end w:w="110" w:type="dxa"/>
            </w:tcMar>
          </w:tcPr>
          <w:p>
            <w:r>
              <w:rPr>
                <w:rFonts w:ascii="Liberation Sans" w:hAnsi="Liberation Sans" w:eastAsia="Liberation Sans"/>
                <w:b/>
                <w:i w:val="0"/>
                <w:color w:val="FFFFFF"/>
                <w:sz w:val="16"/>
              </w:rPr>
              <w:t>5. WORSHIP</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Respond after the story through song and movement.</w:t>
            </w:r>
          </w:p>
        </w:tc>
      </w:tr>
      <w:tr>
        <w:tc>
          <w:tcPr>
            <w:tcW w:type="dxa" w:w="1800"/>
            <w:shd w:fill="E26A2C"/>
            <w:tcMar>
              <w:top w:w="90" w:type="dxa"/>
              <w:start w:w="110" w:type="dxa"/>
              <w:bottom w:w="90" w:type="dxa"/>
              <w:end w:w="110" w:type="dxa"/>
            </w:tcMar>
          </w:tcPr>
          <w:p>
            <w:r>
              <w:rPr>
                <w:rFonts w:ascii="Liberation Sans" w:hAnsi="Liberation Sans" w:eastAsia="Liberation Sans"/>
                <w:b/>
                <w:i w:val="0"/>
                <w:color w:val="FFFFFF"/>
                <w:sz w:val="16"/>
              </w:rPr>
              <w:t>6. GROUPS</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Review, apply, journal, pray, and practice the Remember This.</w:t>
            </w:r>
          </w:p>
        </w:tc>
      </w:tr>
      <w:tr>
        <w:tc>
          <w:tcPr>
            <w:tcW w:type="dxa" w:w="1800"/>
            <w:shd w:fill="E26A2C"/>
            <w:tcMar>
              <w:top w:w="90" w:type="dxa"/>
              <w:start w:w="110" w:type="dxa"/>
              <w:bottom w:w="90" w:type="dxa"/>
              <w:end w:w="110" w:type="dxa"/>
            </w:tcMar>
          </w:tcPr>
          <w:p>
            <w:r>
              <w:rPr>
                <w:rFonts w:ascii="Liberation Sans" w:hAnsi="Liberation Sans" w:eastAsia="Liberation Sans"/>
                <w:b/>
                <w:i w:val="0"/>
                <w:color w:val="FFFFFF"/>
                <w:sz w:val="16"/>
              </w:rPr>
              <w:t>7. HOME</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Send one repeatable family action.</w:t>
            </w:r>
          </w:p>
        </w:tc>
      </w:tr>
    </w:tbl>
    <w:p>
      <w:pPr>
        <w:pStyle w:val="Heading2"/>
        <w:keepNext/>
        <w:spacing w:before="100" w:after="80"/>
      </w:pPr>
      <w:r>
        <w:rPr>
          <w:rFonts w:ascii="Liberation Sans" w:hAnsi="Liberation Sans" w:eastAsia="Liberation Sans"/>
          <w:b/>
          <w:i w:val="0"/>
          <w:color w:val="E26A2C"/>
          <w:sz w:val="26"/>
        </w:rPr>
        <w:t>Elementary activity rules</w:t>
      </w:r>
    </w:p>
    <w:p>
      <w:pPr>
        <w:pStyle w:val="ListBullet"/>
        <w:spacing w:before="0" w:after="40" w:line="250" w:lineRule="auto"/>
      </w:pPr>
      <w:r>
        <w:rPr>
          <w:rFonts w:ascii="Liberation Sans" w:hAnsi="Liberation Sans" w:eastAsia="Liberation Sans"/>
          <w:b w:val="0"/>
          <w:i w:val="0"/>
          <w:color w:val="263342"/>
          <w:sz w:val="18"/>
        </w:rPr>
        <w:t>Give the challenge and the ministry purpose in the same breath.</w:t>
      </w:r>
    </w:p>
    <w:p>
      <w:pPr>
        <w:pStyle w:val="ListBullet"/>
        <w:spacing w:before="0" w:after="40" w:line="250" w:lineRule="auto"/>
      </w:pPr>
      <w:r>
        <w:rPr>
          <w:rFonts w:ascii="Liberation Sans" w:hAnsi="Liberation Sans" w:eastAsia="Liberation Sans"/>
          <w:b w:val="0"/>
          <w:i w:val="0"/>
          <w:color w:val="263342"/>
          <w:sz w:val="18"/>
        </w:rPr>
        <w:t>Build for cooperation before competition.</w:t>
      </w:r>
    </w:p>
    <w:p>
      <w:pPr>
        <w:pStyle w:val="ListBullet"/>
        <w:spacing w:before="0" w:after="40" w:line="250" w:lineRule="auto"/>
      </w:pPr>
      <w:r>
        <w:rPr>
          <w:rFonts w:ascii="Liberation Sans" w:hAnsi="Liberation Sans" w:eastAsia="Liberation Sans"/>
          <w:b w:val="0"/>
          <w:i w:val="0"/>
          <w:color w:val="263342"/>
          <w:sz w:val="18"/>
        </w:rPr>
        <w:t>Use rules that can be explained and demonstrated quickly.</w:t>
      </w:r>
    </w:p>
    <w:p>
      <w:pPr>
        <w:pStyle w:val="ListBullet"/>
        <w:spacing w:before="0" w:after="40" w:line="250" w:lineRule="auto"/>
      </w:pPr>
      <w:r>
        <w:rPr>
          <w:rFonts w:ascii="Liberation Sans" w:hAnsi="Liberation Sans" w:eastAsia="Liberation Sans"/>
          <w:b w:val="0"/>
          <w:i w:val="0"/>
          <w:color w:val="263342"/>
          <w:sz w:val="18"/>
        </w:rPr>
        <w:t>Let children defend a choice, revise an answer, or design a response.</w:t>
      </w:r>
    </w:p>
    <w:p>
      <w:pPr>
        <w:pStyle w:val="ListBullet"/>
        <w:spacing w:before="0" w:after="40" w:line="250" w:lineRule="auto"/>
      </w:pPr>
      <w:r>
        <w:rPr>
          <w:rFonts w:ascii="Liberation Sans" w:hAnsi="Liberation Sans" w:eastAsia="Liberation Sans"/>
          <w:b w:val="0"/>
          <w:i w:val="0"/>
          <w:color w:val="263342"/>
          <w:sz w:val="18"/>
        </w:rPr>
        <w:t>Debrief the action; never assume children will discover the spiritual connection alone.</w:t>
      </w:r>
    </w:p>
    <w:p>
      <w:pPr>
        <w:pStyle w:val="ListBullet"/>
        <w:spacing w:before="0" w:after="40" w:line="250" w:lineRule="auto"/>
      </w:pPr>
      <w:r>
        <w:rPr>
          <w:rFonts w:ascii="Liberation Sans" w:hAnsi="Liberation Sans" w:eastAsia="Liberation Sans"/>
          <w:b w:val="0"/>
          <w:i w:val="0"/>
          <w:color w:val="263342"/>
          <w:sz w:val="18"/>
        </w:rPr>
        <w:t>Keep prayer invitations genuine and private sharing optional.</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Elementary landing pattern</w:t>
            </w:r>
          </w:p>
          <w:p>
            <w:pPr>
              <w:spacing w:after="0" w:line="252" w:lineRule="auto"/>
            </w:pPr>
            <w:r>
              <w:rPr>
                <w:rFonts w:ascii="Liberation Sans" w:hAnsi="Liberation Sans" w:eastAsia="Liberation Sans"/>
                <w:b w:val="0"/>
                <w:i w:val="0"/>
                <w:color w:val="263342"/>
                <w:sz w:val="18"/>
              </w:rPr>
              <w:t>What happened? What did it show? Where does the Bible story or verse support that? What could we do this week?</w:t>
            </w:r>
          </w:p>
        </w:tc>
      </w:tr>
    </w:tbl>
    <w:p>
      <w:r>
        <w:br w:type="page"/>
      </w:r>
    </w:p>
    <w:p>
      <w:pPr>
        <w:spacing w:after="20"/>
      </w:pPr>
      <w:r>
        <w:rPr>
          <w:rFonts w:ascii="Liberation Sans" w:hAnsi="Liberation Sans" w:eastAsia="Liberation Sans"/>
          <w:b/>
          <w:i w:val="0"/>
          <w:color w:val="E26A2C"/>
          <w:sz w:val="17"/>
        </w:rPr>
        <w:t>SOCIAL: ARRIVAL</w:t>
      </w:r>
    </w:p>
    <w:p>
      <w:pPr>
        <w:spacing w:after="60"/>
      </w:pPr>
      <w:r>
        <w:rPr>
          <w:rFonts w:ascii="Liberation Sans" w:hAnsi="Liberation Sans" w:eastAsia="Liberation Sans"/>
          <w:b/>
          <w:i w:val="0"/>
          <w:color w:val="14243A"/>
          <w:sz w:val="40"/>
        </w:rPr>
        <w:t>Signal Search</w:t>
      </w:r>
    </w:p>
    <w:p>
      <w:pPr>
        <w:spacing w:after="140"/>
      </w:pPr>
      <w:r>
        <w:rPr>
          <w:rFonts w:ascii="Liberation Sans" w:hAnsi="Liberation Sans" w:eastAsia="Liberation Sans"/>
          <w:b/>
          <w:i w:val="0"/>
          <w:color w:val="526274"/>
          <w:sz w:val="18"/>
        </w:rPr>
        <w:t>ELEMENTARY  |  Game — vocabulary primer</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Teams notice visual signals connected to the Bible story, then predict how those ideas may matter before the story begins.</w:t>
            </w:r>
          </w:p>
        </w:tc>
      </w:tr>
    </w:tbl>
    <w:p>
      <w:pPr>
        <w:spacing w:before="100" w:after="40"/>
        <w:keepNext/>
      </w:pPr>
      <w:r>
        <w:rPr>
          <w:rFonts w:ascii="Liberation Sans" w:hAnsi="Liberation Sans" w:eastAsia="Liberation Sans"/>
          <w:b/>
          <w:i w:val="0"/>
          <w:color w:val="E26A2C"/>
          <w:sz w:val="18"/>
        </w:rPr>
        <w:t>GATHER</w:t>
      </w:r>
    </w:p>
    <w:p>
      <w:pPr>
        <w:pStyle w:val="ListBullet"/>
        <w:spacing w:before="0" w:after="40" w:line="250" w:lineRule="auto"/>
      </w:pPr>
      <w:r>
        <w:rPr>
          <w:rFonts w:ascii="Liberation Sans" w:hAnsi="Liberation Sans" w:eastAsia="Liberation Sans"/>
          <w:b w:val="0"/>
          <w:i w:val="0"/>
          <w:color w:val="263342"/>
          <w:sz w:val="18"/>
        </w:rPr>
        <w:t>Six symbol cards</w:t>
      </w:r>
    </w:p>
    <w:p>
      <w:pPr>
        <w:pStyle w:val="ListBullet"/>
        <w:spacing w:before="0" w:after="40" w:line="250" w:lineRule="auto"/>
      </w:pPr>
      <w:r>
        <w:rPr>
          <w:rFonts w:ascii="Liberation Sans" w:hAnsi="Liberation Sans" w:eastAsia="Liberation Sans"/>
          <w:b w:val="0"/>
          <w:i w:val="0"/>
          <w:color w:val="263342"/>
          <w:sz w:val="18"/>
        </w:rPr>
        <w:t>Painter’s tape</w:t>
      </w:r>
    </w:p>
    <w:p>
      <w:pPr>
        <w:pStyle w:val="ListBullet"/>
        <w:spacing w:before="0" w:after="40" w:line="250" w:lineRule="auto"/>
      </w:pPr>
      <w:r>
        <w:rPr>
          <w:rFonts w:ascii="Liberation Sans" w:hAnsi="Liberation Sans" w:eastAsia="Liberation Sans"/>
          <w:b w:val="0"/>
          <w:i w:val="0"/>
          <w:color w:val="263342"/>
          <w:sz w:val="18"/>
        </w:rPr>
        <w:t>Question card</w:t>
      </w:r>
    </w:p>
    <w:p>
      <w:pPr>
        <w:spacing w:before="100" w:after="40"/>
        <w:keepNext/>
      </w:pPr>
      <w:r>
        <w:rPr>
          <w:rFonts w:ascii="Liberation Sans" w:hAnsi="Liberation Sans" w:eastAsia="Liberation Sans"/>
          <w:b/>
          <w:i w:val="0"/>
          <w:color w:val="E26A2C"/>
          <w:sz w:val="18"/>
        </w:rPr>
        <w:t>SET UP</w:t>
      </w:r>
    </w:p>
    <w:p>
      <w:pPr>
        <w:pStyle w:val="ListBullet"/>
        <w:spacing w:before="0" w:after="40" w:line="250" w:lineRule="auto"/>
      </w:pPr>
      <w:r>
        <w:rPr>
          <w:rFonts w:ascii="Liberation Sans" w:hAnsi="Liberation Sans" w:eastAsia="Liberation Sans"/>
          <w:b w:val="0"/>
          <w:i w:val="0"/>
          <w:color w:val="263342"/>
          <w:sz w:val="18"/>
        </w:rPr>
        <w:t>Place symbols in visible, accessible locations.</w:t>
      </w:r>
    </w:p>
    <w:p>
      <w:pPr>
        <w:pStyle w:val="ListBullet"/>
        <w:spacing w:before="0" w:after="40" w:line="250" w:lineRule="auto"/>
      </w:pPr>
      <w:r>
        <w:rPr>
          <w:rFonts w:ascii="Liberation Sans" w:hAnsi="Liberation Sans" w:eastAsia="Liberation Sans"/>
          <w:b w:val="0"/>
          <w:i w:val="0"/>
          <w:color w:val="263342"/>
          <w:sz w:val="18"/>
        </w:rPr>
        <w:t>Choose symbols tied to actual story ideas, not trivia.</w:t>
      </w:r>
    </w:p>
    <w:p>
      <w:pPr>
        <w:spacing w:before="100" w:after="40"/>
        <w:keepNext/>
      </w:pPr>
      <w:r>
        <w:rPr>
          <w:rFonts w:ascii="Liberation Sans" w:hAnsi="Liberation Sans" w:eastAsia="Liberation Sans"/>
          <w:b/>
          <w:i w:val="0"/>
          <w:color w:val="E26A2C"/>
          <w:sz w:val="18"/>
        </w:rPr>
        <w:t>LEAD IT</w:t>
      </w:r>
    </w:p>
    <w:p>
      <w:pPr>
        <w:pStyle w:val="ListBullet"/>
        <w:spacing w:before="0" w:after="40" w:line="250" w:lineRule="auto"/>
      </w:pPr>
      <w:r>
        <w:rPr>
          <w:rFonts w:ascii="Liberation Sans" w:hAnsi="Liberation Sans" w:eastAsia="Liberation Sans"/>
          <w:b w:val="0"/>
          <w:i w:val="0"/>
          <w:color w:val="263342"/>
          <w:sz w:val="18"/>
        </w:rPr>
        <w:t>Invite pairs to find any three symbols; no race.</w:t>
      </w:r>
    </w:p>
    <w:p>
      <w:pPr>
        <w:pStyle w:val="ListBullet"/>
        <w:spacing w:before="0" w:after="40" w:line="250" w:lineRule="auto"/>
      </w:pPr>
      <w:r>
        <w:rPr>
          <w:rFonts w:ascii="Liberation Sans" w:hAnsi="Liberation Sans" w:eastAsia="Liberation Sans"/>
          <w:b w:val="0"/>
          <w:i w:val="0"/>
          <w:color w:val="263342"/>
          <w:sz w:val="18"/>
        </w:rPr>
        <w:t>For each symbol, ask: “What might this have to do with today’s story?”</w:t>
      </w:r>
    </w:p>
    <w:p>
      <w:pPr>
        <w:pStyle w:val="ListBullet"/>
        <w:spacing w:before="0" w:after="40" w:line="250" w:lineRule="auto"/>
      </w:pPr>
      <w:r>
        <w:rPr>
          <w:rFonts w:ascii="Liberation Sans" w:hAnsi="Liberation Sans" w:eastAsia="Liberation Sans"/>
          <w:b w:val="0"/>
          <w:i w:val="0"/>
          <w:color w:val="263342"/>
          <w:sz w:val="18"/>
        </w:rPr>
        <w:t>Collect predictions without correcting them yet.</w:t>
      </w:r>
    </w:p>
    <w:p>
      <w:pPr>
        <w:spacing w:before="100" w:after="40"/>
        <w:keepNext/>
      </w:pPr>
      <w:r>
        <w:rPr>
          <w:rFonts w:ascii="Liberation Sans" w:hAnsi="Liberation Sans" w:eastAsia="Liberation Sans"/>
          <w:b/>
          <w:i w:val="0"/>
          <w:color w:val="E26A2C"/>
          <w:sz w:val="18"/>
        </w:rPr>
        <w:t>LAND THE TRUTH</w:t>
      </w:r>
    </w:p>
    <w:p>
      <w:pPr>
        <w:pStyle w:val="ListBullet"/>
        <w:spacing w:before="0" w:after="40" w:line="250" w:lineRule="auto"/>
      </w:pPr>
      <w:r>
        <w:rPr>
          <w:rFonts w:ascii="Liberation Sans" w:hAnsi="Liberation Sans" w:eastAsia="Liberation Sans"/>
          <w:b w:val="0"/>
          <w:i w:val="0"/>
          <w:color w:val="263342"/>
          <w:sz w:val="18"/>
        </w:rPr>
        <w:t>After the story, revisit one prediction.</w:t>
      </w:r>
    </w:p>
    <w:p>
      <w:pPr>
        <w:pStyle w:val="ListBullet"/>
        <w:spacing w:before="0" w:after="40" w:line="250" w:lineRule="auto"/>
      </w:pPr>
      <w:r>
        <w:rPr>
          <w:rFonts w:ascii="Liberation Sans" w:hAnsi="Liberation Sans" w:eastAsia="Liberation Sans"/>
          <w:b w:val="0"/>
          <w:i w:val="0"/>
          <w:color w:val="263342"/>
          <w:sz w:val="18"/>
        </w:rPr>
        <w:t>Connect the strongest symbol to the Remember This.</w:t>
      </w:r>
    </w:p>
    <w:p>
      <w:pPr>
        <w:spacing w:before="100" w:after="40"/>
        <w:keepNext/>
      </w:pPr>
      <w:r>
        <w:rPr>
          <w:rFonts w:ascii="Liberation Sans" w:hAnsi="Liberation Sans" w:eastAsia="Liberation Sans"/>
          <w:b/>
          <w:i w:val="0"/>
          <w:color w:val="E26A2C"/>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Provide a seated search sheet with the same symbols.</w:t>
      </w:r>
    </w:p>
    <w:p>
      <w:pPr>
        <w:pStyle w:val="ListBullet"/>
        <w:spacing w:before="0" w:after="40" w:line="250" w:lineRule="auto"/>
      </w:pPr>
      <w:r>
        <w:rPr>
          <w:rFonts w:ascii="Liberation Sans" w:hAnsi="Liberation Sans" w:eastAsia="Liberation Sans"/>
          <w:b w:val="0"/>
          <w:i w:val="0"/>
          <w:color w:val="263342"/>
          <w:sz w:val="18"/>
        </w:rPr>
        <w:t>Pair readers and nonreaders; accept pointing or device-based responses.</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A family member chooses one object at home that reminds them of the Remember This and explains why.</w:t>
            </w:r>
          </w:p>
        </w:tc>
      </w:tr>
    </w:tbl>
    <w:p>
      <w:r>
        <w:br w:type="page"/>
      </w:r>
    </w:p>
    <w:p>
      <w:pPr>
        <w:spacing w:after="20"/>
      </w:pPr>
      <w:r>
        <w:rPr>
          <w:rFonts w:ascii="Liberation Sans" w:hAnsi="Liberation Sans" w:eastAsia="Liberation Sans"/>
          <w:b/>
          <w:i w:val="0"/>
          <w:color w:val="E26A2C"/>
          <w:sz w:val="17"/>
        </w:rPr>
        <w:t>SOCIAL: ARRIVAL</w:t>
      </w:r>
    </w:p>
    <w:p>
      <w:pPr>
        <w:spacing w:after="60"/>
      </w:pPr>
      <w:r>
        <w:rPr>
          <w:rFonts w:ascii="Liberation Sans" w:hAnsi="Liberation Sans" w:eastAsia="Liberation Sans"/>
          <w:b/>
          <w:i w:val="0"/>
          <w:color w:val="14243A"/>
          <w:sz w:val="40"/>
        </w:rPr>
        <w:t>Question Bridge</w:t>
      </w:r>
    </w:p>
    <w:p>
      <w:pPr>
        <w:spacing w:after="140"/>
      </w:pPr>
      <w:r>
        <w:rPr>
          <w:rFonts w:ascii="Liberation Sans" w:hAnsi="Liberation Sans" w:eastAsia="Liberation Sans"/>
          <w:b/>
          <w:i w:val="0"/>
          <w:color w:val="526274"/>
          <w:sz w:val="18"/>
        </w:rPr>
        <w:t>ELEMENTARY  |  Game — personal connection</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Children cross a simple floor path by answering low-pressure questions that move from everyday experience toward the Bible story.</w:t>
            </w:r>
          </w:p>
        </w:tc>
      </w:tr>
    </w:tbl>
    <w:p>
      <w:pPr>
        <w:spacing w:before="100" w:after="40"/>
        <w:keepNext/>
      </w:pPr>
      <w:r>
        <w:rPr>
          <w:rFonts w:ascii="Liberation Sans" w:hAnsi="Liberation Sans" w:eastAsia="Liberation Sans"/>
          <w:b/>
          <w:i w:val="0"/>
          <w:color w:val="E26A2C"/>
          <w:sz w:val="18"/>
        </w:rPr>
        <w:t>GATHER</w:t>
      </w:r>
    </w:p>
    <w:p>
      <w:pPr>
        <w:pStyle w:val="ListBullet"/>
        <w:spacing w:before="0" w:after="40" w:line="250" w:lineRule="auto"/>
      </w:pPr>
      <w:r>
        <w:rPr>
          <w:rFonts w:ascii="Liberation Sans" w:hAnsi="Liberation Sans" w:eastAsia="Liberation Sans"/>
          <w:b w:val="0"/>
          <w:i w:val="0"/>
          <w:color w:val="263342"/>
          <w:sz w:val="18"/>
        </w:rPr>
        <w:t>Five floor cards</w:t>
      </w:r>
    </w:p>
    <w:p>
      <w:pPr>
        <w:pStyle w:val="ListBullet"/>
        <w:spacing w:before="0" w:after="40" w:line="250" w:lineRule="auto"/>
      </w:pPr>
      <w:r>
        <w:rPr>
          <w:rFonts w:ascii="Liberation Sans" w:hAnsi="Liberation Sans" w:eastAsia="Liberation Sans"/>
          <w:b w:val="0"/>
          <w:i w:val="0"/>
          <w:color w:val="263342"/>
          <w:sz w:val="18"/>
        </w:rPr>
        <w:t>Five question cards</w:t>
      </w:r>
    </w:p>
    <w:p>
      <w:pPr>
        <w:spacing w:before="100" w:after="40"/>
        <w:keepNext/>
      </w:pPr>
      <w:r>
        <w:rPr>
          <w:rFonts w:ascii="Liberation Sans" w:hAnsi="Liberation Sans" w:eastAsia="Liberation Sans"/>
          <w:b/>
          <w:i w:val="0"/>
          <w:color w:val="E26A2C"/>
          <w:sz w:val="18"/>
        </w:rPr>
        <w:t>SET UP</w:t>
      </w:r>
    </w:p>
    <w:p>
      <w:pPr>
        <w:pStyle w:val="ListBullet"/>
        <w:spacing w:before="0" w:after="40" w:line="250" w:lineRule="auto"/>
      </w:pPr>
      <w:r>
        <w:rPr>
          <w:rFonts w:ascii="Liberation Sans" w:hAnsi="Liberation Sans" w:eastAsia="Liberation Sans"/>
          <w:b w:val="0"/>
          <w:i w:val="0"/>
          <w:color w:val="263342"/>
          <w:sz w:val="18"/>
        </w:rPr>
        <w:t>Lay cards like stepping-stones.</w:t>
      </w:r>
    </w:p>
    <w:p>
      <w:pPr>
        <w:pStyle w:val="ListBullet"/>
        <w:spacing w:before="0" w:after="40" w:line="250" w:lineRule="auto"/>
      </w:pPr>
      <w:r>
        <w:rPr>
          <w:rFonts w:ascii="Liberation Sans" w:hAnsi="Liberation Sans" w:eastAsia="Liberation Sans"/>
          <w:b w:val="0"/>
          <w:i w:val="0"/>
          <w:color w:val="263342"/>
          <w:sz w:val="18"/>
        </w:rPr>
        <w:t>Begin with easy preferences; end with a story-related choice.</w:t>
      </w:r>
    </w:p>
    <w:p>
      <w:pPr>
        <w:spacing w:before="100" w:after="40"/>
        <w:keepNext/>
      </w:pPr>
      <w:r>
        <w:rPr>
          <w:rFonts w:ascii="Liberation Sans" w:hAnsi="Liberation Sans" w:eastAsia="Liberation Sans"/>
          <w:b/>
          <w:i w:val="0"/>
          <w:color w:val="E26A2C"/>
          <w:sz w:val="18"/>
        </w:rPr>
        <w:t>LEAD IT</w:t>
      </w:r>
    </w:p>
    <w:p>
      <w:pPr>
        <w:pStyle w:val="ListBullet"/>
        <w:spacing w:before="0" w:after="40" w:line="250" w:lineRule="auto"/>
      </w:pPr>
      <w:r>
        <w:rPr>
          <w:rFonts w:ascii="Liberation Sans" w:hAnsi="Liberation Sans" w:eastAsia="Liberation Sans"/>
          <w:b w:val="0"/>
          <w:i w:val="0"/>
          <w:color w:val="263342"/>
          <w:sz w:val="18"/>
        </w:rPr>
        <w:t>Children may answer, pass, or invite a partner to answer.</w:t>
      </w:r>
    </w:p>
    <w:p>
      <w:pPr>
        <w:pStyle w:val="ListBullet"/>
        <w:spacing w:before="0" w:after="40" w:line="250" w:lineRule="auto"/>
      </w:pPr>
      <w:r>
        <w:rPr>
          <w:rFonts w:ascii="Liberation Sans" w:hAnsi="Liberation Sans" w:eastAsia="Liberation Sans"/>
          <w:b w:val="0"/>
          <w:i w:val="0"/>
          <w:color w:val="263342"/>
          <w:sz w:val="18"/>
        </w:rPr>
        <w:t>Move one card after each response; the group builds the bridge together.</w:t>
      </w:r>
    </w:p>
    <w:p>
      <w:pPr>
        <w:pStyle w:val="ListBullet"/>
        <w:spacing w:before="0" w:after="40" w:line="250" w:lineRule="auto"/>
      </w:pPr>
      <w:r>
        <w:rPr>
          <w:rFonts w:ascii="Liberation Sans" w:hAnsi="Liberation Sans" w:eastAsia="Liberation Sans"/>
          <w:b w:val="0"/>
          <w:i w:val="0"/>
          <w:color w:val="263342"/>
          <w:sz w:val="18"/>
        </w:rPr>
        <w:t>Keep questions safe and never demand personal disclosure.</w:t>
      </w:r>
    </w:p>
    <w:p>
      <w:pPr>
        <w:spacing w:before="100" w:after="40"/>
        <w:keepNext/>
      </w:pPr>
      <w:r>
        <w:rPr>
          <w:rFonts w:ascii="Liberation Sans" w:hAnsi="Liberation Sans" w:eastAsia="Liberation Sans"/>
          <w:b/>
          <w:i w:val="0"/>
          <w:color w:val="E26A2C"/>
          <w:sz w:val="18"/>
        </w:rPr>
        <w:t>LAND THE TRUTH</w:t>
      </w:r>
    </w:p>
    <w:p>
      <w:pPr>
        <w:pStyle w:val="ListBullet"/>
        <w:spacing w:before="0" w:after="40" w:line="250" w:lineRule="auto"/>
      </w:pPr>
      <w:r>
        <w:rPr>
          <w:rFonts w:ascii="Liberation Sans" w:hAnsi="Liberation Sans" w:eastAsia="Liberation Sans"/>
          <w:b w:val="0"/>
          <w:i w:val="0"/>
          <w:color w:val="263342"/>
          <w:sz w:val="18"/>
        </w:rPr>
        <w:t>Name the idea connecting the final question to the story.</w:t>
      </w:r>
    </w:p>
    <w:p>
      <w:pPr>
        <w:pStyle w:val="ListBullet"/>
        <w:spacing w:before="0" w:after="40" w:line="250" w:lineRule="auto"/>
      </w:pPr>
      <w:r>
        <w:rPr>
          <w:rFonts w:ascii="Liberation Sans" w:hAnsi="Liberation Sans" w:eastAsia="Liberation Sans"/>
          <w:b w:val="0"/>
          <w:i w:val="0"/>
          <w:color w:val="263342"/>
          <w:sz w:val="18"/>
        </w:rPr>
        <w:t>Say: “Let’s see what God’s Word shows us.”</w:t>
      </w:r>
    </w:p>
    <w:p>
      <w:pPr>
        <w:spacing w:before="100" w:after="40"/>
        <w:keepNext/>
      </w:pPr>
      <w:r>
        <w:rPr>
          <w:rFonts w:ascii="Liberation Sans" w:hAnsi="Liberation Sans" w:eastAsia="Liberation Sans"/>
          <w:b/>
          <w:i w:val="0"/>
          <w:color w:val="E26A2C"/>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Use tabletop cards or verbal choices.</w:t>
      </w:r>
    </w:p>
    <w:p>
      <w:pPr>
        <w:pStyle w:val="ListBullet"/>
        <w:spacing w:before="0" w:after="40" w:line="250" w:lineRule="auto"/>
      </w:pPr>
      <w:r>
        <w:rPr>
          <w:rFonts w:ascii="Liberation Sans" w:hAnsi="Liberation Sans" w:eastAsia="Liberation Sans"/>
          <w:b w:val="0"/>
          <w:i w:val="0"/>
          <w:color w:val="263342"/>
          <w:sz w:val="18"/>
        </w:rPr>
        <w:t>Preview questions for children who need predictability.</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Ask one bridge question during a meal and connect it to the month’s song.</w:t>
            </w:r>
          </w:p>
        </w:tc>
      </w:tr>
    </w:tbl>
    <w:p>
      <w:r>
        <w:br w:type="page"/>
      </w:r>
    </w:p>
    <w:p>
      <w:pPr>
        <w:spacing w:after="20"/>
      </w:pPr>
      <w:r>
        <w:rPr>
          <w:rFonts w:ascii="Liberation Sans" w:hAnsi="Liberation Sans" w:eastAsia="Liberation Sans"/>
          <w:b/>
          <w:i w:val="0"/>
          <w:color w:val="E26A2C"/>
          <w:sz w:val="17"/>
        </w:rPr>
        <w:t>GROUPS: STORY REVIEW</w:t>
      </w:r>
    </w:p>
    <w:p>
      <w:pPr>
        <w:spacing w:after="60"/>
      </w:pPr>
      <w:r>
        <w:rPr>
          <w:rFonts w:ascii="Liberation Sans" w:hAnsi="Liberation Sans" w:eastAsia="Liberation Sans"/>
          <w:b/>
          <w:i w:val="0"/>
          <w:color w:val="14243A"/>
          <w:sz w:val="40"/>
        </w:rPr>
        <w:t>Sequence Without Speed</w:t>
      </w:r>
    </w:p>
    <w:p>
      <w:pPr>
        <w:spacing w:after="140"/>
      </w:pPr>
      <w:r>
        <w:rPr>
          <w:rFonts w:ascii="Liberation Sans" w:hAnsi="Liberation Sans" w:eastAsia="Liberation Sans"/>
          <w:b/>
          <w:i w:val="0"/>
          <w:color w:val="526274"/>
          <w:sz w:val="18"/>
        </w:rPr>
        <w:t>ELEMENTARY  |  Game — cooperative recall</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The group assembles story moments in order, explaining how each moment supports the Remember This.</w:t>
            </w:r>
          </w:p>
        </w:tc>
      </w:tr>
    </w:tbl>
    <w:p>
      <w:pPr>
        <w:spacing w:before="100" w:after="40"/>
        <w:keepNext/>
      </w:pPr>
      <w:r>
        <w:rPr>
          <w:rFonts w:ascii="Liberation Sans" w:hAnsi="Liberation Sans" w:eastAsia="Liberation Sans"/>
          <w:b/>
          <w:i w:val="0"/>
          <w:color w:val="E26A2C"/>
          <w:sz w:val="18"/>
        </w:rPr>
        <w:t>GATHER</w:t>
      </w:r>
    </w:p>
    <w:p>
      <w:pPr>
        <w:pStyle w:val="ListBullet"/>
        <w:spacing w:before="0" w:after="40" w:line="250" w:lineRule="auto"/>
      </w:pPr>
      <w:r>
        <w:rPr>
          <w:rFonts w:ascii="Liberation Sans" w:hAnsi="Liberation Sans" w:eastAsia="Liberation Sans"/>
          <w:b w:val="0"/>
          <w:i w:val="0"/>
          <w:color w:val="263342"/>
          <w:sz w:val="18"/>
        </w:rPr>
        <w:t>Large story-moment cards</w:t>
      </w:r>
    </w:p>
    <w:p>
      <w:pPr>
        <w:pStyle w:val="ListBullet"/>
        <w:spacing w:before="0" w:after="40" w:line="250" w:lineRule="auto"/>
      </w:pPr>
      <w:r>
        <w:rPr>
          <w:rFonts w:ascii="Liberation Sans" w:hAnsi="Liberation Sans" w:eastAsia="Liberation Sans"/>
          <w:b w:val="0"/>
          <w:i w:val="0"/>
          <w:color w:val="263342"/>
          <w:sz w:val="18"/>
        </w:rPr>
        <w:t>Blank “something is missing” card</w:t>
      </w:r>
    </w:p>
    <w:p>
      <w:pPr>
        <w:pStyle w:val="ListBullet"/>
        <w:spacing w:before="0" w:after="40" w:line="250" w:lineRule="auto"/>
      </w:pPr>
      <w:r>
        <w:rPr>
          <w:rFonts w:ascii="Liberation Sans" w:hAnsi="Liberation Sans" w:eastAsia="Liberation Sans"/>
          <w:b w:val="0"/>
          <w:i w:val="0"/>
          <w:color w:val="263342"/>
          <w:sz w:val="18"/>
        </w:rPr>
        <w:t>Floor or table space</w:t>
      </w:r>
    </w:p>
    <w:p>
      <w:pPr>
        <w:spacing w:before="100" w:after="40"/>
        <w:keepNext/>
      </w:pPr>
      <w:r>
        <w:rPr>
          <w:rFonts w:ascii="Liberation Sans" w:hAnsi="Liberation Sans" w:eastAsia="Liberation Sans"/>
          <w:b/>
          <w:i w:val="0"/>
          <w:color w:val="E26A2C"/>
          <w:sz w:val="18"/>
        </w:rPr>
        <w:t>SET UP</w:t>
      </w:r>
    </w:p>
    <w:p>
      <w:pPr>
        <w:pStyle w:val="ListBullet"/>
        <w:spacing w:before="0" w:after="40" w:line="250" w:lineRule="auto"/>
      </w:pPr>
      <w:r>
        <w:rPr>
          <w:rFonts w:ascii="Liberation Sans" w:hAnsi="Liberation Sans" w:eastAsia="Liberation Sans"/>
          <w:b w:val="0"/>
          <w:i w:val="0"/>
          <w:color w:val="263342"/>
          <w:sz w:val="18"/>
        </w:rPr>
        <w:t>Prepare cards from the week’s actual Bible story.</w:t>
      </w:r>
    </w:p>
    <w:p>
      <w:pPr>
        <w:pStyle w:val="ListBullet"/>
        <w:spacing w:before="0" w:after="40" w:line="250" w:lineRule="auto"/>
      </w:pPr>
      <w:r>
        <w:rPr>
          <w:rFonts w:ascii="Liberation Sans" w:hAnsi="Liberation Sans" w:eastAsia="Liberation Sans"/>
          <w:b w:val="0"/>
          <w:i w:val="0"/>
          <w:color w:val="263342"/>
          <w:sz w:val="18"/>
        </w:rPr>
        <w:t>Mix the order and include one blank card.</w:t>
      </w:r>
    </w:p>
    <w:p>
      <w:pPr>
        <w:spacing w:before="100" w:after="40"/>
        <w:keepNext/>
      </w:pPr>
      <w:r>
        <w:rPr>
          <w:rFonts w:ascii="Liberation Sans" w:hAnsi="Liberation Sans" w:eastAsia="Liberation Sans"/>
          <w:b/>
          <w:i w:val="0"/>
          <w:color w:val="E26A2C"/>
          <w:sz w:val="18"/>
        </w:rPr>
        <w:t>LEAD IT</w:t>
      </w:r>
    </w:p>
    <w:p>
      <w:pPr>
        <w:pStyle w:val="ListBullet"/>
        <w:spacing w:before="0" w:after="40" w:line="250" w:lineRule="auto"/>
      </w:pPr>
      <w:r>
        <w:rPr>
          <w:rFonts w:ascii="Liberation Sans" w:hAnsi="Liberation Sans" w:eastAsia="Liberation Sans"/>
          <w:b w:val="0"/>
          <w:i w:val="0"/>
          <w:color w:val="263342"/>
          <w:sz w:val="18"/>
        </w:rPr>
        <w:t>Everyone places one card or coaches a partner.</w:t>
      </w:r>
    </w:p>
    <w:p>
      <w:pPr>
        <w:pStyle w:val="ListBullet"/>
        <w:spacing w:before="0" w:after="40" w:line="250" w:lineRule="auto"/>
      </w:pPr>
      <w:r>
        <w:rPr>
          <w:rFonts w:ascii="Liberation Sans" w:hAnsi="Liberation Sans" w:eastAsia="Liberation Sans"/>
          <w:b w:val="0"/>
          <w:i w:val="0"/>
          <w:color w:val="263342"/>
          <w:sz w:val="18"/>
        </w:rPr>
        <w:t>After ordering, ask where the blank card could fit and what happened there.</w:t>
      </w:r>
    </w:p>
    <w:p>
      <w:pPr>
        <w:pStyle w:val="ListBullet"/>
        <w:spacing w:before="0" w:after="40" w:line="250" w:lineRule="auto"/>
      </w:pPr>
      <w:r>
        <w:rPr>
          <w:rFonts w:ascii="Liberation Sans" w:hAnsi="Liberation Sans" w:eastAsia="Liberation Sans"/>
          <w:b w:val="0"/>
          <w:i w:val="0"/>
          <w:color w:val="263342"/>
          <w:sz w:val="18"/>
        </w:rPr>
        <w:t>Retell the sequence as one group.</w:t>
      </w:r>
    </w:p>
    <w:p>
      <w:pPr>
        <w:spacing w:before="100" w:after="40"/>
        <w:keepNext/>
      </w:pPr>
      <w:r>
        <w:rPr>
          <w:rFonts w:ascii="Liberation Sans" w:hAnsi="Liberation Sans" w:eastAsia="Liberation Sans"/>
          <w:b/>
          <w:i w:val="0"/>
          <w:color w:val="E26A2C"/>
          <w:sz w:val="18"/>
        </w:rPr>
        <w:t>LAND THE TRUTH</w:t>
      </w:r>
    </w:p>
    <w:p>
      <w:pPr>
        <w:pStyle w:val="ListBullet"/>
        <w:spacing w:before="0" w:after="40" w:line="250" w:lineRule="auto"/>
      </w:pPr>
      <w:r>
        <w:rPr>
          <w:rFonts w:ascii="Liberation Sans" w:hAnsi="Liberation Sans" w:eastAsia="Liberation Sans"/>
          <w:b w:val="0"/>
          <w:i w:val="0"/>
          <w:color w:val="263342"/>
          <w:sz w:val="18"/>
        </w:rPr>
        <w:t>Point to the moment where the Remember This becomes clearest.</w:t>
      </w:r>
    </w:p>
    <w:p>
      <w:pPr>
        <w:pStyle w:val="ListBullet"/>
        <w:spacing w:before="0" w:after="40" w:line="250" w:lineRule="auto"/>
      </w:pPr>
      <w:r>
        <w:rPr>
          <w:rFonts w:ascii="Liberation Sans" w:hAnsi="Liberation Sans" w:eastAsia="Liberation Sans"/>
          <w:b w:val="0"/>
          <w:i w:val="0"/>
          <w:color w:val="263342"/>
          <w:sz w:val="18"/>
        </w:rPr>
        <w:t>Invite one child to connect it to real life.</w:t>
      </w:r>
    </w:p>
    <w:p>
      <w:pPr>
        <w:spacing w:before="100" w:after="40"/>
        <w:keepNext/>
      </w:pPr>
      <w:r>
        <w:rPr>
          <w:rFonts w:ascii="Liberation Sans" w:hAnsi="Liberation Sans" w:eastAsia="Liberation Sans"/>
          <w:b/>
          <w:i w:val="0"/>
          <w:color w:val="E26A2C"/>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Number the back for self-checking.</w:t>
      </w:r>
    </w:p>
    <w:p>
      <w:pPr>
        <w:pStyle w:val="ListBullet"/>
        <w:spacing w:before="0" w:after="40" w:line="250" w:lineRule="auto"/>
      </w:pPr>
      <w:r>
        <w:rPr>
          <w:rFonts w:ascii="Liberation Sans" w:hAnsi="Liberation Sans" w:eastAsia="Liberation Sans"/>
          <w:b w:val="0"/>
          <w:i w:val="0"/>
          <w:color w:val="263342"/>
          <w:sz w:val="18"/>
        </w:rPr>
        <w:t>Use object cues, audio descriptions, or fewer cards.</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Families retell the story in three moments: beginning, turning point, ending.</w:t>
            </w:r>
          </w:p>
        </w:tc>
      </w:tr>
    </w:tbl>
    <w:p>
      <w:r>
        <w:br w:type="page"/>
      </w:r>
    </w:p>
    <w:p>
      <w:pPr>
        <w:spacing w:after="20"/>
      </w:pPr>
      <w:r>
        <w:rPr>
          <w:rFonts w:ascii="Liberation Sans" w:hAnsi="Liberation Sans" w:eastAsia="Liberation Sans"/>
          <w:b/>
          <w:i w:val="0"/>
          <w:color w:val="E26A2C"/>
          <w:sz w:val="17"/>
        </w:rPr>
        <w:t>GROUPS: APPLICATION</w:t>
      </w:r>
    </w:p>
    <w:p>
      <w:pPr>
        <w:spacing w:after="60"/>
      </w:pPr>
      <w:r>
        <w:rPr>
          <w:rFonts w:ascii="Liberation Sans" w:hAnsi="Liberation Sans" w:eastAsia="Liberation Sans"/>
          <w:b/>
          <w:i w:val="0"/>
          <w:color w:val="14243A"/>
          <w:sz w:val="40"/>
        </w:rPr>
        <w:t>Truth-in-Action Corners</w:t>
      </w:r>
    </w:p>
    <w:p>
      <w:pPr>
        <w:spacing w:after="140"/>
      </w:pPr>
      <w:r>
        <w:rPr>
          <w:rFonts w:ascii="Liberation Sans" w:hAnsi="Liberation Sans" w:eastAsia="Liberation Sans"/>
          <w:b/>
          <w:i w:val="0"/>
          <w:color w:val="526274"/>
          <w:sz w:val="18"/>
        </w:rPr>
        <w:t>ELEMENTARY  |  Game — decision practice</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Children choose among possible responses to realistic situations, then test each choice against the Remember This.</w:t>
            </w:r>
          </w:p>
        </w:tc>
      </w:tr>
    </w:tbl>
    <w:p>
      <w:pPr>
        <w:spacing w:before="100" w:after="40"/>
        <w:keepNext/>
      </w:pPr>
      <w:r>
        <w:rPr>
          <w:rFonts w:ascii="Liberation Sans" w:hAnsi="Liberation Sans" w:eastAsia="Liberation Sans"/>
          <w:b/>
          <w:i w:val="0"/>
          <w:color w:val="E26A2C"/>
          <w:sz w:val="18"/>
        </w:rPr>
        <w:t>GATHER</w:t>
      </w:r>
    </w:p>
    <w:p>
      <w:pPr>
        <w:pStyle w:val="ListBullet"/>
        <w:spacing w:before="0" w:after="40" w:line="250" w:lineRule="auto"/>
      </w:pPr>
      <w:r>
        <w:rPr>
          <w:rFonts w:ascii="Liberation Sans" w:hAnsi="Liberation Sans" w:eastAsia="Liberation Sans"/>
          <w:b w:val="0"/>
          <w:i w:val="0"/>
          <w:color w:val="263342"/>
          <w:sz w:val="18"/>
        </w:rPr>
        <w:t>Four action signs</w:t>
      </w:r>
    </w:p>
    <w:p>
      <w:pPr>
        <w:pStyle w:val="ListBullet"/>
        <w:spacing w:before="0" w:after="40" w:line="250" w:lineRule="auto"/>
      </w:pPr>
      <w:r>
        <w:rPr>
          <w:rFonts w:ascii="Liberation Sans" w:hAnsi="Liberation Sans" w:eastAsia="Liberation Sans"/>
          <w:b w:val="0"/>
          <w:i w:val="0"/>
          <w:color w:val="263342"/>
          <w:sz w:val="18"/>
        </w:rPr>
        <w:t>Scenario cards</w:t>
      </w:r>
    </w:p>
    <w:p>
      <w:pPr>
        <w:pStyle w:val="ListBullet"/>
        <w:spacing w:before="0" w:after="40" w:line="250" w:lineRule="auto"/>
      </w:pPr>
      <w:r>
        <w:rPr>
          <w:rFonts w:ascii="Liberation Sans" w:hAnsi="Liberation Sans" w:eastAsia="Liberation Sans"/>
          <w:b w:val="0"/>
          <w:i w:val="0"/>
          <w:color w:val="263342"/>
          <w:sz w:val="18"/>
        </w:rPr>
        <w:t>Open corners or tabletop zones</w:t>
      </w:r>
    </w:p>
    <w:p>
      <w:pPr>
        <w:spacing w:before="100" w:after="40"/>
        <w:keepNext/>
      </w:pPr>
      <w:r>
        <w:rPr>
          <w:rFonts w:ascii="Liberation Sans" w:hAnsi="Liberation Sans" w:eastAsia="Liberation Sans"/>
          <w:b/>
          <w:i w:val="0"/>
          <w:color w:val="E26A2C"/>
          <w:sz w:val="18"/>
        </w:rPr>
        <w:t>SET UP</w:t>
      </w:r>
    </w:p>
    <w:p>
      <w:pPr>
        <w:pStyle w:val="ListBullet"/>
        <w:spacing w:before="0" w:after="40" w:line="250" w:lineRule="auto"/>
      </w:pPr>
      <w:r>
        <w:rPr>
          <w:rFonts w:ascii="Liberation Sans" w:hAnsi="Liberation Sans" w:eastAsia="Liberation Sans"/>
          <w:b w:val="0"/>
          <w:i w:val="0"/>
          <w:color w:val="263342"/>
          <w:sz w:val="18"/>
        </w:rPr>
        <w:t>Label actions such as pause, ask, help, pray.</w:t>
      </w:r>
    </w:p>
    <w:p>
      <w:pPr>
        <w:pStyle w:val="ListBullet"/>
        <w:spacing w:before="0" w:after="40" w:line="250" w:lineRule="auto"/>
      </w:pPr>
      <w:r>
        <w:rPr>
          <w:rFonts w:ascii="Liberation Sans" w:hAnsi="Liberation Sans" w:eastAsia="Liberation Sans"/>
          <w:b w:val="0"/>
          <w:i w:val="0"/>
          <w:color w:val="263342"/>
          <w:sz w:val="18"/>
        </w:rPr>
        <w:t>Write age-appropriate scenarios with no “gotcha” answers.</w:t>
      </w:r>
    </w:p>
    <w:p>
      <w:pPr>
        <w:spacing w:before="100" w:after="40"/>
        <w:keepNext/>
      </w:pPr>
      <w:r>
        <w:rPr>
          <w:rFonts w:ascii="Liberation Sans" w:hAnsi="Liberation Sans" w:eastAsia="Liberation Sans"/>
          <w:b/>
          <w:i w:val="0"/>
          <w:color w:val="E26A2C"/>
          <w:sz w:val="18"/>
        </w:rPr>
        <w:t>LEAD IT</w:t>
      </w:r>
    </w:p>
    <w:p>
      <w:pPr>
        <w:pStyle w:val="ListBullet"/>
        <w:spacing w:before="0" w:after="40" w:line="250" w:lineRule="auto"/>
      </w:pPr>
      <w:r>
        <w:rPr>
          <w:rFonts w:ascii="Liberation Sans" w:hAnsi="Liberation Sans" w:eastAsia="Liberation Sans"/>
          <w:b w:val="0"/>
          <w:i w:val="0"/>
          <w:color w:val="263342"/>
          <w:sz w:val="18"/>
        </w:rPr>
        <w:t>Read a scenario and invite children to choose an action zone.</w:t>
      </w:r>
    </w:p>
    <w:p>
      <w:pPr>
        <w:pStyle w:val="ListBullet"/>
        <w:spacing w:before="0" w:after="40" w:line="250" w:lineRule="auto"/>
      </w:pPr>
      <w:r>
        <w:rPr>
          <w:rFonts w:ascii="Liberation Sans" w:hAnsi="Liberation Sans" w:eastAsia="Liberation Sans"/>
          <w:b w:val="0"/>
          <w:i w:val="0"/>
          <w:color w:val="263342"/>
          <w:sz w:val="18"/>
        </w:rPr>
        <w:t>Ask one volunteer in each zone to explain the choice.</w:t>
      </w:r>
    </w:p>
    <w:p>
      <w:pPr>
        <w:pStyle w:val="ListBullet"/>
        <w:spacing w:before="0" w:after="40" w:line="250" w:lineRule="auto"/>
      </w:pPr>
      <w:r>
        <w:rPr>
          <w:rFonts w:ascii="Liberation Sans" w:hAnsi="Liberation Sans" w:eastAsia="Liberation Sans"/>
          <w:b w:val="0"/>
          <w:i w:val="0"/>
          <w:color w:val="263342"/>
          <w:sz w:val="18"/>
        </w:rPr>
        <w:t>Allow children to switch after hearing others.</w:t>
      </w:r>
    </w:p>
    <w:p>
      <w:pPr>
        <w:spacing w:before="100" w:after="40"/>
        <w:keepNext/>
      </w:pPr>
      <w:r>
        <w:rPr>
          <w:rFonts w:ascii="Liberation Sans" w:hAnsi="Liberation Sans" w:eastAsia="Liberation Sans"/>
          <w:b/>
          <w:i w:val="0"/>
          <w:color w:val="E26A2C"/>
          <w:sz w:val="18"/>
        </w:rPr>
        <w:t>LAND THE TRUTH</w:t>
      </w:r>
    </w:p>
    <w:p>
      <w:pPr>
        <w:pStyle w:val="ListBullet"/>
        <w:spacing w:before="0" w:after="40" w:line="250" w:lineRule="auto"/>
      </w:pPr>
      <w:r>
        <w:rPr>
          <w:rFonts w:ascii="Liberation Sans" w:hAnsi="Liberation Sans" w:eastAsia="Liberation Sans"/>
          <w:b w:val="0"/>
          <w:i w:val="0"/>
          <w:color w:val="263342"/>
          <w:sz w:val="18"/>
        </w:rPr>
        <w:t>Name how more than one faithful response can fit.</w:t>
      </w:r>
    </w:p>
    <w:p>
      <w:pPr>
        <w:pStyle w:val="ListBullet"/>
        <w:spacing w:before="0" w:after="40" w:line="250" w:lineRule="auto"/>
      </w:pPr>
      <w:r>
        <w:rPr>
          <w:rFonts w:ascii="Liberation Sans" w:hAnsi="Liberation Sans" w:eastAsia="Liberation Sans"/>
          <w:b w:val="0"/>
          <w:i w:val="0"/>
          <w:color w:val="263342"/>
          <w:sz w:val="18"/>
        </w:rPr>
        <w:t>Repeat the Remember This as the decision filter.</w:t>
      </w:r>
    </w:p>
    <w:p>
      <w:pPr>
        <w:spacing w:before="100" w:after="40"/>
        <w:keepNext/>
      </w:pPr>
      <w:r>
        <w:rPr>
          <w:rFonts w:ascii="Liberation Sans" w:hAnsi="Liberation Sans" w:eastAsia="Liberation Sans"/>
          <w:b/>
          <w:i w:val="0"/>
          <w:color w:val="E26A2C"/>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Use response cards so movement is optional.</w:t>
      </w:r>
    </w:p>
    <w:p>
      <w:pPr>
        <w:pStyle w:val="ListBullet"/>
        <w:spacing w:before="0" w:after="40" w:line="250" w:lineRule="auto"/>
      </w:pPr>
      <w:r>
        <w:rPr>
          <w:rFonts w:ascii="Liberation Sans" w:hAnsi="Liberation Sans" w:eastAsia="Liberation Sans"/>
          <w:b w:val="0"/>
          <w:i w:val="0"/>
          <w:color w:val="263342"/>
          <w:sz w:val="18"/>
        </w:rPr>
        <w:t>Read scenarios privately to children who avoid group pressure.</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Try the four action words during one family decision this week.</w:t>
            </w:r>
          </w:p>
        </w:tc>
      </w:tr>
    </w:tbl>
    <w:p>
      <w:r>
        <w:br w:type="page"/>
      </w:r>
    </w:p>
    <w:p>
      <w:pPr>
        <w:spacing w:after="20"/>
      </w:pPr>
      <w:r>
        <w:rPr>
          <w:rFonts w:ascii="Liberation Sans" w:hAnsi="Liberation Sans" w:eastAsia="Liberation Sans"/>
          <w:b/>
          <w:i w:val="0"/>
          <w:color w:val="E26A2C"/>
          <w:sz w:val="17"/>
        </w:rPr>
        <w:t>GROUPS: VERSE REVIEW</w:t>
      </w:r>
    </w:p>
    <w:p>
      <w:pPr>
        <w:spacing w:after="60"/>
      </w:pPr>
      <w:r>
        <w:rPr>
          <w:rFonts w:ascii="Liberation Sans" w:hAnsi="Liberation Sans" w:eastAsia="Liberation Sans"/>
          <w:b/>
          <w:i w:val="0"/>
          <w:color w:val="14243A"/>
          <w:sz w:val="40"/>
        </w:rPr>
        <w:t>Verse Build Circuit</w:t>
      </w:r>
    </w:p>
    <w:p>
      <w:pPr>
        <w:spacing w:after="140"/>
      </w:pPr>
      <w:r>
        <w:rPr>
          <w:rFonts w:ascii="Liberation Sans" w:hAnsi="Liberation Sans" w:eastAsia="Liberation Sans"/>
          <w:b/>
          <w:i w:val="0"/>
          <w:color w:val="526274"/>
          <w:sz w:val="18"/>
        </w:rPr>
        <w:t>ELEMENTARY  |  Game — meaning before memory</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Children move through phrase stations, deciding what each section of the month’s verse means before assembling it.</w:t>
            </w:r>
          </w:p>
        </w:tc>
      </w:tr>
    </w:tbl>
    <w:p>
      <w:pPr>
        <w:spacing w:before="100" w:after="40"/>
        <w:keepNext/>
      </w:pPr>
      <w:r>
        <w:rPr>
          <w:rFonts w:ascii="Liberation Sans" w:hAnsi="Liberation Sans" w:eastAsia="Liberation Sans"/>
          <w:b/>
          <w:i w:val="0"/>
          <w:color w:val="E26A2C"/>
          <w:sz w:val="18"/>
        </w:rPr>
        <w:t>GATHER</w:t>
      </w:r>
    </w:p>
    <w:p>
      <w:pPr>
        <w:pStyle w:val="ListBullet"/>
        <w:spacing w:before="0" w:after="40" w:line="250" w:lineRule="auto"/>
      </w:pPr>
      <w:r>
        <w:rPr>
          <w:rFonts w:ascii="Liberation Sans" w:hAnsi="Liberation Sans" w:eastAsia="Liberation Sans"/>
          <w:b w:val="0"/>
          <w:i w:val="0"/>
          <w:color w:val="263342"/>
          <w:sz w:val="18"/>
        </w:rPr>
        <w:t>Verse phrase cards</w:t>
      </w:r>
    </w:p>
    <w:p>
      <w:pPr>
        <w:pStyle w:val="ListBullet"/>
        <w:spacing w:before="0" w:after="40" w:line="250" w:lineRule="auto"/>
      </w:pPr>
      <w:r>
        <w:rPr>
          <w:rFonts w:ascii="Liberation Sans" w:hAnsi="Liberation Sans" w:eastAsia="Liberation Sans"/>
          <w:b w:val="0"/>
          <w:i w:val="0"/>
          <w:color w:val="263342"/>
          <w:sz w:val="18"/>
        </w:rPr>
        <w:t>Meaning cards or simple objects</w:t>
      </w:r>
    </w:p>
    <w:p>
      <w:pPr>
        <w:pStyle w:val="ListBullet"/>
        <w:spacing w:before="0" w:after="40" w:line="250" w:lineRule="auto"/>
      </w:pPr>
      <w:r>
        <w:rPr>
          <w:rFonts w:ascii="Liberation Sans" w:hAnsi="Liberation Sans" w:eastAsia="Liberation Sans"/>
          <w:b w:val="0"/>
          <w:i w:val="0"/>
          <w:color w:val="263342"/>
          <w:sz w:val="18"/>
        </w:rPr>
        <w:t>Four station signs</w:t>
      </w:r>
    </w:p>
    <w:p>
      <w:pPr>
        <w:spacing w:before="100" w:after="40"/>
        <w:keepNext/>
      </w:pPr>
      <w:r>
        <w:rPr>
          <w:rFonts w:ascii="Liberation Sans" w:hAnsi="Liberation Sans" w:eastAsia="Liberation Sans"/>
          <w:b/>
          <w:i w:val="0"/>
          <w:color w:val="E26A2C"/>
          <w:sz w:val="18"/>
        </w:rPr>
        <w:t>SET UP</w:t>
      </w:r>
    </w:p>
    <w:p>
      <w:pPr>
        <w:pStyle w:val="ListBullet"/>
        <w:spacing w:before="0" w:after="40" w:line="250" w:lineRule="auto"/>
      </w:pPr>
      <w:r>
        <w:rPr>
          <w:rFonts w:ascii="Liberation Sans" w:hAnsi="Liberation Sans" w:eastAsia="Liberation Sans"/>
          <w:b w:val="0"/>
          <w:i w:val="0"/>
          <w:color w:val="263342"/>
          <w:sz w:val="18"/>
        </w:rPr>
        <w:t>Divide the approved verse into meaningful phrases.</w:t>
      </w:r>
    </w:p>
    <w:p>
      <w:pPr>
        <w:pStyle w:val="ListBullet"/>
        <w:spacing w:before="0" w:after="40" w:line="250" w:lineRule="auto"/>
      </w:pPr>
      <w:r>
        <w:rPr>
          <w:rFonts w:ascii="Liberation Sans" w:hAnsi="Liberation Sans" w:eastAsia="Liberation Sans"/>
          <w:b w:val="0"/>
          <w:i w:val="0"/>
          <w:color w:val="263342"/>
          <w:sz w:val="18"/>
        </w:rPr>
        <w:t>Pair every phrase with a concrete meaning prompt.</w:t>
      </w:r>
    </w:p>
    <w:p>
      <w:pPr>
        <w:spacing w:before="100" w:after="40"/>
        <w:keepNext/>
      </w:pPr>
      <w:r>
        <w:rPr>
          <w:rFonts w:ascii="Liberation Sans" w:hAnsi="Liberation Sans" w:eastAsia="Liberation Sans"/>
          <w:b/>
          <w:i w:val="0"/>
          <w:color w:val="E26A2C"/>
          <w:sz w:val="18"/>
        </w:rPr>
        <w:t>LEAD IT</w:t>
      </w:r>
    </w:p>
    <w:p>
      <w:pPr>
        <w:pStyle w:val="ListBullet"/>
        <w:spacing w:before="0" w:after="40" w:line="250" w:lineRule="auto"/>
      </w:pPr>
      <w:r>
        <w:rPr>
          <w:rFonts w:ascii="Liberation Sans" w:hAnsi="Liberation Sans" w:eastAsia="Liberation Sans"/>
          <w:b w:val="0"/>
          <w:i w:val="0"/>
          <w:color w:val="263342"/>
          <w:sz w:val="18"/>
        </w:rPr>
        <w:t>Small groups visit stations in any order.</w:t>
      </w:r>
    </w:p>
    <w:p>
      <w:pPr>
        <w:pStyle w:val="ListBullet"/>
        <w:spacing w:before="0" w:after="40" w:line="250" w:lineRule="auto"/>
      </w:pPr>
      <w:r>
        <w:rPr>
          <w:rFonts w:ascii="Liberation Sans" w:hAnsi="Liberation Sans" w:eastAsia="Liberation Sans"/>
          <w:b w:val="0"/>
          <w:i w:val="0"/>
          <w:color w:val="263342"/>
          <w:sz w:val="18"/>
        </w:rPr>
        <w:t>At each station, match a phrase to its meaning and record one motion.</w:t>
      </w:r>
    </w:p>
    <w:p>
      <w:pPr>
        <w:pStyle w:val="ListBullet"/>
        <w:spacing w:before="0" w:after="40" w:line="250" w:lineRule="auto"/>
      </w:pPr>
      <w:r>
        <w:rPr>
          <w:rFonts w:ascii="Liberation Sans" w:hAnsi="Liberation Sans" w:eastAsia="Liberation Sans"/>
          <w:b w:val="0"/>
          <w:i w:val="0"/>
          <w:color w:val="263342"/>
          <w:sz w:val="18"/>
        </w:rPr>
        <w:t>Gather to assemble the verse and perform the motion sequence.</w:t>
      </w:r>
    </w:p>
    <w:p>
      <w:pPr>
        <w:spacing w:before="100" w:after="40"/>
        <w:keepNext/>
      </w:pPr>
      <w:r>
        <w:rPr>
          <w:rFonts w:ascii="Liberation Sans" w:hAnsi="Liberation Sans" w:eastAsia="Liberation Sans"/>
          <w:b/>
          <w:i w:val="0"/>
          <w:color w:val="E26A2C"/>
          <w:sz w:val="18"/>
        </w:rPr>
        <w:t>LAND THE TRUTH</w:t>
      </w:r>
    </w:p>
    <w:p>
      <w:pPr>
        <w:pStyle w:val="ListBullet"/>
        <w:spacing w:before="0" w:after="40" w:line="250" w:lineRule="auto"/>
      </w:pPr>
      <w:r>
        <w:rPr>
          <w:rFonts w:ascii="Liberation Sans" w:hAnsi="Liberation Sans" w:eastAsia="Liberation Sans"/>
          <w:b w:val="0"/>
          <w:i w:val="0"/>
          <w:color w:val="263342"/>
          <w:sz w:val="18"/>
        </w:rPr>
        <w:t>Ask which phrase best supports the Remember This.</w:t>
      </w:r>
    </w:p>
    <w:p>
      <w:pPr>
        <w:pStyle w:val="ListBullet"/>
        <w:spacing w:before="0" w:after="40" w:line="250" w:lineRule="auto"/>
      </w:pPr>
      <w:r>
        <w:rPr>
          <w:rFonts w:ascii="Liberation Sans" w:hAnsi="Liberation Sans" w:eastAsia="Liberation Sans"/>
          <w:b w:val="0"/>
          <w:i w:val="0"/>
          <w:color w:val="263342"/>
          <w:sz w:val="18"/>
        </w:rPr>
        <w:t>Pray the verse idea in the children’s own words.</w:t>
      </w:r>
    </w:p>
    <w:p>
      <w:pPr>
        <w:spacing w:before="100" w:after="40"/>
        <w:keepNext/>
      </w:pPr>
      <w:r>
        <w:rPr>
          <w:rFonts w:ascii="Liberation Sans" w:hAnsi="Liberation Sans" w:eastAsia="Liberation Sans"/>
          <w:b/>
          <w:i w:val="0"/>
          <w:color w:val="E26A2C"/>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Offer large print, audio reading, and fewer phrases.</w:t>
      </w:r>
    </w:p>
    <w:p>
      <w:pPr>
        <w:pStyle w:val="ListBullet"/>
        <w:spacing w:before="0" w:after="40" w:line="250" w:lineRule="auto"/>
      </w:pPr>
      <w:r>
        <w:rPr>
          <w:rFonts w:ascii="Liberation Sans" w:hAnsi="Liberation Sans" w:eastAsia="Liberation Sans"/>
          <w:b w:val="0"/>
          <w:i w:val="0"/>
          <w:color w:val="263342"/>
          <w:sz w:val="18"/>
        </w:rPr>
        <w:t>Let a child be the station guide instead of moving.</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Use the group’s motions while listening to the month’s song.</w:t>
            </w:r>
          </w:p>
        </w:tc>
      </w:tr>
    </w:tbl>
    <w:p>
      <w:r>
        <w:br w:type="page"/>
      </w:r>
    </w:p>
    <w:p>
      <w:pPr>
        <w:spacing w:after="20"/>
      </w:pPr>
      <w:r>
        <w:rPr>
          <w:rFonts w:ascii="Liberation Sans" w:hAnsi="Liberation Sans" w:eastAsia="Liberation Sans"/>
          <w:b/>
          <w:i w:val="0"/>
          <w:color w:val="E26A2C"/>
          <w:sz w:val="17"/>
        </w:rPr>
        <w:t>GROUPS: APPLICATION</w:t>
      </w:r>
    </w:p>
    <w:p>
      <w:pPr>
        <w:spacing w:after="60"/>
      </w:pPr>
      <w:r>
        <w:rPr>
          <w:rFonts w:ascii="Liberation Sans" w:hAnsi="Liberation Sans" w:eastAsia="Liberation Sans"/>
          <w:b/>
          <w:i w:val="0"/>
          <w:color w:val="14243A"/>
          <w:sz w:val="40"/>
        </w:rPr>
        <w:t>Choice-and-Result Path</w:t>
      </w:r>
    </w:p>
    <w:p>
      <w:pPr>
        <w:spacing w:after="140"/>
      </w:pPr>
      <w:r>
        <w:rPr>
          <w:rFonts w:ascii="Liberation Sans" w:hAnsi="Liberation Sans" w:eastAsia="Liberation Sans"/>
          <w:b/>
          <w:i w:val="0"/>
          <w:color w:val="526274"/>
          <w:sz w:val="18"/>
        </w:rPr>
        <w:t>ELEMENTARY  |  Game — wisdom practice</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Children explore how small choices can move a situation toward trust, courage, kindness, or repair.</w:t>
            </w:r>
          </w:p>
        </w:tc>
      </w:tr>
    </w:tbl>
    <w:p>
      <w:pPr>
        <w:spacing w:before="100" w:after="40"/>
        <w:keepNext/>
      </w:pPr>
      <w:r>
        <w:rPr>
          <w:rFonts w:ascii="Liberation Sans" w:hAnsi="Liberation Sans" w:eastAsia="Liberation Sans"/>
          <w:b/>
          <w:i w:val="0"/>
          <w:color w:val="E26A2C"/>
          <w:sz w:val="18"/>
        </w:rPr>
        <w:t>GATHER</w:t>
      </w:r>
    </w:p>
    <w:p>
      <w:pPr>
        <w:pStyle w:val="ListBullet"/>
        <w:spacing w:before="0" w:after="40" w:line="250" w:lineRule="auto"/>
      </w:pPr>
      <w:r>
        <w:rPr>
          <w:rFonts w:ascii="Liberation Sans" w:hAnsi="Liberation Sans" w:eastAsia="Liberation Sans"/>
          <w:b w:val="0"/>
          <w:i w:val="0"/>
          <w:color w:val="263342"/>
          <w:sz w:val="18"/>
        </w:rPr>
        <w:t>Path cards</w:t>
      </w:r>
    </w:p>
    <w:p>
      <w:pPr>
        <w:pStyle w:val="ListBullet"/>
        <w:spacing w:before="0" w:after="40" w:line="250" w:lineRule="auto"/>
      </w:pPr>
      <w:r>
        <w:rPr>
          <w:rFonts w:ascii="Liberation Sans" w:hAnsi="Liberation Sans" w:eastAsia="Liberation Sans"/>
          <w:b w:val="0"/>
          <w:i w:val="0"/>
          <w:color w:val="263342"/>
          <w:sz w:val="18"/>
        </w:rPr>
        <w:t>Choice cards</w:t>
      </w:r>
    </w:p>
    <w:p>
      <w:pPr>
        <w:pStyle w:val="ListBullet"/>
        <w:spacing w:before="0" w:after="40" w:line="250" w:lineRule="auto"/>
      </w:pPr>
      <w:r>
        <w:rPr>
          <w:rFonts w:ascii="Liberation Sans" w:hAnsi="Liberation Sans" w:eastAsia="Liberation Sans"/>
          <w:b w:val="0"/>
          <w:i w:val="0"/>
          <w:color w:val="263342"/>
          <w:sz w:val="18"/>
        </w:rPr>
        <w:t>Result cards</w:t>
      </w:r>
    </w:p>
    <w:p>
      <w:pPr>
        <w:spacing w:before="100" w:after="40"/>
        <w:keepNext/>
      </w:pPr>
      <w:r>
        <w:rPr>
          <w:rFonts w:ascii="Liberation Sans" w:hAnsi="Liberation Sans" w:eastAsia="Liberation Sans"/>
          <w:b/>
          <w:i w:val="0"/>
          <w:color w:val="E26A2C"/>
          <w:sz w:val="18"/>
        </w:rPr>
        <w:t>SET UP</w:t>
      </w:r>
    </w:p>
    <w:p>
      <w:pPr>
        <w:pStyle w:val="ListBullet"/>
        <w:spacing w:before="0" w:after="40" w:line="250" w:lineRule="auto"/>
      </w:pPr>
      <w:r>
        <w:rPr>
          <w:rFonts w:ascii="Liberation Sans" w:hAnsi="Liberation Sans" w:eastAsia="Liberation Sans"/>
          <w:b w:val="0"/>
          <w:i w:val="0"/>
          <w:color w:val="263342"/>
          <w:sz w:val="18"/>
        </w:rPr>
        <w:t>Build three short branching paths on the floor or table.</w:t>
      </w:r>
    </w:p>
    <w:p>
      <w:pPr>
        <w:pStyle w:val="ListBullet"/>
        <w:spacing w:before="0" w:after="40" w:line="250" w:lineRule="auto"/>
      </w:pPr>
      <w:r>
        <w:rPr>
          <w:rFonts w:ascii="Liberation Sans" w:hAnsi="Liberation Sans" w:eastAsia="Liberation Sans"/>
          <w:b w:val="0"/>
          <w:i w:val="0"/>
          <w:color w:val="263342"/>
          <w:sz w:val="18"/>
        </w:rPr>
        <w:t>Keep consequences realistic and restorative, not shame-based.</w:t>
      </w:r>
    </w:p>
    <w:p>
      <w:pPr>
        <w:spacing w:before="100" w:after="40"/>
        <w:keepNext/>
      </w:pPr>
      <w:r>
        <w:rPr>
          <w:rFonts w:ascii="Liberation Sans" w:hAnsi="Liberation Sans" w:eastAsia="Liberation Sans"/>
          <w:b/>
          <w:i w:val="0"/>
          <w:color w:val="E26A2C"/>
          <w:sz w:val="18"/>
        </w:rPr>
        <w:t>LEAD IT</w:t>
      </w:r>
    </w:p>
    <w:p>
      <w:pPr>
        <w:pStyle w:val="ListBullet"/>
        <w:spacing w:before="0" w:after="40" w:line="250" w:lineRule="auto"/>
      </w:pPr>
      <w:r>
        <w:rPr>
          <w:rFonts w:ascii="Liberation Sans" w:hAnsi="Liberation Sans" w:eastAsia="Liberation Sans"/>
          <w:b w:val="0"/>
          <w:i w:val="0"/>
          <w:color w:val="263342"/>
          <w:sz w:val="18"/>
        </w:rPr>
        <w:t>Read the starting situation.</w:t>
      </w:r>
    </w:p>
    <w:p>
      <w:pPr>
        <w:pStyle w:val="ListBullet"/>
        <w:spacing w:before="0" w:after="40" w:line="250" w:lineRule="auto"/>
      </w:pPr>
      <w:r>
        <w:rPr>
          <w:rFonts w:ascii="Liberation Sans" w:hAnsi="Liberation Sans" w:eastAsia="Liberation Sans"/>
          <w:b w:val="0"/>
          <w:i w:val="0"/>
          <w:color w:val="263342"/>
          <w:sz w:val="18"/>
        </w:rPr>
        <w:t>Let the group place a choice, then select the most likely result.</w:t>
      </w:r>
    </w:p>
    <w:p>
      <w:pPr>
        <w:pStyle w:val="ListBullet"/>
        <w:spacing w:before="0" w:after="40" w:line="250" w:lineRule="auto"/>
      </w:pPr>
      <w:r>
        <w:rPr>
          <w:rFonts w:ascii="Liberation Sans" w:hAnsi="Liberation Sans" w:eastAsia="Liberation Sans"/>
          <w:b w:val="0"/>
          <w:i w:val="0"/>
          <w:color w:val="263342"/>
          <w:sz w:val="18"/>
        </w:rPr>
        <w:t>Rewind and test a different choice.</w:t>
      </w:r>
    </w:p>
    <w:p>
      <w:pPr>
        <w:spacing w:before="100" w:after="40"/>
        <w:keepNext/>
      </w:pPr>
      <w:r>
        <w:rPr>
          <w:rFonts w:ascii="Liberation Sans" w:hAnsi="Liberation Sans" w:eastAsia="Liberation Sans"/>
          <w:b/>
          <w:i w:val="0"/>
          <w:color w:val="E26A2C"/>
          <w:sz w:val="18"/>
        </w:rPr>
        <w:t>LAND THE TRUTH</w:t>
      </w:r>
    </w:p>
    <w:p>
      <w:pPr>
        <w:pStyle w:val="ListBullet"/>
        <w:spacing w:before="0" w:after="40" w:line="250" w:lineRule="auto"/>
      </w:pPr>
      <w:r>
        <w:rPr>
          <w:rFonts w:ascii="Liberation Sans" w:hAnsi="Liberation Sans" w:eastAsia="Liberation Sans"/>
          <w:b w:val="0"/>
          <w:i w:val="0"/>
          <w:color w:val="263342"/>
          <w:sz w:val="18"/>
        </w:rPr>
        <w:t>Ask: “Which choice lines up with God’s Word?”</w:t>
      </w:r>
    </w:p>
    <w:p>
      <w:pPr>
        <w:pStyle w:val="ListBullet"/>
        <w:spacing w:before="0" w:after="40" w:line="250" w:lineRule="auto"/>
      </w:pPr>
      <w:r>
        <w:rPr>
          <w:rFonts w:ascii="Liberation Sans" w:hAnsi="Liberation Sans" w:eastAsia="Liberation Sans"/>
          <w:b w:val="0"/>
          <w:i w:val="0"/>
          <w:color w:val="263342"/>
          <w:sz w:val="18"/>
        </w:rPr>
        <w:t>Connect the answer to the Remember This.</w:t>
      </w:r>
    </w:p>
    <w:p>
      <w:pPr>
        <w:spacing w:before="100" w:after="40"/>
        <w:keepNext/>
      </w:pPr>
      <w:r>
        <w:rPr>
          <w:rFonts w:ascii="Liberation Sans" w:hAnsi="Liberation Sans" w:eastAsia="Liberation Sans"/>
          <w:b/>
          <w:i w:val="0"/>
          <w:color w:val="E26A2C"/>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Use icons and read all cards aloud.</w:t>
      </w:r>
    </w:p>
    <w:p>
      <w:pPr>
        <w:pStyle w:val="ListBullet"/>
        <w:spacing w:before="0" w:after="40" w:line="250" w:lineRule="auto"/>
      </w:pPr>
      <w:r>
        <w:rPr>
          <w:rFonts w:ascii="Liberation Sans" w:hAnsi="Liberation Sans" w:eastAsia="Liberation Sans"/>
          <w:b w:val="0"/>
          <w:i w:val="0"/>
          <w:color w:val="263342"/>
          <w:sz w:val="18"/>
        </w:rPr>
        <w:t>Allow private voting before group discussion.</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At day’s end, name one choice that moved the family toward the month’s truth.</w:t>
            </w:r>
          </w:p>
        </w:tc>
      </w:tr>
    </w:tbl>
    <w:p>
      <w:r>
        <w:br w:type="page"/>
      </w:r>
    </w:p>
    <w:p>
      <w:pPr>
        <w:spacing w:after="20"/>
      </w:pPr>
      <w:r>
        <w:rPr>
          <w:rFonts w:ascii="Liberation Sans" w:hAnsi="Liberation Sans" w:eastAsia="Liberation Sans"/>
          <w:b/>
          <w:i w:val="0"/>
          <w:color w:val="E26A2C"/>
          <w:sz w:val="17"/>
        </w:rPr>
        <w:t>GROUPS: SONG RESPONSE</w:t>
      </w:r>
    </w:p>
    <w:p>
      <w:pPr>
        <w:spacing w:after="60"/>
      </w:pPr>
      <w:r>
        <w:rPr>
          <w:rFonts w:ascii="Liberation Sans" w:hAnsi="Liberation Sans" w:eastAsia="Liberation Sans"/>
          <w:b/>
          <w:i w:val="0"/>
          <w:color w:val="14243A"/>
          <w:sz w:val="40"/>
        </w:rPr>
        <w:t>Hook-to-Heart Lab</w:t>
      </w:r>
    </w:p>
    <w:p>
      <w:pPr>
        <w:spacing w:after="140"/>
      </w:pPr>
      <w:r>
        <w:rPr>
          <w:rFonts w:ascii="Liberation Sans" w:hAnsi="Liberation Sans" w:eastAsia="Liberation Sans"/>
          <w:b/>
          <w:i w:val="0"/>
          <w:color w:val="526274"/>
          <w:sz w:val="18"/>
        </w:rPr>
        <w:t>ELEMENTARY  |  Game — lyric application</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Children translate one approved song phrase into movement, a real-life example, and a short prayer.</w:t>
            </w:r>
          </w:p>
        </w:tc>
      </w:tr>
    </w:tbl>
    <w:p>
      <w:pPr>
        <w:spacing w:before="100" w:after="40"/>
        <w:keepNext/>
      </w:pPr>
      <w:r>
        <w:rPr>
          <w:rFonts w:ascii="Liberation Sans" w:hAnsi="Liberation Sans" w:eastAsia="Liberation Sans"/>
          <w:b/>
          <w:i w:val="0"/>
          <w:color w:val="E26A2C"/>
          <w:sz w:val="18"/>
        </w:rPr>
        <w:t>GATHER</w:t>
      </w:r>
    </w:p>
    <w:p>
      <w:pPr>
        <w:pStyle w:val="ListBullet"/>
        <w:spacing w:before="0" w:after="40" w:line="250" w:lineRule="auto"/>
      </w:pPr>
      <w:r>
        <w:rPr>
          <w:rFonts w:ascii="Liberation Sans" w:hAnsi="Liberation Sans" w:eastAsia="Liberation Sans"/>
          <w:b w:val="0"/>
          <w:i w:val="0"/>
          <w:color w:val="263342"/>
          <w:sz w:val="18"/>
        </w:rPr>
        <w:t>One approved song phrase on a card</w:t>
      </w:r>
    </w:p>
    <w:p>
      <w:pPr>
        <w:pStyle w:val="ListBullet"/>
        <w:spacing w:before="0" w:after="40" w:line="250" w:lineRule="auto"/>
      </w:pPr>
      <w:r>
        <w:rPr>
          <w:rFonts w:ascii="Liberation Sans" w:hAnsi="Liberation Sans" w:eastAsia="Liberation Sans"/>
          <w:b w:val="0"/>
          <w:i w:val="0"/>
          <w:color w:val="263342"/>
          <w:sz w:val="18"/>
        </w:rPr>
        <w:t>Blank cards</w:t>
      </w:r>
    </w:p>
    <w:p>
      <w:pPr>
        <w:pStyle w:val="ListBullet"/>
        <w:spacing w:before="0" w:after="40" w:line="250" w:lineRule="auto"/>
      </w:pPr>
      <w:r>
        <w:rPr>
          <w:rFonts w:ascii="Liberation Sans" w:hAnsi="Liberation Sans" w:eastAsia="Liberation Sans"/>
          <w:b w:val="0"/>
          <w:i w:val="0"/>
          <w:color w:val="263342"/>
          <w:sz w:val="18"/>
        </w:rPr>
        <w:t>Markers</w:t>
      </w:r>
    </w:p>
    <w:p>
      <w:pPr>
        <w:pStyle w:val="ListBullet"/>
        <w:spacing w:before="0" w:after="40" w:line="250" w:lineRule="auto"/>
      </w:pPr>
      <w:r>
        <w:rPr>
          <w:rFonts w:ascii="Liberation Sans" w:hAnsi="Liberation Sans" w:eastAsia="Liberation Sans"/>
          <w:b w:val="0"/>
          <w:i w:val="0"/>
          <w:color w:val="263342"/>
          <w:sz w:val="18"/>
        </w:rPr>
        <w:t>Month’s song audio</w:t>
      </w:r>
    </w:p>
    <w:p>
      <w:pPr>
        <w:spacing w:before="100" w:after="40"/>
        <w:keepNext/>
      </w:pPr>
      <w:r>
        <w:rPr>
          <w:rFonts w:ascii="Liberation Sans" w:hAnsi="Liberation Sans" w:eastAsia="Liberation Sans"/>
          <w:b/>
          <w:i w:val="0"/>
          <w:color w:val="E26A2C"/>
          <w:sz w:val="18"/>
        </w:rPr>
        <w:t>SET UP</w:t>
      </w:r>
    </w:p>
    <w:p>
      <w:pPr>
        <w:pStyle w:val="ListBullet"/>
        <w:spacing w:before="0" w:after="40" w:line="250" w:lineRule="auto"/>
      </w:pPr>
      <w:r>
        <w:rPr>
          <w:rFonts w:ascii="Liberation Sans" w:hAnsi="Liberation Sans" w:eastAsia="Liberation Sans"/>
          <w:b w:val="0"/>
          <w:i w:val="0"/>
          <w:color w:val="263342"/>
          <w:sz w:val="18"/>
        </w:rPr>
        <w:t>Choose a phrase that clearly echoes the Bible truth.</w:t>
      </w:r>
    </w:p>
    <w:p>
      <w:pPr>
        <w:pStyle w:val="ListBullet"/>
        <w:spacing w:before="0" w:after="40" w:line="250" w:lineRule="auto"/>
      </w:pPr>
      <w:r>
        <w:rPr>
          <w:rFonts w:ascii="Liberation Sans" w:hAnsi="Liberation Sans" w:eastAsia="Liberation Sans"/>
          <w:b w:val="0"/>
          <w:i w:val="0"/>
          <w:color w:val="263342"/>
          <w:sz w:val="18"/>
        </w:rPr>
        <w:t>Create three zones: move, example, prayer.</w:t>
      </w:r>
    </w:p>
    <w:p>
      <w:pPr>
        <w:spacing w:before="100" w:after="40"/>
        <w:keepNext/>
      </w:pPr>
      <w:r>
        <w:rPr>
          <w:rFonts w:ascii="Liberation Sans" w:hAnsi="Liberation Sans" w:eastAsia="Liberation Sans"/>
          <w:b/>
          <w:i w:val="0"/>
          <w:color w:val="E26A2C"/>
          <w:sz w:val="18"/>
        </w:rPr>
        <w:t>LEAD IT</w:t>
      </w:r>
    </w:p>
    <w:p>
      <w:pPr>
        <w:pStyle w:val="ListBullet"/>
        <w:spacing w:before="0" w:after="40" w:line="250" w:lineRule="auto"/>
      </w:pPr>
      <w:r>
        <w:rPr>
          <w:rFonts w:ascii="Liberation Sans" w:hAnsi="Liberation Sans" w:eastAsia="Liberation Sans"/>
          <w:b w:val="0"/>
          <w:i w:val="0"/>
          <w:color w:val="263342"/>
          <w:sz w:val="18"/>
        </w:rPr>
        <w:t>Groups rotate through the zones.</w:t>
      </w:r>
    </w:p>
    <w:p>
      <w:pPr>
        <w:pStyle w:val="ListBullet"/>
        <w:spacing w:before="0" w:after="40" w:line="250" w:lineRule="auto"/>
      </w:pPr>
      <w:r>
        <w:rPr>
          <w:rFonts w:ascii="Liberation Sans" w:hAnsi="Liberation Sans" w:eastAsia="Liberation Sans"/>
          <w:b w:val="0"/>
          <w:i w:val="0"/>
          <w:color w:val="263342"/>
          <w:sz w:val="18"/>
        </w:rPr>
        <w:t>At “move,” create a gesture; at “example,” name real life; at “prayer,” write one sentence.</w:t>
      </w:r>
    </w:p>
    <w:p>
      <w:pPr>
        <w:pStyle w:val="ListBullet"/>
        <w:spacing w:before="0" w:after="40" w:line="250" w:lineRule="auto"/>
      </w:pPr>
      <w:r>
        <w:rPr>
          <w:rFonts w:ascii="Liberation Sans" w:hAnsi="Liberation Sans" w:eastAsia="Liberation Sans"/>
          <w:b w:val="0"/>
          <w:i w:val="0"/>
          <w:color w:val="263342"/>
          <w:sz w:val="18"/>
        </w:rPr>
        <w:t>Combine the three responses while the phrase plays.</w:t>
      </w:r>
    </w:p>
    <w:p>
      <w:pPr>
        <w:spacing w:before="100" w:after="40"/>
        <w:keepNext/>
      </w:pPr>
      <w:r>
        <w:rPr>
          <w:rFonts w:ascii="Liberation Sans" w:hAnsi="Liberation Sans" w:eastAsia="Liberation Sans"/>
          <w:b/>
          <w:i w:val="0"/>
          <w:color w:val="E26A2C"/>
          <w:sz w:val="18"/>
        </w:rPr>
        <w:t>LAND THE TRUTH</w:t>
      </w:r>
    </w:p>
    <w:p>
      <w:pPr>
        <w:pStyle w:val="ListBullet"/>
        <w:spacing w:before="0" w:after="40" w:line="250" w:lineRule="auto"/>
      </w:pPr>
      <w:r>
        <w:rPr>
          <w:rFonts w:ascii="Liberation Sans" w:hAnsi="Liberation Sans" w:eastAsia="Liberation Sans"/>
          <w:b w:val="0"/>
          <w:i w:val="0"/>
          <w:color w:val="263342"/>
          <w:sz w:val="18"/>
        </w:rPr>
        <w:t>Ask how the lyric helps the truth travel into the week.</w:t>
      </w:r>
    </w:p>
    <w:p>
      <w:pPr>
        <w:pStyle w:val="ListBullet"/>
        <w:spacing w:before="0" w:after="40" w:line="250" w:lineRule="auto"/>
      </w:pPr>
      <w:r>
        <w:rPr>
          <w:rFonts w:ascii="Liberation Sans" w:hAnsi="Liberation Sans" w:eastAsia="Liberation Sans"/>
          <w:b w:val="0"/>
          <w:i w:val="0"/>
          <w:color w:val="263342"/>
          <w:sz w:val="18"/>
        </w:rPr>
        <w:t>Say the Remember This together.</w:t>
      </w:r>
    </w:p>
    <w:p>
      <w:pPr>
        <w:spacing w:before="100" w:after="40"/>
        <w:keepNext/>
      </w:pPr>
      <w:r>
        <w:rPr>
          <w:rFonts w:ascii="Liberation Sans" w:hAnsi="Liberation Sans" w:eastAsia="Liberation Sans"/>
          <w:b/>
          <w:i w:val="0"/>
          <w:color w:val="E26A2C"/>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Offer drawing, speaking, typing, or acting options.</w:t>
      </w:r>
    </w:p>
    <w:p>
      <w:pPr>
        <w:pStyle w:val="ListBullet"/>
        <w:spacing w:before="0" w:after="40" w:line="250" w:lineRule="auto"/>
      </w:pPr>
      <w:r>
        <w:rPr>
          <w:rFonts w:ascii="Liberation Sans" w:hAnsi="Liberation Sans" w:eastAsia="Liberation Sans"/>
          <w:b w:val="0"/>
          <w:i w:val="0"/>
          <w:color w:val="263342"/>
          <w:sz w:val="18"/>
        </w:rPr>
        <w:t>Provide a quiet workspace and prewritten prayer starters.</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Families pause after the chosen phrase and say the one-sentence prayer.</w:t>
            </w:r>
          </w:p>
        </w:tc>
      </w:tr>
    </w:tbl>
    <w:p>
      <w:r>
        <w:br w:type="page"/>
      </w:r>
    </w:p>
    <w:p>
      <w:pPr>
        <w:spacing w:after="20"/>
      </w:pPr>
      <w:r>
        <w:rPr>
          <w:rFonts w:ascii="Liberation Sans" w:hAnsi="Liberation Sans" w:eastAsia="Liberation Sans"/>
          <w:b/>
          <w:i w:val="0"/>
          <w:color w:val="E26A2C"/>
          <w:sz w:val="17"/>
        </w:rPr>
        <w:t>GROUPS: PRAYER</w:t>
      </w:r>
    </w:p>
    <w:p>
      <w:pPr>
        <w:spacing w:after="60"/>
      </w:pPr>
      <w:r>
        <w:rPr>
          <w:rFonts w:ascii="Liberation Sans" w:hAnsi="Liberation Sans" w:eastAsia="Liberation Sans"/>
          <w:b/>
          <w:i w:val="0"/>
          <w:color w:val="14243A"/>
          <w:sz w:val="40"/>
        </w:rPr>
        <w:t>Prayer Pass Map</w:t>
      </w:r>
    </w:p>
    <w:p>
      <w:pPr>
        <w:spacing w:after="140"/>
      </w:pPr>
      <w:r>
        <w:rPr>
          <w:rFonts w:ascii="Liberation Sans" w:hAnsi="Liberation Sans" w:eastAsia="Liberation Sans"/>
          <w:b/>
          <w:i w:val="0"/>
          <w:color w:val="526274"/>
          <w:sz w:val="18"/>
        </w:rPr>
        <w:t>ELEMENTARY  |  Game — outward focus</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A shared map turns the Remember This into short prayers for people and places children know.</w:t>
            </w:r>
          </w:p>
        </w:tc>
      </w:tr>
    </w:tbl>
    <w:p>
      <w:pPr>
        <w:spacing w:before="100" w:after="40"/>
        <w:keepNext/>
      </w:pPr>
      <w:r>
        <w:rPr>
          <w:rFonts w:ascii="Liberation Sans" w:hAnsi="Liberation Sans" w:eastAsia="Liberation Sans"/>
          <w:b/>
          <w:i w:val="0"/>
          <w:color w:val="E26A2C"/>
          <w:sz w:val="18"/>
        </w:rPr>
        <w:t>GATHER</w:t>
      </w:r>
    </w:p>
    <w:p>
      <w:pPr>
        <w:pStyle w:val="ListBullet"/>
        <w:spacing w:before="0" w:after="40" w:line="250" w:lineRule="auto"/>
      </w:pPr>
      <w:r>
        <w:rPr>
          <w:rFonts w:ascii="Liberation Sans" w:hAnsi="Liberation Sans" w:eastAsia="Liberation Sans"/>
          <w:b w:val="0"/>
          <w:i w:val="0"/>
          <w:color w:val="263342"/>
          <w:sz w:val="18"/>
        </w:rPr>
        <w:t>Large simple map: room, neighborhood, city, world</w:t>
      </w:r>
    </w:p>
    <w:p>
      <w:pPr>
        <w:pStyle w:val="ListBullet"/>
        <w:spacing w:before="0" w:after="40" w:line="250" w:lineRule="auto"/>
      </w:pPr>
      <w:r>
        <w:rPr>
          <w:rFonts w:ascii="Liberation Sans" w:hAnsi="Liberation Sans" w:eastAsia="Liberation Sans"/>
          <w:b w:val="0"/>
          <w:i w:val="0"/>
          <w:color w:val="263342"/>
          <w:sz w:val="18"/>
        </w:rPr>
        <w:t>Place markers</w:t>
      </w:r>
    </w:p>
    <w:p>
      <w:pPr>
        <w:pStyle w:val="ListBullet"/>
        <w:spacing w:before="0" w:after="40" w:line="250" w:lineRule="auto"/>
      </w:pPr>
      <w:r>
        <w:rPr>
          <w:rFonts w:ascii="Liberation Sans" w:hAnsi="Liberation Sans" w:eastAsia="Liberation Sans"/>
          <w:b w:val="0"/>
          <w:i w:val="0"/>
          <w:color w:val="263342"/>
          <w:sz w:val="18"/>
        </w:rPr>
        <w:t>Prayer prompt cards</w:t>
      </w:r>
    </w:p>
    <w:p>
      <w:pPr>
        <w:spacing w:before="100" w:after="40"/>
        <w:keepNext/>
      </w:pPr>
      <w:r>
        <w:rPr>
          <w:rFonts w:ascii="Liberation Sans" w:hAnsi="Liberation Sans" w:eastAsia="Liberation Sans"/>
          <w:b/>
          <w:i w:val="0"/>
          <w:color w:val="E26A2C"/>
          <w:sz w:val="18"/>
        </w:rPr>
        <w:t>SET UP</w:t>
      </w:r>
    </w:p>
    <w:p>
      <w:pPr>
        <w:pStyle w:val="ListBullet"/>
        <w:spacing w:before="0" w:after="40" w:line="250" w:lineRule="auto"/>
      </w:pPr>
      <w:r>
        <w:rPr>
          <w:rFonts w:ascii="Liberation Sans" w:hAnsi="Liberation Sans" w:eastAsia="Liberation Sans"/>
          <w:b w:val="0"/>
          <w:i w:val="0"/>
          <w:color w:val="263342"/>
          <w:sz w:val="18"/>
        </w:rPr>
        <w:t>Use a non-detailed map that protects privacy.</w:t>
      </w:r>
    </w:p>
    <w:p>
      <w:pPr>
        <w:pStyle w:val="ListBullet"/>
        <w:spacing w:before="0" w:after="40" w:line="250" w:lineRule="auto"/>
      </w:pPr>
      <w:r>
        <w:rPr>
          <w:rFonts w:ascii="Liberation Sans" w:hAnsi="Liberation Sans" w:eastAsia="Liberation Sans"/>
          <w:b w:val="0"/>
          <w:i w:val="0"/>
          <w:color w:val="263342"/>
          <w:sz w:val="18"/>
        </w:rPr>
        <w:t>Prepare prompts: thank, help, guide, comfort.</w:t>
      </w:r>
    </w:p>
    <w:p>
      <w:pPr>
        <w:spacing w:before="100" w:after="40"/>
        <w:keepNext/>
      </w:pPr>
      <w:r>
        <w:rPr>
          <w:rFonts w:ascii="Liberation Sans" w:hAnsi="Liberation Sans" w:eastAsia="Liberation Sans"/>
          <w:b/>
          <w:i w:val="0"/>
          <w:color w:val="E26A2C"/>
          <w:sz w:val="18"/>
        </w:rPr>
        <w:t>LEAD IT</w:t>
      </w:r>
    </w:p>
    <w:p>
      <w:pPr>
        <w:pStyle w:val="ListBullet"/>
        <w:spacing w:before="0" w:after="40" w:line="250" w:lineRule="auto"/>
      </w:pPr>
      <w:r>
        <w:rPr>
          <w:rFonts w:ascii="Liberation Sans" w:hAnsi="Liberation Sans" w:eastAsia="Liberation Sans"/>
          <w:b w:val="0"/>
          <w:i w:val="0"/>
          <w:color w:val="263342"/>
          <w:sz w:val="18"/>
        </w:rPr>
        <w:t>Each child places or points to one marker.</w:t>
      </w:r>
    </w:p>
    <w:p>
      <w:pPr>
        <w:pStyle w:val="ListBullet"/>
        <w:spacing w:before="0" w:after="40" w:line="250" w:lineRule="auto"/>
      </w:pPr>
      <w:r>
        <w:rPr>
          <w:rFonts w:ascii="Liberation Sans" w:hAnsi="Liberation Sans" w:eastAsia="Liberation Sans"/>
          <w:b w:val="0"/>
          <w:i w:val="0"/>
          <w:color w:val="263342"/>
          <w:sz w:val="18"/>
        </w:rPr>
        <w:t>Choose a prompt and offer a one-sentence prayer.</w:t>
      </w:r>
    </w:p>
    <w:p>
      <w:pPr>
        <w:pStyle w:val="ListBullet"/>
        <w:spacing w:before="0" w:after="40" w:line="250" w:lineRule="auto"/>
      </w:pPr>
      <w:r>
        <w:rPr>
          <w:rFonts w:ascii="Liberation Sans" w:hAnsi="Liberation Sans" w:eastAsia="Liberation Sans"/>
          <w:b w:val="0"/>
          <w:i w:val="0"/>
          <w:color w:val="263342"/>
          <w:sz w:val="18"/>
        </w:rPr>
        <w:t>Passing is always allowed; another child may pray.</w:t>
      </w:r>
    </w:p>
    <w:p>
      <w:pPr>
        <w:spacing w:before="100" w:after="40"/>
        <w:keepNext/>
      </w:pPr>
      <w:r>
        <w:rPr>
          <w:rFonts w:ascii="Liberation Sans" w:hAnsi="Liberation Sans" w:eastAsia="Liberation Sans"/>
          <w:b/>
          <w:i w:val="0"/>
          <w:color w:val="E26A2C"/>
          <w:sz w:val="18"/>
        </w:rPr>
        <w:t>LAND THE TRUTH</w:t>
      </w:r>
    </w:p>
    <w:p>
      <w:pPr>
        <w:pStyle w:val="ListBullet"/>
        <w:spacing w:before="0" w:after="40" w:line="250" w:lineRule="auto"/>
      </w:pPr>
      <w:r>
        <w:rPr>
          <w:rFonts w:ascii="Liberation Sans" w:hAnsi="Liberation Sans" w:eastAsia="Liberation Sans"/>
          <w:b w:val="0"/>
          <w:i w:val="0"/>
          <w:color w:val="263342"/>
          <w:sz w:val="18"/>
        </w:rPr>
        <w:t>Connect every prayer back to what God’s Word shows.</w:t>
      </w:r>
    </w:p>
    <w:p>
      <w:pPr>
        <w:pStyle w:val="ListBullet"/>
        <w:spacing w:before="0" w:after="40" w:line="250" w:lineRule="auto"/>
      </w:pPr>
      <w:r>
        <w:rPr>
          <w:rFonts w:ascii="Liberation Sans" w:hAnsi="Liberation Sans" w:eastAsia="Liberation Sans"/>
          <w:b w:val="0"/>
          <w:i w:val="0"/>
          <w:color w:val="263342"/>
          <w:sz w:val="18"/>
        </w:rPr>
        <w:t>End with the month’s song softly or spoken.</w:t>
      </w:r>
    </w:p>
    <w:p>
      <w:pPr>
        <w:spacing w:before="100" w:after="40"/>
        <w:keepNext/>
      </w:pPr>
      <w:r>
        <w:rPr>
          <w:rFonts w:ascii="Liberation Sans" w:hAnsi="Liberation Sans" w:eastAsia="Liberation Sans"/>
          <w:b/>
          <w:i w:val="0"/>
          <w:color w:val="E26A2C"/>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Use tactile markers and verbal descriptions.</w:t>
      </w:r>
    </w:p>
    <w:p>
      <w:pPr>
        <w:pStyle w:val="ListBullet"/>
        <w:spacing w:before="0" w:after="40" w:line="250" w:lineRule="auto"/>
      </w:pPr>
      <w:r>
        <w:rPr>
          <w:rFonts w:ascii="Liberation Sans" w:hAnsi="Liberation Sans" w:eastAsia="Liberation Sans"/>
          <w:b w:val="0"/>
          <w:i w:val="0"/>
          <w:color w:val="263342"/>
          <w:sz w:val="18"/>
        </w:rPr>
        <w:t>Allow silent prayer with a leader closing for the group.</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Choose one place to keep praying for during the month.</w:t>
            </w:r>
          </w:p>
        </w:tc>
      </w:tr>
    </w:tbl>
    <w:p>
      <w:r>
        <w:br w:type="page"/>
      </w:r>
    </w:p>
    <w:p>
      <w:pPr>
        <w:spacing w:after="20"/>
      </w:pPr>
      <w:r>
        <w:rPr>
          <w:rFonts w:ascii="Liberation Sans" w:hAnsi="Liberation Sans" w:eastAsia="Liberation Sans"/>
          <w:b/>
          <w:i w:val="0"/>
          <w:color w:val="E26A2C"/>
          <w:sz w:val="17"/>
        </w:rPr>
        <w:t>GROUPS: REVIEW</w:t>
      </w:r>
    </w:p>
    <w:p>
      <w:pPr>
        <w:spacing w:after="60"/>
      </w:pPr>
      <w:r>
        <w:rPr>
          <w:rFonts w:ascii="Liberation Sans" w:hAnsi="Liberation Sans" w:eastAsia="Liberation Sans"/>
          <w:b/>
          <w:i w:val="0"/>
          <w:color w:val="14243A"/>
          <w:sz w:val="40"/>
        </w:rPr>
        <w:t>Review Grid Rescue</w:t>
      </w:r>
    </w:p>
    <w:p>
      <w:pPr>
        <w:spacing w:after="140"/>
      </w:pPr>
      <w:r>
        <w:rPr>
          <w:rFonts w:ascii="Liberation Sans" w:hAnsi="Liberation Sans" w:eastAsia="Liberation Sans"/>
          <w:b/>
          <w:i w:val="0"/>
          <w:color w:val="526274"/>
          <w:sz w:val="18"/>
        </w:rPr>
        <w:t>ELEMENTARY  |  Game — whole-lesson recall</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The group clears a shared grid by answering different kinds of questions and completing application actions together.</w:t>
            </w:r>
          </w:p>
        </w:tc>
      </w:tr>
    </w:tbl>
    <w:p>
      <w:pPr>
        <w:spacing w:before="100" w:after="40"/>
        <w:keepNext/>
      </w:pPr>
      <w:r>
        <w:rPr>
          <w:rFonts w:ascii="Liberation Sans" w:hAnsi="Liberation Sans" w:eastAsia="Liberation Sans"/>
          <w:b/>
          <w:i w:val="0"/>
          <w:color w:val="E26A2C"/>
          <w:sz w:val="18"/>
        </w:rPr>
        <w:t>GATHER</w:t>
      </w:r>
    </w:p>
    <w:p>
      <w:pPr>
        <w:pStyle w:val="ListBullet"/>
        <w:spacing w:before="0" w:after="40" w:line="250" w:lineRule="auto"/>
      </w:pPr>
      <w:r>
        <w:rPr>
          <w:rFonts w:ascii="Liberation Sans" w:hAnsi="Liberation Sans" w:eastAsia="Liberation Sans"/>
          <w:b w:val="0"/>
          <w:i w:val="0"/>
          <w:color w:val="263342"/>
          <w:sz w:val="18"/>
        </w:rPr>
        <w:t>Nine-card grid</w:t>
      </w:r>
    </w:p>
    <w:p>
      <w:pPr>
        <w:pStyle w:val="ListBullet"/>
        <w:spacing w:before="0" w:after="40" w:line="250" w:lineRule="auto"/>
      </w:pPr>
      <w:r>
        <w:rPr>
          <w:rFonts w:ascii="Liberation Sans" w:hAnsi="Liberation Sans" w:eastAsia="Liberation Sans"/>
          <w:b w:val="0"/>
          <w:i w:val="0"/>
          <w:color w:val="263342"/>
          <w:sz w:val="18"/>
        </w:rPr>
        <w:t>Question category cards</w:t>
      </w:r>
    </w:p>
    <w:p>
      <w:pPr>
        <w:pStyle w:val="ListBullet"/>
        <w:spacing w:before="0" w:after="40" w:line="250" w:lineRule="auto"/>
      </w:pPr>
      <w:r>
        <w:rPr>
          <w:rFonts w:ascii="Liberation Sans" w:hAnsi="Liberation Sans" w:eastAsia="Liberation Sans"/>
          <w:b w:val="0"/>
          <w:i w:val="0"/>
          <w:color w:val="263342"/>
          <w:sz w:val="18"/>
        </w:rPr>
        <w:t>Small markers</w:t>
      </w:r>
    </w:p>
    <w:p>
      <w:pPr>
        <w:spacing w:before="100" w:after="40"/>
        <w:keepNext/>
      </w:pPr>
      <w:r>
        <w:rPr>
          <w:rFonts w:ascii="Liberation Sans" w:hAnsi="Liberation Sans" w:eastAsia="Liberation Sans"/>
          <w:b/>
          <w:i w:val="0"/>
          <w:color w:val="E26A2C"/>
          <w:sz w:val="18"/>
        </w:rPr>
        <w:t>SET UP</w:t>
      </w:r>
    </w:p>
    <w:p>
      <w:pPr>
        <w:pStyle w:val="ListBullet"/>
        <w:spacing w:before="0" w:after="40" w:line="250" w:lineRule="auto"/>
      </w:pPr>
      <w:r>
        <w:rPr>
          <w:rFonts w:ascii="Liberation Sans" w:hAnsi="Liberation Sans" w:eastAsia="Liberation Sans"/>
          <w:b w:val="0"/>
          <w:i w:val="0"/>
          <w:color w:val="263342"/>
          <w:sz w:val="18"/>
        </w:rPr>
        <w:t>Use three categories: story, verse, live it.</w:t>
      </w:r>
    </w:p>
    <w:p>
      <w:pPr>
        <w:pStyle w:val="ListBullet"/>
        <w:spacing w:before="0" w:after="40" w:line="250" w:lineRule="auto"/>
      </w:pPr>
      <w:r>
        <w:rPr>
          <w:rFonts w:ascii="Liberation Sans" w:hAnsi="Liberation Sans" w:eastAsia="Liberation Sans"/>
          <w:b w:val="0"/>
          <w:i w:val="0"/>
          <w:color w:val="263342"/>
          <w:sz w:val="18"/>
        </w:rPr>
        <w:t>Write prompts from this week’s actual content.</w:t>
      </w:r>
    </w:p>
    <w:p>
      <w:pPr>
        <w:spacing w:before="100" w:after="40"/>
        <w:keepNext/>
      </w:pPr>
      <w:r>
        <w:rPr>
          <w:rFonts w:ascii="Liberation Sans" w:hAnsi="Liberation Sans" w:eastAsia="Liberation Sans"/>
          <w:b/>
          <w:i w:val="0"/>
          <w:color w:val="E26A2C"/>
          <w:sz w:val="18"/>
        </w:rPr>
        <w:t>LEAD IT</w:t>
      </w:r>
    </w:p>
    <w:p>
      <w:pPr>
        <w:pStyle w:val="ListBullet"/>
        <w:spacing w:before="0" w:after="40" w:line="250" w:lineRule="auto"/>
      </w:pPr>
      <w:r>
        <w:rPr>
          <w:rFonts w:ascii="Liberation Sans" w:hAnsi="Liberation Sans" w:eastAsia="Liberation Sans"/>
          <w:b w:val="0"/>
          <w:i w:val="0"/>
          <w:color w:val="263342"/>
          <w:sz w:val="18"/>
        </w:rPr>
        <w:t>A child chooses any grid space.</w:t>
      </w:r>
    </w:p>
    <w:p>
      <w:pPr>
        <w:pStyle w:val="ListBullet"/>
        <w:spacing w:before="0" w:after="40" w:line="250" w:lineRule="auto"/>
      </w:pPr>
      <w:r>
        <w:rPr>
          <w:rFonts w:ascii="Liberation Sans" w:hAnsi="Liberation Sans" w:eastAsia="Liberation Sans"/>
          <w:b w:val="0"/>
          <w:i w:val="0"/>
          <w:color w:val="263342"/>
          <w:sz w:val="18"/>
        </w:rPr>
        <w:t>The group answers or completes the action together.</w:t>
      </w:r>
    </w:p>
    <w:p>
      <w:pPr>
        <w:pStyle w:val="ListBullet"/>
        <w:spacing w:before="0" w:after="40" w:line="250" w:lineRule="auto"/>
      </w:pPr>
      <w:r>
        <w:rPr>
          <w:rFonts w:ascii="Liberation Sans" w:hAnsi="Liberation Sans" w:eastAsia="Liberation Sans"/>
          <w:b w:val="0"/>
          <w:i w:val="0"/>
          <w:color w:val="263342"/>
          <w:sz w:val="18"/>
        </w:rPr>
        <w:t>Remove the card; the goal is one clear grid, not individual points.</w:t>
      </w:r>
    </w:p>
    <w:p>
      <w:pPr>
        <w:spacing w:before="100" w:after="40"/>
        <w:keepNext/>
      </w:pPr>
      <w:r>
        <w:rPr>
          <w:rFonts w:ascii="Liberation Sans" w:hAnsi="Liberation Sans" w:eastAsia="Liberation Sans"/>
          <w:b/>
          <w:i w:val="0"/>
          <w:color w:val="E26A2C"/>
          <w:sz w:val="18"/>
        </w:rPr>
        <w:t>LAND THE TRUTH</w:t>
      </w:r>
    </w:p>
    <w:p>
      <w:pPr>
        <w:pStyle w:val="ListBullet"/>
        <w:spacing w:before="0" w:after="40" w:line="250" w:lineRule="auto"/>
      </w:pPr>
      <w:r>
        <w:rPr>
          <w:rFonts w:ascii="Liberation Sans" w:hAnsi="Liberation Sans" w:eastAsia="Liberation Sans"/>
          <w:b w:val="0"/>
          <w:i w:val="0"/>
          <w:color w:val="263342"/>
          <w:sz w:val="18"/>
        </w:rPr>
        <w:t>Ask which answer most changed how the group sees the week.</w:t>
      </w:r>
    </w:p>
    <w:p>
      <w:pPr>
        <w:pStyle w:val="ListBullet"/>
        <w:spacing w:before="0" w:after="40" w:line="250" w:lineRule="auto"/>
      </w:pPr>
      <w:r>
        <w:rPr>
          <w:rFonts w:ascii="Liberation Sans" w:hAnsi="Liberation Sans" w:eastAsia="Liberation Sans"/>
          <w:b w:val="0"/>
          <w:i w:val="0"/>
          <w:color w:val="263342"/>
          <w:sz w:val="18"/>
        </w:rPr>
        <w:t>Close with the Remember This.</w:t>
      </w:r>
    </w:p>
    <w:p>
      <w:pPr>
        <w:spacing w:before="100" w:after="40"/>
        <w:keepNext/>
      </w:pPr>
      <w:r>
        <w:rPr>
          <w:rFonts w:ascii="Liberation Sans" w:hAnsi="Liberation Sans" w:eastAsia="Liberation Sans"/>
          <w:b/>
          <w:i w:val="0"/>
          <w:color w:val="E26A2C"/>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Provide answer choices and visual supports.</w:t>
      </w:r>
    </w:p>
    <w:p>
      <w:pPr>
        <w:pStyle w:val="ListBullet"/>
        <w:spacing w:before="0" w:after="40" w:line="250" w:lineRule="auto"/>
      </w:pPr>
      <w:r>
        <w:rPr>
          <w:rFonts w:ascii="Liberation Sans" w:hAnsi="Liberation Sans" w:eastAsia="Liberation Sans"/>
          <w:b w:val="0"/>
          <w:i w:val="0"/>
          <w:color w:val="263342"/>
          <w:sz w:val="18"/>
        </w:rPr>
        <w:t>Let children select, read, respond, or move markers in different roles.</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Use three prompts—one story, one verse, one “live it”—at dinner.</w:t>
            </w:r>
          </w:p>
        </w:tc>
      </w:tr>
    </w:tbl>
    <w:p>
      <w:r>
        <w:br w:type="page"/>
      </w:r>
    </w:p>
    <w:p>
      <w:pPr>
        <w:spacing w:after="20"/>
      </w:pPr>
      <w:r>
        <w:rPr>
          <w:rFonts w:ascii="Liberation Sans" w:hAnsi="Liberation Sans" w:eastAsia="Liberation Sans"/>
          <w:b/>
          <w:i w:val="0"/>
          <w:color w:val="E26A2C"/>
          <w:sz w:val="17"/>
        </w:rPr>
        <w:t>GROUPS: STORY REVIEW</w:t>
      </w:r>
    </w:p>
    <w:p>
      <w:pPr>
        <w:spacing w:after="60"/>
      </w:pPr>
      <w:r>
        <w:rPr>
          <w:rFonts w:ascii="Liberation Sans" w:hAnsi="Liberation Sans" w:eastAsia="Liberation Sans"/>
          <w:b/>
          <w:i w:val="0"/>
          <w:color w:val="14243A"/>
          <w:sz w:val="40"/>
        </w:rPr>
        <w:t>Prop With a Purpose</w:t>
      </w:r>
    </w:p>
    <w:p>
      <w:pPr>
        <w:spacing w:after="140"/>
      </w:pPr>
      <w:r>
        <w:rPr>
          <w:rFonts w:ascii="Liberation Sans" w:hAnsi="Liberation Sans" w:eastAsia="Liberation Sans"/>
          <w:b/>
          <w:i w:val="0"/>
          <w:color w:val="526274"/>
          <w:sz w:val="18"/>
        </w:rPr>
        <w:t>ELEMENTARY  |  Game — evidence and explanation</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Children select ordinary objects and explain how each could represent a person, action, or truth from the Bible story.</w:t>
            </w:r>
          </w:p>
        </w:tc>
      </w:tr>
    </w:tbl>
    <w:p>
      <w:pPr>
        <w:spacing w:before="100" w:after="40"/>
        <w:keepNext/>
      </w:pPr>
      <w:r>
        <w:rPr>
          <w:rFonts w:ascii="Liberation Sans" w:hAnsi="Liberation Sans" w:eastAsia="Liberation Sans"/>
          <w:b/>
          <w:i w:val="0"/>
          <w:color w:val="E26A2C"/>
          <w:sz w:val="18"/>
        </w:rPr>
        <w:t>GATHER</w:t>
      </w:r>
    </w:p>
    <w:p>
      <w:pPr>
        <w:pStyle w:val="ListBullet"/>
        <w:spacing w:before="0" w:after="40" w:line="250" w:lineRule="auto"/>
      </w:pPr>
      <w:r>
        <w:rPr>
          <w:rFonts w:ascii="Liberation Sans" w:hAnsi="Liberation Sans" w:eastAsia="Liberation Sans"/>
          <w:b w:val="0"/>
          <w:i w:val="0"/>
          <w:color w:val="263342"/>
          <w:sz w:val="18"/>
        </w:rPr>
        <w:t>Basket of six safe everyday objects</w:t>
      </w:r>
    </w:p>
    <w:p>
      <w:pPr>
        <w:pStyle w:val="ListBullet"/>
        <w:spacing w:before="0" w:after="40" w:line="250" w:lineRule="auto"/>
      </w:pPr>
      <w:r>
        <w:rPr>
          <w:rFonts w:ascii="Liberation Sans" w:hAnsi="Liberation Sans" w:eastAsia="Liberation Sans"/>
          <w:b w:val="0"/>
          <w:i w:val="0"/>
          <w:color w:val="263342"/>
          <w:sz w:val="18"/>
        </w:rPr>
        <w:t>Story reference card</w:t>
      </w:r>
    </w:p>
    <w:p>
      <w:pPr>
        <w:spacing w:before="100" w:after="40"/>
        <w:keepNext/>
      </w:pPr>
      <w:r>
        <w:rPr>
          <w:rFonts w:ascii="Liberation Sans" w:hAnsi="Liberation Sans" w:eastAsia="Liberation Sans"/>
          <w:b/>
          <w:i w:val="0"/>
          <w:color w:val="E26A2C"/>
          <w:sz w:val="18"/>
        </w:rPr>
        <w:t>SET UP</w:t>
      </w:r>
    </w:p>
    <w:p>
      <w:pPr>
        <w:pStyle w:val="ListBullet"/>
        <w:spacing w:before="0" w:after="40" w:line="250" w:lineRule="auto"/>
      </w:pPr>
      <w:r>
        <w:rPr>
          <w:rFonts w:ascii="Liberation Sans" w:hAnsi="Liberation Sans" w:eastAsia="Liberation Sans"/>
          <w:b w:val="0"/>
          <w:i w:val="0"/>
          <w:color w:val="263342"/>
          <w:sz w:val="18"/>
        </w:rPr>
        <w:t>Choose objects with several possible meanings.</w:t>
      </w:r>
    </w:p>
    <w:p>
      <w:pPr>
        <w:pStyle w:val="ListBullet"/>
        <w:spacing w:before="0" w:after="40" w:line="250" w:lineRule="auto"/>
      </w:pPr>
      <w:r>
        <w:rPr>
          <w:rFonts w:ascii="Liberation Sans" w:hAnsi="Liberation Sans" w:eastAsia="Liberation Sans"/>
          <w:b w:val="0"/>
          <w:i w:val="0"/>
          <w:color w:val="263342"/>
          <w:sz w:val="18"/>
        </w:rPr>
        <w:t>Avoid one “correct” symbolic answer.</w:t>
      </w:r>
    </w:p>
    <w:p>
      <w:pPr>
        <w:spacing w:before="100" w:after="40"/>
        <w:keepNext/>
      </w:pPr>
      <w:r>
        <w:rPr>
          <w:rFonts w:ascii="Liberation Sans" w:hAnsi="Liberation Sans" w:eastAsia="Liberation Sans"/>
          <w:b/>
          <w:i w:val="0"/>
          <w:color w:val="E26A2C"/>
          <w:sz w:val="18"/>
        </w:rPr>
        <w:t>LEAD IT</w:t>
      </w:r>
    </w:p>
    <w:p>
      <w:pPr>
        <w:pStyle w:val="ListBullet"/>
        <w:spacing w:before="0" w:after="40" w:line="250" w:lineRule="auto"/>
      </w:pPr>
      <w:r>
        <w:rPr>
          <w:rFonts w:ascii="Liberation Sans" w:hAnsi="Liberation Sans" w:eastAsia="Liberation Sans"/>
          <w:b w:val="0"/>
          <w:i w:val="0"/>
          <w:color w:val="263342"/>
          <w:sz w:val="18"/>
        </w:rPr>
        <w:t>A child picks an object and names a story connection.</w:t>
      </w:r>
    </w:p>
    <w:p>
      <w:pPr>
        <w:pStyle w:val="ListBullet"/>
        <w:spacing w:before="0" w:after="40" w:line="250" w:lineRule="auto"/>
      </w:pPr>
      <w:r>
        <w:rPr>
          <w:rFonts w:ascii="Liberation Sans" w:hAnsi="Liberation Sans" w:eastAsia="Liberation Sans"/>
          <w:b w:val="0"/>
          <w:i w:val="0"/>
          <w:color w:val="263342"/>
          <w:sz w:val="18"/>
        </w:rPr>
        <w:t>The group may add another possible connection.</w:t>
      </w:r>
    </w:p>
    <w:p>
      <w:pPr>
        <w:pStyle w:val="ListBullet"/>
        <w:spacing w:before="0" w:after="40" w:line="250" w:lineRule="auto"/>
      </w:pPr>
      <w:r>
        <w:rPr>
          <w:rFonts w:ascii="Liberation Sans" w:hAnsi="Liberation Sans" w:eastAsia="Liberation Sans"/>
          <w:b w:val="0"/>
          <w:i w:val="0"/>
          <w:color w:val="263342"/>
          <w:sz w:val="18"/>
        </w:rPr>
        <w:t>Place the strongest three beside the story reference.</w:t>
      </w:r>
    </w:p>
    <w:p>
      <w:pPr>
        <w:spacing w:before="100" w:after="40"/>
        <w:keepNext/>
      </w:pPr>
      <w:r>
        <w:rPr>
          <w:rFonts w:ascii="Liberation Sans" w:hAnsi="Liberation Sans" w:eastAsia="Liberation Sans"/>
          <w:b/>
          <w:i w:val="0"/>
          <w:color w:val="E26A2C"/>
          <w:sz w:val="18"/>
        </w:rPr>
        <w:t>LAND THE TRUTH</w:t>
      </w:r>
    </w:p>
    <w:p>
      <w:pPr>
        <w:pStyle w:val="ListBullet"/>
        <w:spacing w:before="0" w:after="40" w:line="250" w:lineRule="auto"/>
      </w:pPr>
      <w:r>
        <w:rPr>
          <w:rFonts w:ascii="Liberation Sans" w:hAnsi="Liberation Sans" w:eastAsia="Liberation Sans"/>
          <w:b w:val="0"/>
          <w:i w:val="0"/>
          <w:color w:val="263342"/>
          <w:sz w:val="18"/>
        </w:rPr>
        <w:t>Ask which object best points to the Remember This and why.</w:t>
      </w:r>
    </w:p>
    <w:p>
      <w:pPr>
        <w:pStyle w:val="ListBullet"/>
        <w:spacing w:before="0" w:after="40" w:line="250" w:lineRule="auto"/>
      </w:pPr>
      <w:r>
        <w:rPr>
          <w:rFonts w:ascii="Liberation Sans" w:hAnsi="Liberation Sans" w:eastAsia="Liberation Sans"/>
          <w:b w:val="0"/>
          <w:i w:val="0"/>
          <w:color w:val="263342"/>
          <w:sz w:val="18"/>
        </w:rPr>
        <w:t>Clarify any story details that became confused.</w:t>
      </w:r>
    </w:p>
    <w:p>
      <w:pPr>
        <w:spacing w:before="100" w:after="40"/>
        <w:keepNext/>
      </w:pPr>
      <w:r>
        <w:rPr>
          <w:rFonts w:ascii="Liberation Sans" w:hAnsi="Liberation Sans" w:eastAsia="Liberation Sans"/>
          <w:b/>
          <w:i w:val="0"/>
          <w:color w:val="E26A2C"/>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Offer object photos, tactile objects, or verbal choices.</w:t>
      </w:r>
    </w:p>
    <w:p>
      <w:pPr>
        <w:pStyle w:val="ListBullet"/>
        <w:spacing w:before="0" w:after="40" w:line="250" w:lineRule="auto"/>
      </w:pPr>
      <w:r>
        <w:rPr>
          <w:rFonts w:ascii="Liberation Sans" w:hAnsi="Liberation Sans" w:eastAsia="Liberation Sans"/>
          <w:b w:val="0"/>
          <w:i w:val="0"/>
          <w:color w:val="263342"/>
          <w:sz w:val="18"/>
        </w:rPr>
        <w:t>Give thinking time before calling for responses.</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Choose one household object as a reminder of the month’s truth.</w:t>
            </w:r>
          </w:p>
        </w:tc>
      </w:tr>
    </w:tbl>
    <w:p>
      <w:r>
        <w:br w:type="page"/>
      </w:r>
    </w:p>
    <w:p>
      <w:pPr>
        <w:spacing w:after="20"/>
      </w:pPr>
      <w:r>
        <w:rPr>
          <w:rFonts w:ascii="Liberation Sans" w:hAnsi="Liberation Sans" w:eastAsia="Liberation Sans"/>
          <w:b/>
          <w:i w:val="0"/>
          <w:color w:val="E26A2C"/>
          <w:sz w:val="17"/>
        </w:rPr>
        <w:t>GROUPS: APPLICATION</w:t>
      </w:r>
    </w:p>
    <w:p>
      <w:pPr>
        <w:spacing w:after="60"/>
      </w:pPr>
      <w:r>
        <w:rPr>
          <w:rFonts w:ascii="Liberation Sans" w:hAnsi="Liberation Sans" w:eastAsia="Liberation Sans"/>
          <w:b/>
          <w:i w:val="0"/>
          <w:color w:val="14243A"/>
          <w:sz w:val="40"/>
        </w:rPr>
        <w:t>One-Minute Mission Builder</w:t>
      </w:r>
    </w:p>
    <w:p>
      <w:pPr>
        <w:spacing w:after="140"/>
      </w:pPr>
      <w:r>
        <w:rPr>
          <w:rFonts w:ascii="Liberation Sans" w:hAnsi="Liberation Sans" w:eastAsia="Liberation Sans"/>
          <w:b/>
          <w:i w:val="0"/>
          <w:color w:val="526274"/>
          <w:sz w:val="18"/>
        </w:rPr>
        <w:t>ELEMENTARY  |  Game — practical next step</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Children build one small, specific action that puts the Remember This into practice during the coming week.</w:t>
            </w:r>
          </w:p>
        </w:tc>
      </w:tr>
    </w:tbl>
    <w:p>
      <w:pPr>
        <w:spacing w:before="100" w:after="40"/>
        <w:keepNext/>
      </w:pPr>
      <w:r>
        <w:rPr>
          <w:rFonts w:ascii="Liberation Sans" w:hAnsi="Liberation Sans" w:eastAsia="Liberation Sans"/>
          <w:b/>
          <w:i w:val="0"/>
          <w:color w:val="E26A2C"/>
          <w:sz w:val="18"/>
        </w:rPr>
        <w:t>GATHER</w:t>
      </w:r>
    </w:p>
    <w:p>
      <w:pPr>
        <w:pStyle w:val="ListBullet"/>
        <w:spacing w:before="0" w:after="40" w:line="250" w:lineRule="auto"/>
      </w:pPr>
      <w:r>
        <w:rPr>
          <w:rFonts w:ascii="Liberation Sans" w:hAnsi="Liberation Sans" w:eastAsia="Liberation Sans"/>
          <w:b w:val="0"/>
          <w:i w:val="0"/>
          <w:color w:val="263342"/>
          <w:sz w:val="18"/>
        </w:rPr>
        <w:t>Who, where, and action cards</w:t>
      </w:r>
    </w:p>
    <w:p>
      <w:pPr>
        <w:pStyle w:val="ListBullet"/>
        <w:spacing w:before="0" w:after="40" w:line="250" w:lineRule="auto"/>
      </w:pPr>
      <w:r>
        <w:rPr>
          <w:rFonts w:ascii="Liberation Sans" w:hAnsi="Liberation Sans" w:eastAsia="Liberation Sans"/>
          <w:b w:val="0"/>
          <w:i w:val="0"/>
          <w:color w:val="263342"/>
          <w:sz w:val="18"/>
        </w:rPr>
        <w:t>Blank mission slips</w:t>
      </w:r>
    </w:p>
    <w:p>
      <w:pPr>
        <w:pStyle w:val="ListBullet"/>
        <w:spacing w:before="0" w:after="40" w:line="250" w:lineRule="auto"/>
      </w:pPr>
      <w:r>
        <w:rPr>
          <w:rFonts w:ascii="Liberation Sans" w:hAnsi="Liberation Sans" w:eastAsia="Liberation Sans"/>
          <w:b w:val="0"/>
          <w:i w:val="0"/>
          <w:color w:val="263342"/>
          <w:sz w:val="18"/>
        </w:rPr>
        <w:t>Pencils</w:t>
      </w:r>
    </w:p>
    <w:p>
      <w:pPr>
        <w:spacing w:before="100" w:after="40"/>
        <w:keepNext/>
      </w:pPr>
      <w:r>
        <w:rPr>
          <w:rFonts w:ascii="Liberation Sans" w:hAnsi="Liberation Sans" w:eastAsia="Liberation Sans"/>
          <w:b/>
          <w:i w:val="0"/>
          <w:color w:val="E26A2C"/>
          <w:sz w:val="18"/>
        </w:rPr>
        <w:t>SET UP</w:t>
      </w:r>
    </w:p>
    <w:p>
      <w:pPr>
        <w:pStyle w:val="ListBullet"/>
        <w:spacing w:before="0" w:after="40" w:line="250" w:lineRule="auto"/>
      </w:pPr>
      <w:r>
        <w:rPr>
          <w:rFonts w:ascii="Liberation Sans" w:hAnsi="Liberation Sans" w:eastAsia="Liberation Sans"/>
          <w:b w:val="0"/>
          <w:i w:val="0"/>
          <w:color w:val="263342"/>
          <w:sz w:val="18"/>
        </w:rPr>
        <w:t>Prepare broad, safe choices; do not request private information.</w:t>
      </w:r>
    </w:p>
    <w:p>
      <w:pPr>
        <w:pStyle w:val="ListBullet"/>
        <w:spacing w:before="0" w:after="40" w:line="250" w:lineRule="auto"/>
      </w:pPr>
      <w:r>
        <w:rPr>
          <w:rFonts w:ascii="Liberation Sans" w:hAnsi="Liberation Sans" w:eastAsia="Liberation Sans"/>
          <w:b w:val="0"/>
          <w:i w:val="0"/>
          <w:color w:val="263342"/>
          <w:sz w:val="18"/>
        </w:rPr>
        <w:t>Make actions achievable for a child.</w:t>
      </w:r>
    </w:p>
    <w:p>
      <w:pPr>
        <w:spacing w:before="100" w:after="40"/>
        <w:keepNext/>
      </w:pPr>
      <w:r>
        <w:rPr>
          <w:rFonts w:ascii="Liberation Sans" w:hAnsi="Liberation Sans" w:eastAsia="Liberation Sans"/>
          <w:b/>
          <w:i w:val="0"/>
          <w:color w:val="E26A2C"/>
          <w:sz w:val="18"/>
        </w:rPr>
        <w:t>LEAD IT</w:t>
      </w:r>
    </w:p>
    <w:p>
      <w:pPr>
        <w:pStyle w:val="ListBullet"/>
        <w:spacing w:before="0" w:after="40" w:line="250" w:lineRule="auto"/>
      </w:pPr>
      <w:r>
        <w:rPr>
          <w:rFonts w:ascii="Liberation Sans" w:hAnsi="Liberation Sans" w:eastAsia="Liberation Sans"/>
          <w:b w:val="0"/>
          <w:i w:val="0"/>
          <w:color w:val="263342"/>
          <w:sz w:val="18"/>
        </w:rPr>
        <w:t>Children draw or choose one card from each category.</w:t>
      </w:r>
    </w:p>
    <w:p>
      <w:pPr>
        <w:pStyle w:val="ListBullet"/>
        <w:spacing w:before="0" w:after="40" w:line="250" w:lineRule="auto"/>
      </w:pPr>
      <w:r>
        <w:rPr>
          <w:rFonts w:ascii="Liberation Sans" w:hAnsi="Liberation Sans" w:eastAsia="Liberation Sans"/>
          <w:b w:val="0"/>
          <w:i w:val="0"/>
          <w:color w:val="263342"/>
          <w:sz w:val="18"/>
        </w:rPr>
        <w:t>They revise the combination until it becomes realistic and kind.</w:t>
      </w:r>
    </w:p>
    <w:p>
      <w:pPr>
        <w:pStyle w:val="ListBullet"/>
        <w:spacing w:before="0" w:after="40" w:line="250" w:lineRule="auto"/>
      </w:pPr>
      <w:r>
        <w:rPr>
          <w:rFonts w:ascii="Liberation Sans" w:hAnsi="Liberation Sans" w:eastAsia="Liberation Sans"/>
          <w:b w:val="0"/>
          <w:i w:val="0"/>
          <w:color w:val="263342"/>
          <w:sz w:val="18"/>
        </w:rPr>
        <w:t>Partners say the mission back to check clarity.</w:t>
      </w:r>
    </w:p>
    <w:p>
      <w:pPr>
        <w:spacing w:before="100" w:after="40"/>
        <w:keepNext/>
      </w:pPr>
      <w:r>
        <w:rPr>
          <w:rFonts w:ascii="Liberation Sans" w:hAnsi="Liberation Sans" w:eastAsia="Liberation Sans"/>
          <w:b/>
          <w:i w:val="0"/>
          <w:color w:val="E26A2C"/>
          <w:sz w:val="18"/>
        </w:rPr>
        <w:t>LAND THE TRUTH</w:t>
      </w:r>
    </w:p>
    <w:p>
      <w:pPr>
        <w:pStyle w:val="ListBullet"/>
        <w:spacing w:before="0" w:after="40" w:line="250" w:lineRule="auto"/>
      </w:pPr>
      <w:r>
        <w:rPr>
          <w:rFonts w:ascii="Liberation Sans" w:hAnsi="Liberation Sans" w:eastAsia="Liberation Sans"/>
          <w:b w:val="0"/>
          <w:i w:val="0"/>
          <w:color w:val="263342"/>
          <w:sz w:val="18"/>
        </w:rPr>
        <w:t>Ask: “How does this action show the Remember This?”</w:t>
      </w:r>
    </w:p>
    <w:p>
      <w:pPr>
        <w:pStyle w:val="ListBullet"/>
        <w:spacing w:before="0" w:after="40" w:line="250" w:lineRule="auto"/>
      </w:pPr>
      <w:r>
        <w:rPr>
          <w:rFonts w:ascii="Liberation Sans" w:hAnsi="Liberation Sans" w:eastAsia="Liberation Sans"/>
          <w:b w:val="0"/>
          <w:i w:val="0"/>
          <w:color w:val="263342"/>
          <w:sz w:val="18"/>
        </w:rPr>
        <w:t>Pray for courage and follow-through.</w:t>
      </w:r>
    </w:p>
    <w:p>
      <w:pPr>
        <w:spacing w:before="100" w:after="40"/>
        <w:keepNext/>
      </w:pPr>
      <w:r>
        <w:rPr>
          <w:rFonts w:ascii="Liberation Sans" w:hAnsi="Liberation Sans" w:eastAsia="Liberation Sans"/>
          <w:b/>
          <w:i w:val="0"/>
          <w:color w:val="E26A2C"/>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Use picture choices and a scribe.</w:t>
      </w:r>
    </w:p>
    <w:p>
      <w:pPr>
        <w:pStyle w:val="ListBullet"/>
        <w:spacing w:before="0" w:after="40" w:line="250" w:lineRule="auto"/>
      </w:pPr>
      <w:r>
        <w:rPr>
          <w:rFonts w:ascii="Liberation Sans" w:hAnsi="Liberation Sans" w:eastAsia="Liberation Sans"/>
          <w:b w:val="0"/>
          <w:i w:val="0"/>
          <w:color w:val="263342"/>
          <w:sz w:val="18"/>
        </w:rPr>
        <w:t>Offer a ready-made mission for children who prefer not to create one.</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Complete the mission with a caregiver and share only if the child wants to.</w:t>
            </w:r>
          </w:p>
        </w:tc>
      </w:tr>
    </w:tbl>
    <w:p>
      <w:r>
        <w:br w:type="page"/>
      </w:r>
    </w:p>
    <w:p>
      <w:pPr>
        <w:spacing w:after="20"/>
      </w:pPr>
      <w:r>
        <w:rPr>
          <w:rFonts w:ascii="Liberation Sans" w:hAnsi="Liberation Sans" w:eastAsia="Liberation Sans"/>
          <w:b/>
          <w:i w:val="0"/>
          <w:color w:val="E26A2C"/>
          <w:sz w:val="17"/>
        </w:rPr>
        <w:t>TRANSITIONS</w:t>
      </w:r>
    </w:p>
    <w:p>
      <w:pPr>
        <w:spacing w:after="60"/>
      </w:pPr>
      <w:r>
        <w:rPr>
          <w:rFonts w:ascii="Liberation Sans" w:hAnsi="Liberation Sans" w:eastAsia="Liberation Sans"/>
          <w:b/>
          <w:i w:val="0"/>
          <w:color w:val="14243A"/>
          <w:sz w:val="40"/>
        </w:rPr>
        <w:t>Theme Signal Switch</w:t>
      </w:r>
    </w:p>
    <w:p>
      <w:pPr>
        <w:spacing w:after="140"/>
      </w:pPr>
      <w:r>
        <w:rPr>
          <w:rFonts w:ascii="Liberation Sans" w:hAnsi="Liberation Sans" w:eastAsia="Liberation Sans"/>
          <w:b/>
          <w:i w:val="0"/>
          <w:color w:val="526274"/>
          <w:sz w:val="18"/>
        </w:rPr>
        <w:t>ELEMENTARY  |  Game — movement with meaning</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A recurring signal gives transitions a faith-based purpose by pairing the month’s truth with three response choices.</w:t>
            </w:r>
          </w:p>
        </w:tc>
      </w:tr>
    </w:tbl>
    <w:p>
      <w:pPr>
        <w:spacing w:before="100" w:after="40"/>
        <w:keepNext/>
      </w:pPr>
      <w:r>
        <w:rPr>
          <w:rFonts w:ascii="Liberation Sans" w:hAnsi="Liberation Sans" w:eastAsia="Liberation Sans"/>
          <w:b/>
          <w:i w:val="0"/>
          <w:color w:val="E26A2C"/>
          <w:sz w:val="18"/>
        </w:rPr>
        <w:t>GATHER</w:t>
      </w:r>
    </w:p>
    <w:p>
      <w:pPr>
        <w:pStyle w:val="ListBullet"/>
        <w:spacing w:before="0" w:after="40" w:line="250" w:lineRule="auto"/>
      </w:pPr>
      <w:r>
        <w:rPr>
          <w:rFonts w:ascii="Liberation Sans" w:hAnsi="Liberation Sans" w:eastAsia="Liberation Sans"/>
          <w:b w:val="0"/>
          <w:i w:val="0"/>
          <w:color w:val="263342"/>
          <w:sz w:val="18"/>
        </w:rPr>
        <w:t>Three signal cards</w:t>
      </w:r>
    </w:p>
    <w:p>
      <w:pPr>
        <w:pStyle w:val="ListBullet"/>
        <w:spacing w:before="0" w:after="40" w:line="250" w:lineRule="auto"/>
      </w:pPr>
      <w:r>
        <w:rPr>
          <w:rFonts w:ascii="Liberation Sans" w:hAnsi="Liberation Sans" w:eastAsia="Liberation Sans"/>
          <w:b w:val="0"/>
          <w:i w:val="0"/>
          <w:color w:val="263342"/>
          <w:sz w:val="18"/>
        </w:rPr>
        <w:t>Short instrumental clip from the month’s song, optional</w:t>
      </w:r>
    </w:p>
    <w:p>
      <w:pPr>
        <w:spacing w:before="100" w:after="40"/>
        <w:keepNext/>
      </w:pPr>
      <w:r>
        <w:rPr>
          <w:rFonts w:ascii="Liberation Sans" w:hAnsi="Liberation Sans" w:eastAsia="Liberation Sans"/>
          <w:b/>
          <w:i w:val="0"/>
          <w:color w:val="E26A2C"/>
          <w:sz w:val="18"/>
        </w:rPr>
        <w:t>SET UP</w:t>
      </w:r>
    </w:p>
    <w:p>
      <w:pPr>
        <w:pStyle w:val="ListBullet"/>
        <w:spacing w:before="0" w:after="40" w:line="250" w:lineRule="auto"/>
      </w:pPr>
      <w:r>
        <w:rPr>
          <w:rFonts w:ascii="Liberation Sans" w:hAnsi="Liberation Sans" w:eastAsia="Liberation Sans"/>
          <w:b w:val="0"/>
          <w:i w:val="0"/>
          <w:color w:val="263342"/>
          <w:sz w:val="18"/>
        </w:rPr>
        <w:t>Choose three signals: freeze and listen, move and help, gather and pray.</w:t>
      </w:r>
    </w:p>
    <w:p>
      <w:pPr>
        <w:pStyle w:val="ListBullet"/>
        <w:spacing w:before="0" w:after="40" w:line="250" w:lineRule="auto"/>
      </w:pPr>
      <w:r>
        <w:rPr>
          <w:rFonts w:ascii="Liberation Sans" w:hAnsi="Liberation Sans" w:eastAsia="Liberation Sans"/>
          <w:b w:val="0"/>
          <w:i w:val="0"/>
          <w:color w:val="263342"/>
          <w:sz w:val="18"/>
        </w:rPr>
        <w:t>Teach signals during the first week.</w:t>
      </w:r>
    </w:p>
    <w:p>
      <w:pPr>
        <w:spacing w:before="100" w:after="40"/>
        <w:keepNext/>
      </w:pPr>
      <w:r>
        <w:rPr>
          <w:rFonts w:ascii="Liberation Sans" w:hAnsi="Liberation Sans" w:eastAsia="Liberation Sans"/>
          <w:b/>
          <w:i w:val="0"/>
          <w:color w:val="E26A2C"/>
          <w:sz w:val="18"/>
        </w:rPr>
        <w:t>LEAD IT</w:t>
      </w:r>
    </w:p>
    <w:p>
      <w:pPr>
        <w:pStyle w:val="ListBullet"/>
        <w:spacing w:before="0" w:after="40" w:line="250" w:lineRule="auto"/>
      </w:pPr>
      <w:r>
        <w:rPr>
          <w:rFonts w:ascii="Liberation Sans" w:hAnsi="Liberation Sans" w:eastAsia="Liberation Sans"/>
          <w:b w:val="0"/>
          <w:i w:val="0"/>
          <w:color w:val="263342"/>
          <w:sz w:val="18"/>
        </w:rPr>
        <w:t>Show one signal during transitions.</w:t>
      </w:r>
    </w:p>
    <w:p>
      <w:pPr>
        <w:pStyle w:val="ListBullet"/>
        <w:spacing w:before="0" w:after="40" w:line="250" w:lineRule="auto"/>
      </w:pPr>
      <w:r>
        <w:rPr>
          <w:rFonts w:ascii="Liberation Sans" w:hAnsi="Liberation Sans" w:eastAsia="Liberation Sans"/>
          <w:b w:val="0"/>
          <w:i w:val="0"/>
          <w:color w:val="263342"/>
          <w:sz w:val="18"/>
        </w:rPr>
        <w:t>Children respond in their own safe way.</w:t>
      </w:r>
    </w:p>
    <w:p>
      <w:pPr>
        <w:pStyle w:val="ListBullet"/>
        <w:spacing w:before="0" w:after="40" w:line="250" w:lineRule="auto"/>
      </w:pPr>
      <w:r>
        <w:rPr>
          <w:rFonts w:ascii="Liberation Sans" w:hAnsi="Liberation Sans" w:eastAsia="Liberation Sans"/>
          <w:b w:val="0"/>
          <w:i w:val="0"/>
          <w:color w:val="263342"/>
          <w:sz w:val="18"/>
        </w:rPr>
        <w:t>Briefly connect the signal to the Remember This.</w:t>
      </w:r>
    </w:p>
    <w:p>
      <w:pPr>
        <w:spacing w:before="100" w:after="40"/>
        <w:keepNext/>
      </w:pPr>
      <w:r>
        <w:rPr>
          <w:rFonts w:ascii="Liberation Sans" w:hAnsi="Liberation Sans" w:eastAsia="Liberation Sans"/>
          <w:b/>
          <w:i w:val="0"/>
          <w:color w:val="E26A2C"/>
          <w:sz w:val="18"/>
        </w:rPr>
        <w:t>LAND THE TRUTH</w:t>
      </w:r>
    </w:p>
    <w:p>
      <w:pPr>
        <w:pStyle w:val="ListBullet"/>
        <w:spacing w:before="0" w:after="40" w:line="250" w:lineRule="auto"/>
      </w:pPr>
      <w:r>
        <w:rPr>
          <w:rFonts w:ascii="Liberation Sans" w:hAnsi="Liberation Sans" w:eastAsia="Liberation Sans"/>
          <w:b w:val="0"/>
          <w:i w:val="0"/>
          <w:color w:val="263342"/>
          <w:sz w:val="18"/>
        </w:rPr>
        <w:t>Keep the explanation to one sentence.</w:t>
      </w:r>
    </w:p>
    <w:p>
      <w:pPr>
        <w:pStyle w:val="ListBullet"/>
        <w:spacing w:before="0" w:after="40" w:line="250" w:lineRule="auto"/>
      </w:pPr>
      <w:r>
        <w:rPr>
          <w:rFonts w:ascii="Liberation Sans" w:hAnsi="Liberation Sans" w:eastAsia="Liberation Sans"/>
          <w:b w:val="0"/>
          <w:i w:val="0"/>
          <w:color w:val="263342"/>
          <w:sz w:val="18"/>
        </w:rPr>
        <w:t>Use the same signals all month so they become familiar.</w:t>
      </w:r>
    </w:p>
    <w:p>
      <w:pPr>
        <w:spacing w:before="100" w:after="40"/>
        <w:keepNext/>
      </w:pPr>
      <w:r>
        <w:rPr>
          <w:rFonts w:ascii="Liberation Sans" w:hAnsi="Liberation Sans" w:eastAsia="Liberation Sans"/>
          <w:b/>
          <w:i w:val="0"/>
          <w:color w:val="E26A2C"/>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Pair visual signals with spoken cues.</w:t>
      </w:r>
    </w:p>
    <w:p>
      <w:pPr>
        <w:pStyle w:val="ListBullet"/>
        <w:spacing w:before="0" w:after="40" w:line="250" w:lineRule="auto"/>
      </w:pPr>
      <w:r>
        <w:rPr>
          <w:rFonts w:ascii="Liberation Sans" w:hAnsi="Liberation Sans" w:eastAsia="Liberation Sans"/>
          <w:b w:val="0"/>
          <w:i w:val="0"/>
          <w:color w:val="263342"/>
          <w:sz w:val="18"/>
        </w:rPr>
        <w:t>Never require sudden stopping from children who need transition warning.</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Families choose one signal for cleanup time.</w:t>
            </w:r>
          </w:p>
        </w:tc>
      </w:tr>
    </w:tbl>
    <w:p>
      <w:r>
        <w:br w:type="page"/>
      </w:r>
    </w:p>
    <w:p>
      <w:pPr>
        <w:spacing w:after="20"/>
      </w:pPr>
      <w:r>
        <w:rPr>
          <w:rFonts w:ascii="Liberation Sans" w:hAnsi="Liberation Sans" w:eastAsia="Liberation Sans"/>
          <w:b/>
          <w:i w:val="0"/>
          <w:color w:val="E26A2C"/>
          <w:sz w:val="17"/>
        </w:rPr>
        <w:t>GROUPS: CRAFT</w:t>
      </w:r>
    </w:p>
    <w:p>
      <w:pPr>
        <w:spacing w:after="60"/>
      </w:pPr>
      <w:r>
        <w:rPr>
          <w:rFonts w:ascii="Liberation Sans" w:hAnsi="Liberation Sans" w:eastAsia="Liberation Sans"/>
          <w:b/>
          <w:i w:val="0"/>
          <w:color w:val="14243A"/>
          <w:sz w:val="40"/>
        </w:rPr>
        <w:t>Truth Dial</w:t>
      </w:r>
    </w:p>
    <w:p>
      <w:pPr>
        <w:spacing w:after="140"/>
      </w:pPr>
      <w:r>
        <w:rPr>
          <w:rFonts w:ascii="Liberation Sans" w:hAnsi="Liberation Sans" w:eastAsia="Liberation Sans"/>
          <w:b/>
          <w:i w:val="0"/>
          <w:color w:val="526274"/>
          <w:sz w:val="18"/>
        </w:rPr>
        <w:t>ELEMENTARY  |  Craft — situation and response</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A rotating dial pairs everyday situations with faith-filled responses shaped by the Remember This.</w:t>
            </w:r>
          </w:p>
        </w:tc>
      </w:tr>
    </w:tbl>
    <w:p>
      <w:pPr>
        <w:spacing w:before="100" w:after="40"/>
        <w:keepNext/>
      </w:pPr>
      <w:r>
        <w:rPr>
          <w:rFonts w:ascii="Liberation Sans" w:hAnsi="Liberation Sans" w:eastAsia="Liberation Sans"/>
          <w:b/>
          <w:i w:val="0"/>
          <w:color w:val="E26A2C"/>
          <w:sz w:val="18"/>
        </w:rPr>
        <w:t>GATHER</w:t>
      </w:r>
    </w:p>
    <w:p>
      <w:pPr>
        <w:pStyle w:val="ListBullet"/>
        <w:spacing w:before="0" w:after="40" w:line="250" w:lineRule="auto"/>
      </w:pPr>
      <w:r>
        <w:rPr>
          <w:rFonts w:ascii="Liberation Sans" w:hAnsi="Liberation Sans" w:eastAsia="Liberation Sans"/>
          <w:b w:val="0"/>
          <w:i w:val="0"/>
          <w:color w:val="263342"/>
          <w:sz w:val="18"/>
        </w:rPr>
        <w:t>Two cardstock circles</w:t>
      </w:r>
    </w:p>
    <w:p>
      <w:pPr>
        <w:pStyle w:val="ListBullet"/>
        <w:spacing w:before="0" w:after="40" w:line="250" w:lineRule="auto"/>
      </w:pPr>
      <w:r>
        <w:rPr>
          <w:rFonts w:ascii="Liberation Sans" w:hAnsi="Liberation Sans" w:eastAsia="Liberation Sans"/>
          <w:b w:val="0"/>
          <w:i w:val="0"/>
          <w:color w:val="263342"/>
          <w:sz w:val="18"/>
        </w:rPr>
        <w:t>Situation icons</w:t>
      </w:r>
    </w:p>
    <w:p>
      <w:pPr>
        <w:pStyle w:val="ListBullet"/>
        <w:spacing w:before="0" w:after="40" w:line="250" w:lineRule="auto"/>
      </w:pPr>
      <w:r>
        <w:rPr>
          <w:rFonts w:ascii="Liberation Sans" w:hAnsi="Liberation Sans" w:eastAsia="Liberation Sans"/>
          <w:b w:val="0"/>
          <w:i w:val="0"/>
          <w:color w:val="263342"/>
          <w:sz w:val="18"/>
        </w:rPr>
        <w:t>Response words</w:t>
      </w:r>
    </w:p>
    <w:p>
      <w:pPr>
        <w:pStyle w:val="ListBullet"/>
        <w:spacing w:before="0" w:after="40" w:line="250" w:lineRule="auto"/>
      </w:pPr>
      <w:r>
        <w:rPr>
          <w:rFonts w:ascii="Liberation Sans" w:hAnsi="Liberation Sans" w:eastAsia="Liberation Sans"/>
          <w:b w:val="0"/>
          <w:i w:val="0"/>
          <w:color w:val="263342"/>
          <w:sz w:val="18"/>
        </w:rPr>
        <w:t>Paper fastener, markers</w:t>
      </w:r>
    </w:p>
    <w:p>
      <w:pPr>
        <w:spacing w:before="100" w:after="40"/>
        <w:keepNext/>
      </w:pPr>
      <w:r>
        <w:rPr>
          <w:rFonts w:ascii="Liberation Sans" w:hAnsi="Liberation Sans" w:eastAsia="Liberation Sans"/>
          <w:b/>
          <w:i w:val="0"/>
          <w:color w:val="E26A2C"/>
          <w:sz w:val="18"/>
        </w:rPr>
        <w:t>SET UP</w:t>
      </w:r>
    </w:p>
    <w:p>
      <w:pPr>
        <w:pStyle w:val="ListBullet"/>
        <w:spacing w:before="0" w:after="40" w:line="250" w:lineRule="auto"/>
      </w:pPr>
      <w:r>
        <w:rPr>
          <w:rFonts w:ascii="Liberation Sans" w:hAnsi="Liberation Sans" w:eastAsia="Liberation Sans"/>
          <w:b w:val="0"/>
          <w:i w:val="0"/>
          <w:color w:val="263342"/>
          <w:sz w:val="18"/>
        </w:rPr>
        <w:t>Precut circles and center holes.</w:t>
      </w:r>
    </w:p>
    <w:p>
      <w:pPr>
        <w:pStyle w:val="ListBullet"/>
        <w:spacing w:before="0" w:after="40" w:line="250" w:lineRule="auto"/>
      </w:pPr>
      <w:r>
        <w:rPr>
          <w:rFonts w:ascii="Liberation Sans" w:hAnsi="Liberation Sans" w:eastAsia="Liberation Sans"/>
          <w:b w:val="0"/>
          <w:i w:val="0"/>
          <w:color w:val="263342"/>
          <w:sz w:val="18"/>
        </w:rPr>
        <w:t>Keep situations general and age-appropriate.</w:t>
      </w:r>
    </w:p>
    <w:p>
      <w:pPr>
        <w:spacing w:before="100" w:after="40"/>
        <w:keepNext/>
      </w:pPr>
      <w:r>
        <w:rPr>
          <w:rFonts w:ascii="Liberation Sans" w:hAnsi="Liberation Sans" w:eastAsia="Liberation Sans"/>
          <w:b/>
          <w:i w:val="0"/>
          <w:color w:val="E26A2C"/>
          <w:sz w:val="18"/>
        </w:rPr>
        <w:t>LEAD IT</w:t>
      </w:r>
    </w:p>
    <w:p>
      <w:pPr>
        <w:pStyle w:val="ListBullet"/>
        <w:spacing w:before="0" w:after="40" w:line="250" w:lineRule="auto"/>
      </w:pPr>
      <w:r>
        <w:rPr>
          <w:rFonts w:ascii="Liberation Sans" w:hAnsi="Liberation Sans" w:eastAsia="Liberation Sans"/>
          <w:b w:val="0"/>
          <w:i w:val="0"/>
          <w:color w:val="263342"/>
          <w:sz w:val="18"/>
        </w:rPr>
        <w:t>Children add four situations to the lower circle.</w:t>
      </w:r>
    </w:p>
    <w:p>
      <w:pPr>
        <w:pStyle w:val="ListBullet"/>
        <w:spacing w:before="0" w:after="40" w:line="250" w:lineRule="auto"/>
      </w:pPr>
      <w:r>
        <w:rPr>
          <w:rFonts w:ascii="Liberation Sans" w:hAnsi="Liberation Sans" w:eastAsia="Liberation Sans"/>
          <w:b w:val="0"/>
          <w:i w:val="0"/>
          <w:color w:val="263342"/>
          <w:sz w:val="18"/>
        </w:rPr>
        <w:t>Add one response window to the top circle and assemble.</w:t>
      </w:r>
    </w:p>
    <w:p>
      <w:pPr>
        <w:pStyle w:val="ListBullet"/>
        <w:spacing w:before="0" w:after="40" w:line="250" w:lineRule="auto"/>
      </w:pPr>
      <w:r>
        <w:rPr>
          <w:rFonts w:ascii="Liberation Sans" w:hAnsi="Liberation Sans" w:eastAsia="Liberation Sans"/>
          <w:b w:val="0"/>
          <w:i w:val="0"/>
          <w:color w:val="263342"/>
          <w:sz w:val="18"/>
        </w:rPr>
        <w:t>Turn, read, and explain how the response connects to God’s Word.</w:t>
      </w:r>
    </w:p>
    <w:p>
      <w:pPr>
        <w:spacing w:before="100" w:after="40"/>
        <w:keepNext/>
      </w:pPr>
      <w:r>
        <w:rPr>
          <w:rFonts w:ascii="Liberation Sans" w:hAnsi="Liberation Sans" w:eastAsia="Liberation Sans"/>
          <w:b/>
          <w:i w:val="0"/>
          <w:color w:val="E26A2C"/>
          <w:sz w:val="18"/>
        </w:rPr>
        <w:t>LAND THE TRUTH</w:t>
      </w:r>
    </w:p>
    <w:p>
      <w:pPr>
        <w:pStyle w:val="ListBullet"/>
        <w:spacing w:before="0" w:after="40" w:line="250" w:lineRule="auto"/>
      </w:pPr>
      <w:r>
        <w:rPr>
          <w:rFonts w:ascii="Liberation Sans" w:hAnsi="Liberation Sans" w:eastAsia="Liberation Sans"/>
          <w:b w:val="0"/>
          <w:i w:val="0"/>
          <w:color w:val="263342"/>
          <w:sz w:val="18"/>
        </w:rPr>
        <w:t>Choose one situation to pray about.</w:t>
      </w:r>
    </w:p>
    <w:p>
      <w:pPr>
        <w:pStyle w:val="ListBullet"/>
        <w:spacing w:before="0" w:after="40" w:line="250" w:lineRule="auto"/>
      </w:pPr>
      <w:r>
        <w:rPr>
          <w:rFonts w:ascii="Liberation Sans" w:hAnsi="Liberation Sans" w:eastAsia="Liberation Sans"/>
          <w:b w:val="0"/>
          <w:i w:val="0"/>
          <w:color w:val="263342"/>
          <w:sz w:val="18"/>
        </w:rPr>
        <w:t>Write the Remember This around the outside edge.</w:t>
      </w:r>
    </w:p>
    <w:p>
      <w:pPr>
        <w:spacing w:before="100" w:after="40"/>
        <w:keepNext/>
      </w:pPr>
      <w:r>
        <w:rPr>
          <w:rFonts w:ascii="Liberation Sans" w:hAnsi="Liberation Sans" w:eastAsia="Liberation Sans"/>
          <w:b/>
          <w:i w:val="0"/>
          <w:color w:val="E26A2C"/>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Provide preprinted pieces and a large turning tab.</w:t>
      </w:r>
    </w:p>
    <w:p>
      <w:pPr>
        <w:pStyle w:val="ListBullet"/>
        <w:spacing w:before="0" w:after="40" w:line="250" w:lineRule="auto"/>
      </w:pPr>
      <w:r>
        <w:rPr>
          <w:rFonts w:ascii="Liberation Sans" w:hAnsi="Liberation Sans" w:eastAsia="Liberation Sans"/>
          <w:b w:val="0"/>
          <w:i w:val="0"/>
          <w:color w:val="263342"/>
          <w:sz w:val="18"/>
        </w:rPr>
        <w:t>Use hook-and-loop cards instead of a fastener.</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A caregiver turns the dial and asks, “What could this look like today?”</w:t>
            </w:r>
          </w:p>
        </w:tc>
      </w:tr>
    </w:tbl>
    <w:p>
      <w:r>
        <w:br w:type="page"/>
      </w:r>
    </w:p>
    <w:p>
      <w:pPr>
        <w:spacing w:after="20"/>
      </w:pPr>
      <w:r>
        <w:rPr>
          <w:rFonts w:ascii="Liberation Sans" w:hAnsi="Liberation Sans" w:eastAsia="Liberation Sans"/>
          <w:b/>
          <w:i w:val="0"/>
          <w:color w:val="E26A2C"/>
          <w:sz w:val="17"/>
        </w:rPr>
        <w:t>GROUPS: CRAFT</w:t>
      </w:r>
    </w:p>
    <w:p>
      <w:pPr>
        <w:spacing w:after="60"/>
      </w:pPr>
      <w:r>
        <w:rPr>
          <w:rFonts w:ascii="Liberation Sans" w:hAnsi="Liberation Sans" w:eastAsia="Liberation Sans"/>
          <w:b/>
          <w:i w:val="0"/>
          <w:color w:val="14243A"/>
          <w:sz w:val="40"/>
        </w:rPr>
        <w:t>Story Map Slider</w:t>
      </w:r>
    </w:p>
    <w:p>
      <w:pPr>
        <w:spacing w:after="140"/>
      </w:pPr>
      <w:r>
        <w:rPr>
          <w:rFonts w:ascii="Liberation Sans" w:hAnsi="Liberation Sans" w:eastAsia="Liberation Sans"/>
          <w:b/>
          <w:i w:val="0"/>
          <w:color w:val="526274"/>
          <w:sz w:val="18"/>
        </w:rPr>
        <w:t>ELEMENTARY  |  Craft — cause and change</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A sliding strip reveals how one Bible-story moment changes what comes next and points to the Remember This.</w:t>
            </w:r>
          </w:p>
        </w:tc>
      </w:tr>
    </w:tbl>
    <w:p>
      <w:pPr>
        <w:spacing w:before="100" w:after="40"/>
        <w:keepNext/>
      </w:pPr>
      <w:r>
        <w:rPr>
          <w:rFonts w:ascii="Liberation Sans" w:hAnsi="Liberation Sans" w:eastAsia="Liberation Sans"/>
          <w:b/>
          <w:i w:val="0"/>
          <w:color w:val="E26A2C"/>
          <w:sz w:val="18"/>
        </w:rPr>
        <w:t>GATHER</w:t>
      </w:r>
    </w:p>
    <w:p>
      <w:pPr>
        <w:pStyle w:val="ListBullet"/>
        <w:spacing w:before="0" w:after="40" w:line="250" w:lineRule="auto"/>
      </w:pPr>
      <w:r>
        <w:rPr>
          <w:rFonts w:ascii="Liberation Sans" w:hAnsi="Liberation Sans" w:eastAsia="Liberation Sans"/>
          <w:b w:val="0"/>
          <w:i w:val="0"/>
          <w:color w:val="263342"/>
          <w:sz w:val="18"/>
        </w:rPr>
        <w:t>Cardstock sleeve template</w:t>
      </w:r>
    </w:p>
    <w:p>
      <w:pPr>
        <w:pStyle w:val="ListBullet"/>
        <w:spacing w:before="0" w:after="40" w:line="250" w:lineRule="auto"/>
      </w:pPr>
      <w:r>
        <w:rPr>
          <w:rFonts w:ascii="Liberation Sans" w:hAnsi="Liberation Sans" w:eastAsia="Liberation Sans"/>
          <w:b w:val="0"/>
          <w:i w:val="0"/>
          <w:color w:val="263342"/>
          <w:sz w:val="18"/>
        </w:rPr>
        <w:t>Three-scene sliding strip</w:t>
      </w:r>
    </w:p>
    <w:p>
      <w:pPr>
        <w:pStyle w:val="ListBullet"/>
        <w:spacing w:before="0" w:after="40" w:line="250" w:lineRule="auto"/>
      </w:pPr>
      <w:r>
        <w:rPr>
          <w:rFonts w:ascii="Liberation Sans" w:hAnsi="Liberation Sans" w:eastAsia="Liberation Sans"/>
          <w:b w:val="0"/>
          <w:i w:val="0"/>
          <w:color w:val="263342"/>
          <w:sz w:val="18"/>
        </w:rPr>
        <w:t>Tape, crayons, craft sticks</w:t>
      </w:r>
    </w:p>
    <w:p>
      <w:pPr>
        <w:spacing w:before="100" w:after="40"/>
        <w:keepNext/>
      </w:pPr>
      <w:r>
        <w:rPr>
          <w:rFonts w:ascii="Liberation Sans" w:hAnsi="Liberation Sans" w:eastAsia="Liberation Sans"/>
          <w:b/>
          <w:i w:val="0"/>
          <w:color w:val="E26A2C"/>
          <w:sz w:val="18"/>
        </w:rPr>
        <w:t>SET UP</w:t>
      </w:r>
    </w:p>
    <w:p>
      <w:pPr>
        <w:pStyle w:val="ListBullet"/>
        <w:spacing w:before="0" w:after="40" w:line="250" w:lineRule="auto"/>
      </w:pPr>
      <w:r>
        <w:rPr>
          <w:rFonts w:ascii="Liberation Sans" w:hAnsi="Liberation Sans" w:eastAsia="Liberation Sans"/>
          <w:b w:val="0"/>
          <w:i w:val="0"/>
          <w:color w:val="263342"/>
          <w:sz w:val="18"/>
        </w:rPr>
        <w:t>Precut sleeve openings and strips.</w:t>
      </w:r>
    </w:p>
    <w:p>
      <w:pPr>
        <w:pStyle w:val="ListBullet"/>
        <w:spacing w:before="0" w:after="40" w:line="250" w:lineRule="auto"/>
      </w:pPr>
      <w:r>
        <w:rPr>
          <w:rFonts w:ascii="Liberation Sans" w:hAnsi="Liberation Sans" w:eastAsia="Liberation Sans"/>
          <w:b w:val="0"/>
          <w:i w:val="0"/>
          <w:color w:val="263342"/>
          <w:sz w:val="18"/>
        </w:rPr>
        <w:t>Use scenes from the approved Bible story.</w:t>
      </w:r>
    </w:p>
    <w:p>
      <w:pPr>
        <w:spacing w:before="100" w:after="40"/>
        <w:keepNext/>
      </w:pPr>
      <w:r>
        <w:rPr>
          <w:rFonts w:ascii="Liberation Sans" w:hAnsi="Liberation Sans" w:eastAsia="Liberation Sans"/>
          <w:b/>
          <w:i w:val="0"/>
          <w:color w:val="E26A2C"/>
          <w:sz w:val="18"/>
        </w:rPr>
        <w:t>LEAD IT</w:t>
      </w:r>
    </w:p>
    <w:p>
      <w:pPr>
        <w:pStyle w:val="ListBullet"/>
        <w:spacing w:before="0" w:after="40" w:line="250" w:lineRule="auto"/>
      </w:pPr>
      <w:r>
        <w:rPr>
          <w:rFonts w:ascii="Liberation Sans" w:hAnsi="Liberation Sans" w:eastAsia="Liberation Sans"/>
          <w:b w:val="0"/>
          <w:i w:val="0"/>
          <w:color w:val="263342"/>
          <w:sz w:val="18"/>
        </w:rPr>
        <w:t>Children color scenes and insert the strip.</w:t>
      </w:r>
    </w:p>
    <w:p>
      <w:pPr>
        <w:pStyle w:val="ListBullet"/>
        <w:spacing w:before="0" w:after="40" w:line="250" w:lineRule="auto"/>
      </w:pPr>
      <w:r>
        <w:rPr>
          <w:rFonts w:ascii="Liberation Sans" w:hAnsi="Liberation Sans" w:eastAsia="Liberation Sans"/>
          <w:b w:val="0"/>
          <w:i w:val="0"/>
          <w:color w:val="263342"/>
          <w:sz w:val="18"/>
        </w:rPr>
        <w:t>Slide through the story and narrate each change.</w:t>
      </w:r>
    </w:p>
    <w:p>
      <w:pPr>
        <w:pStyle w:val="ListBullet"/>
        <w:spacing w:before="0" w:after="40" w:line="250" w:lineRule="auto"/>
      </w:pPr>
      <w:r>
        <w:rPr>
          <w:rFonts w:ascii="Liberation Sans" w:hAnsi="Liberation Sans" w:eastAsia="Liberation Sans"/>
          <w:b w:val="0"/>
          <w:i w:val="0"/>
          <w:color w:val="263342"/>
          <w:sz w:val="18"/>
        </w:rPr>
        <w:t>Mark the turning point with a star or bold outline.</w:t>
      </w:r>
    </w:p>
    <w:p>
      <w:pPr>
        <w:spacing w:before="100" w:after="40"/>
        <w:keepNext/>
      </w:pPr>
      <w:r>
        <w:rPr>
          <w:rFonts w:ascii="Liberation Sans" w:hAnsi="Liberation Sans" w:eastAsia="Liberation Sans"/>
          <w:b/>
          <w:i w:val="0"/>
          <w:color w:val="E26A2C"/>
          <w:sz w:val="18"/>
        </w:rPr>
        <w:t>LAND THE TRUTH</w:t>
      </w:r>
    </w:p>
    <w:p>
      <w:pPr>
        <w:pStyle w:val="ListBullet"/>
        <w:spacing w:before="0" w:after="40" w:line="250" w:lineRule="auto"/>
      </w:pPr>
      <w:r>
        <w:rPr>
          <w:rFonts w:ascii="Liberation Sans" w:hAnsi="Liberation Sans" w:eastAsia="Liberation Sans"/>
          <w:b w:val="0"/>
          <w:i w:val="0"/>
          <w:color w:val="263342"/>
          <w:sz w:val="18"/>
        </w:rPr>
        <w:t>Ask what the turning point teaches about God.</w:t>
      </w:r>
    </w:p>
    <w:p>
      <w:pPr>
        <w:pStyle w:val="ListBullet"/>
        <w:spacing w:before="0" w:after="40" w:line="250" w:lineRule="auto"/>
      </w:pPr>
      <w:r>
        <w:rPr>
          <w:rFonts w:ascii="Liberation Sans" w:hAnsi="Liberation Sans" w:eastAsia="Liberation Sans"/>
          <w:b w:val="0"/>
          <w:i w:val="0"/>
          <w:color w:val="263342"/>
          <w:sz w:val="18"/>
        </w:rPr>
        <w:t>Connect that answer to the month’s song.</w:t>
      </w:r>
    </w:p>
    <w:p>
      <w:pPr>
        <w:spacing w:before="100" w:after="40"/>
        <w:keepNext/>
      </w:pPr>
      <w:r>
        <w:rPr>
          <w:rFonts w:ascii="Liberation Sans" w:hAnsi="Liberation Sans" w:eastAsia="Liberation Sans"/>
          <w:b/>
          <w:i w:val="0"/>
          <w:color w:val="E26A2C"/>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Offer a preassembled version and easy-grip craft stick.</w:t>
      </w:r>
    </w:p>
    <w:p>
      <w:pPr>
        <w:pStyle w:val="ListBullet"/>
        <w:spacing w:before="0" w:after="40" w:line="250" w:lineRule="auto"/>
      </w:pPr>
      <w:r>
        <w:rPr>
          <w:rFonts w:ascii="Liberation Sans" w:hAnsi="Liberation Sans" w:eastAsia="Liberation Sans"/>
          <w:b w:val="0"/>
          <w:i w:val="0"/>
          <w:color w:val="263342"/>
          <w:sz w:val="18"/>
        </w:rPr>
        <w:t>Use fewer scenes or larger images.</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Retell the story by sliding slowly and pausing at the turning point.</w:t>
            </w:r>
          </w:p>
        </w:tc>
      </w:tr>
    </w:tbl>
    <w:p>
      <w:r>
        <w:br w:type="page"/>
      </w:r>
    </w:p>
    <w:p>
      <w:pPr>
        <w:spacing w:after="20"/>
      </w:pPr>
      <w:r>
        <w:rPr>
          <w:rFonts w:ascii="Liberation Sans" w:hAnsi="Liberation Sans" w:eastAsia="Liberation Sans"/>
          <w:b/>
          <w:i w:val="0"/>
          <w:color w:val="E26A2C"/>
          <w:sz w:val="17"/>
        </w:rPr>
        <w:t>GROUPS: CRAFT</w:t>
      </w:r>
    </w:p>
    <w:p>
      <w:pPr>
        <w:spacing w:after="60"/>
      </w:pPr>
      <w:r>
        <w:rPr>
          <w:rFonts w:ascii="Liberation Sans" w:hAnsi="Liberation Sans" w:eastAsia="Liberation Sans"/>
          <w:b/>
          <w:i w:val="0"/>
          <w:color w:val="14243A"/>
          <w:sz w:val="40"/>
        </w:rPr>
        <w:t>Courage Link Chain</w:t>
      </w:r>
    </w:p>
    <w:p>
      <w:pPr>
        <w:spacing w:after="140"/>
      </w:pPr>
      <w:r>
        <w:rPr>
          <w:rFonts w:ascii="Liberation Sans" w:hAnsi="Liberation Sans" w:eastAsia="Liberation Sans"/>
          <w:b/>
          <w:i w:val="0"/>
          <w:color w:val="526274"/>
          <w:sz w:val="18"/>
        </w:rPr>
        <w:t>ELEMENTARY  |  Craft — shared commitment</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Individual paper links name small ways the group can live the Remember This; joined together, they show that faith is practiced in community.</w:t>
            </w:r>
          </w:p>
        </w:tc>
      </w:tr>
    </w:tbl>
    <w:p>
      <w:pPr>
        <w:spacing w:before="100" w:after="40"/>
        <w:keepNext/>
      </w:pPr>
      <w:r>
        <w:rPr>
          <w:rFonts w:ascii="Liberation Sans" w:hAnsi="Liberation Sans" w:eastAsia="Liberation Sans"/>
          <w:b/>
          <w:i w:val="0"/>
          <w:color w:val="E26A2C"/>
          <w:sz w:val="18"/>
        </w:rPr>
        <w:t>GATHER</w:t>
      </w:r>
    </w:p>
    <w:p>
      <w:pPr>
        <w:pStyle w:val="ListBullet"/>
        <w:spacing w:before="0" w:after="40" w:line="250" w:lineRule="auto"/>
      </w:pPr>
      <w:r>
        <w:rPr>
          <w:rFonts w:ascii="Liberation Sans" w:hAnsi="Liberation Sans" w:eastAsia="Liberation Sans"/>
          <w:b w:val="0"/>
          <w:i w:val="0"/>
          <w:color w:val="263342"/>
          <w:sz w:val="18"/>
        </w:rPr>
        <w:t>Paper strips</w:t>
      </w:r>
    </w:p>
    <w:p>
      <w:pPr>
        <w:pStyle w:val="ListBullet"/>
        <w:spacing w:before="0" w:after="40" w:line="250" w:lineRule="auto"/>
      </w:pPr>
      <w:r>
        <w:rPr>
          <w:rFonts w:ascii="Liberation Sans" w:hAnsi="Liberation Sans" w:eastAsia="Liberation Sans"/>
          <w:b w:val="0"/>
          <w:i w:val="0"/>
          <w:color w:val="263342"/>
          <w:sz w:val="18"/>
        </w:rPr>
        <w:t>Markers</w:t>
      </w:r>
    </w:p>
    <w:p>
      <w:pPr>
        <w:pStyle w:val="ListBullet"/>
        <w:spacing w:before="0" w:after="40" w:line="250" w:lineRule="auto"/>
      </w:pPr>
      <w:r>
        <w:rPr>
          <w:rFonts w:ascii="Liberation Sans" w:hAnsi="Liberation Sans" w:eastAsia="Liberation Sans"/>
          <w:b w:val="0"/>
          <w:i w:val="0"/>
          <w:color w:val="263342"/>
          <w:sz w:val="18"/>
        </w:rPr>
        <w:t>Tape or stapler handled by an adult</w:t>
      </w:r>
    </w:p>
    <w:p>
      <w:pPr>
        <w:spacing w:before="100" w:after="40"/>
        <w:keepNext/>
      </w:pPr>
      <w:r>
        <w:rPr>
          <w:rFonts w:ascii="Liberation Sans" w:hAnsi="Liberation Sans" w:eastAsia="Liberation Sans"/>
          <w:b/>
          <w:i w:val="0"/>
          <w:color w:val="E26A2C"/>
          <w:sz w:val="18"/>
        </w:rPr>
        <w:t>SET UP</w:t>
      </w:r>
    </w:p>
    <w:p>
      <w:pPr>
        <w:pStyle w:val="ListBullet"/>
        <w:spacing w:before="0" w:after="40" w:line="250" w:lineRule="auto"/>
      </w:pPr>
      <w:r>
        <w:rPr>
          <w:rFonts w:ascii="Liberation Sans" w:hAnsi="Liberation Sans" w:eastAsia="Liberation Sans"/>
          <w:b w:val="0"/>
          <w:i w:val="0"/>
          <w:color w:val="263342"/>
          <w:sz w:val="18"/>
        </w:rPr>
        <w:t>Print one sentence starter on each strip.</w:t>
      </w:r>
    </w:p>
    <w:p>
      <w:pPr>
        <w:pStyle w:val="ListBullet"/>
        <w:spacing w:before="0" w:after="40" w:line="250" w:lineRule="auto"/>
      </w:pPr>
      <w:r>
        <w:rPr>
          <w:rFonts w:ascii="Liberation Sans" w:hAnsi="Liberation Sans" w:eastAsia="Liberation Sans"/>
          <w:b w:val="0"/>
          <w:i w:val="0"/>
          <w:color w:val="263342"/>
          <w:sz w:val="18"/>
        </w:rPr>
        <w:t>Prepare picture options for younger readers.</w:t>
      </w:r>
    </w:p>
    <w:p>
      <w:pPr>
        <w:spacing w:before="100" w:after="40"/>
        <w:keepNext/>
      </w:pPr>
      <w:r>
        <w:rPr>
          <w:rFonts w:ascii="Liberation Sans" w:hAnsi="Liberation Sans" w:eastAsia="Liberation Sans"/>
          <w:b/>
          <w:i w:val="0"/>
          <w:color w:val="E26A2C"/>
          <w:sz w:val="18"/>
        </w:rPr>
        <w:t>LEAD IT</w:t>
      </w:r>
    </w:p>
    <w:p>
      <w:pPr>
        <w:pStyle w:val="ListBullet"/>
        <w:spacing w:before="0" w:after="40" w:line="250" w:lineRule="auto"/>
      </w:pPr>
      <w:r>
        <w:rPr>
          <w:rFonts w:ascii="Liberation Sans" w:hAnsi="Liberation Sans" w:eastAsia="Liberation Sans"/>
          <w:b w:val="0"/>
          <w:i w:val="0"/>
          <w:color w:val="263342"/>
          <w:sz w:val="18"/>
        </w:rPr>
        <w:t>Each child completes one honest, achievable action.</w:t>
      </w:r>
    </w:p>
    <w:p>
      <w:pPr>
        <w:pStyle w:val="ListBullet"/>
        <w:spacing w:before="0" w:after="40" w:line="250" w:lineRule="auto"/>
      </w:pPr>
      <w:r>
        <w:rPr>
          <w:rFonts w:ascii="Liberation Sans" w:hAnsi="Liberation Sans" w:eastAsia="Liberation Sans"/>
          <w:b w:val="0"/>
          <w:i w:val="0"/>
          <w:color w:val="263342"/>
          <w:sz w:val="18"/>
        </w:rPr>
        <w:t>Leaders read links only with permission.</w:t>
      </w:r>
    </w:p>
    <w:p>
      <w:pPr>
        <w:pStyle w:val="ListBullet"/>
        <w:spacing w:before="0" w:after="40" w:line="250" w:lineRule="auto"/>
      </w:pPr>
      <w:r>
        <w:rPr>
          <w:rFonts w:ascii="Liberation Sans" w:hAnsi="Liberation Sans" w:eastAsia="Liberation Sans"/>
          <w:b w:val="0"/>
          <w:i w:val="0"/>
          <w:color w:val="263342"/>
          <w:sz w:val="18"/>
        </w:rPr>
        <w:t>Join them into one class chain.</w:t>
      </w:r>
    </w:p>
    <w:p>
      <w:pPr>
        <w:spacing w:before="100" w:after="40"/>
        <w:keepNext/>
      </w:pPr>
      <w:r>
        <w:rPr>
          <w:rFonts w:ascii="Liberation Sans" w:hAnsi="Liberation Sans" w:eastAsia="Liberation Sans"/>
          <w:b/>
          <w:i w:val="0"/>
          <w:color w:val="E26A2C"/>
          <w:sz w:val="18"/>
        </w:rPr>
        <w:t>LAND THE TRUTH</w:t>
      </w:r>
    </w:p>
    <w:p>
      <w:pPr>
        <w:pStyle w:val="ListBullet"/>
        <w:spacing w:before="0" w:after="40" w:line="250" w:lineRule="auto"/>
      </w:pPr>
      <w:r>
        <w:rPr>
          <w:rFonts w:ascii="Liberation Sans" w:hAnsi="Liberation Sans" w:eastAsia="Liberation Sans"/>
          <w:b w:val="0"/>
          <w:i w:val="0"/>
          <w:color w:val="263342"/>
          <w:sz w:val="18"/>
        </w:rPr>
        <w:t>Name how different actions can grow from the same truth.</w:t>
      </w:r>
    </w:p>
    <w:p>
      <w:pPr>
        <w:pStyle w:val="ListBullet"/>
        <w:spacing w:before="0" w:after="40" w:line="250" w:lineRule="auto"/>
      </w:pPr>
      <w:r>
        <w:rPr>
          <w:rFonts w:ascii="Liberation Sans" w:hAnsi="Liberation Sans" w:eastAsia="Liberation Sans"/>
          <w:b w:val="0"/>
          <w:i w:val="0"/>
          <w:color w:val="263342"/>
          <w:sz w:val="18"/>
        </w:rPr>
        <w:t>Pray over the class commitments without promising outcomes.</w:t>
      </w:r>
    </w:p>
    <w:p>
      <w:pPr>
        <w:spacing w:before="100" w:after="40"/>
        <w:keepNext/>
      </w:pPr>
      <w:r>
        <w:rPr>
          <w:rFonts w:ascii="Liberation Sans" w:hAnsi="Liberation Sans" w:eastAsia="Liberation Sans"/>
          <w:b/>
          <w:i w:val="0"/>
          <w:color w:val="E26A2C"/>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Allow drawing, dictation, or choosing a printed action.</w:t>
      </w:r>
    </w:p>
    <w:p>
      <w:pPr>
        <w:pStyle w:val="ListBullet"/>
        <w:spacing w:before="0" w:after="40" w:line="250" w:lineRule="auto"/>
      </w:pPr>
      <w:r>
        <w:rPr>
          <w:rFonts w:ascii="Liberation Sans" w:hAnsi="Liberation Sans" w:eastAsia="Liberation Sans"/>
          <w:b w:val="0"/>
          <w:i w:val="0"/>
          <w:color w:val="263342"/>
          <w:sz w:val="18"/>
        </w:rPr>
        <w:t>Use reusable linking rings for easier handling.</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Send a blank strip for the family to add to a home chain.</w:t>
            </w:r>
          </w:p>
        </w:tc>
      </w:tr>
    </w:tbl>
    <w:p>
      <w:r>
        <w:br w:type="page"/>
      </w:r>
    </w:p>
    <w:p>
      <w:pPr>
        <w:spacing w:after="20"/>
      </w:pPr>
      <w:r>
        <w:rPr>
          <w:rFonts w:ascii="Liberation Sans" w:hAnsi="Liberation Sans" w:eastAsia="Liberation Sans"/>
          <w:b/>
          <w:i w:val="0"/>
          <w:color w:val="E26A2C"/>
          <w:sz w:val="17"/>
        </w:rPr>
        <w:t>GROUPS: CRAFT</w:t>
      </w:r>
    </w:p>
    <w:p>
      <w:pPr>
        <w:spacing w:after="60"/>
      </w:pPr>
      <w:r>
        <w:rPr>
          <w:rFonts w:ascii="Liberation Sans" w:hAnsi="Liberation Sans" w:eastAsia="Liberation Sans"/>
          <w:b/>
          <w:i w:val="0"/>
          <w:color w:val="14243A"/>
          <w:sz w:val="40"/>
        </w:rPr>
        <w:t>Prayer Window Card</w:t>
      </w:r>
    </w:p>
    <w:p>
      <w:pPr>
        <w:spacing w:after="140"/>
      </w:pPr>
      <w:r>
        <w:rPr>
          <w:rFonts w:ascii="Liberation Sans" w:hAnsi="Liberation Sans" w:eastAsia="Liberation Sans"/>
          <w:b/>
          <w:i w:val="0"/>
          <w:color w:val="526274"/>
          <w:sz w:val="18"/>
        </w:rPr>
        <w:t>ELEMENTARY  |  Craft — truth-shaped prayer</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Four opening flaps guide children from the Bible truth to praise, help, thanks, and action.</w:t>
            </w:r>
          </w:p>
        </w:tc>
      </w:tr>
    </w:tbl>
    <w:p>
      <w:pPr>
        <w:spacing w:before="100" w:after="40"/>
        <w:keepNext/>
      </w:pPr>
      <w:r>
        <w:rPr>
          <w:rFonts w:ascii="Liberation Sans" w:hAnsi="Liberation Sans" w:eastAsia="Liberation Sans"/>
          <w:b/>
          <w:i w:val="0"/>
          <w:color w:val="E26A2C"/>
          <w:sz w:val="18"/>
        </w:rPr>
        <w:t>GATHER</w:t>
      </w:r>
    </w:p>
    <w:p>
      <w:pPr>
        <w:pStyle w:val="ListBullet"/>
        <w:spacing w:before="0" w:after="40" w:line="250" w:lineRule="auto"/>
      </w:pPr>
      <w:r>
        <w:rPr>
          <w:rFonts w:ascii="Liberation Sans" w:hAnsi="Liberation Sans" w:eastAsia="Liberation Sans"/>
          <w:b w:val="0"/>
          <w:i w:val="0"/>
          <w:color w:val="263342"/>
          <w:sz w:val="18"/>
        </w:rPr>
        <w:t>Folded cardstock window template</w:t>
      </w:r>
    </w:p>
    <w:p>
      <w:pPr>
        <w:pStyle w:val="ListBullet"/>
        <w:spacing w:before="0" w:after="40" w:line="250" w:lineRule="auto"/>
      </w:pPr>
      <w:r>
        <w:rPr>
          <w:rFonts w:ascii="Liberation Sans" w:hAnsi="Liberation Sans" w:eastAsia="Liberation Sans"/>
          <w:b w:val="0"/>
          <w:i w:val="0"/>
          <w:color w:val="263342"/>
          <w:sz w:val="18"/>
        </w:rPr>
        <w:t>Four flap labels</w:t>
      </w:r>
    </w:p>
    <w:p>
      <w:pPr>
        <w:pStyle w:val="ListBullet"/>
        <w:spacing w:before="0" w:after="40" w:line="250" w:lineRule="auto"/>
      </w:pPr>
      <w:r>
        <w:rPr>
          <w:rFonts w:ascii="Liberation Sans" w:hAnsi="Liberation Sans" w:eastAsia="Liberation Sans"/>
          <w:b w:val="0"/>
          <w:i w:val="0"/>
          <w:color w:val="263342"/>
          <w:sz w:val="18"/>
        </w:rPr>
        <w:t>Markers, glue</w:t>
      </w:r>
    </w:p>
    <w:p>
      <w:pPr>
        <w:spacing w:before="100" w:after="40"/>
        <w:keepNext/>
      </w:pPr>
      <w:r>
        <w:rPr>
          <w:rFonts w:ascii="Liberation Sans" w:hAnsi="Liberation Sans" w:eastAsia="Liberation Sans"/>
          <w:b/>
          <w:i w:val="0"/>
          <w:color w:val="E26A2C"/>
          <w:sz w:val="18"/>
        </w:rPr>
        <w:t>SET UP</w:t>
      </w:r>
    </w:p>
    <w:p>
      <w:pPr>
        <w:pStyle w:val="ListBullet"/>
        <w:spacing w:before="0" w:after="40" w:line="250" w:lineRule="auto"/>
      </w:pPr>
      <w:r>
        <w:rPr>
          <w:rFonts w:ascii="Liberation Sans" w:hAnsi="Liberation Sans" w:eastAsia="Liberation Sans"/>
          <w:b w:val="0"/>
          <w:i w:val="0"/>
          <w:color w:val="263342"/>
          <w:sz w:val="18"/>
        </w:rPr>
        <w:t>Precut flaps for children who need it.</w:t>
      </w:r>
    </w:p>
    <w:p>
      <w:pPr>
        <w:pStyle w:val="ListBullet"/>
        <w:spacing w:before="0" w:after="40" w:line="250" w:lineRule="auto"/>
      </w:pPr>
      <w:r>
        <w:rPr>
          <w:rFonts w:ascii="Liberation Sans" w:hAnsi="Liberation Sans" w:eastAsia="Liberation Sans"/>
          <w:b w:val="0"/>
          <w:i w:val="0"/>
          <w:color w:val="263342"/>
          <w:sz w:val="18"/>
        </w:rPr>
        <w:t>Print the Remember This in the center.</w:t>
      </w:r>
    </w:p>
    <w:p>
      <w:pPr>
        <w:spacing w:before="100" w:after="40"/>
        <w:keepNext/>
      </w:pPr>
      <w:r>
        <w:rPr>
          <w:rFonts w:ascii="Liberation Sans" w:hAnsi="Liberation Sans" w:eastAsia="Liberation Sans"/>
          <w:b/>
          <w:i w:val="0"/>
          <w:color w:val="E26A2C"/>
          <w:sz w:val="18"/>
        </w:rPr>
        <w:t>LEAD IT</w:t>
      </w:r>
    </w:p>
    <w:p>
      <w:pPr>
        <w:pStyle w:val="ListBullet"/>
        <w:spacing w:before="0" w:after="40" w:line="250" w:lineRule="auto"/>
      </w:pPr>
      <w:r>
        <w:rPr>
          <w:rFonts w:ascii="Liberation Sans" w:hAnsi="Liberation Sans" w:eastAsia="Liberation Sans"/>
          <w:b w:val="0"/>
          <w:i w:val="0"/>
          <w:color w:val="263342"/>
          <w:sz w:val="18"/>
        </w:rPr>
        <w:t>Label the flaps: Praise, Help, Thanks, My Next Step.</w:t>
      </w:r>
    </w:p>
    <w:p>
      <w:pPr>
        <w:pStyle w:val="ListBullet"/>
        <w:spacing w:before="0" w:after="40" w:line="250" w:lineRule="auto"/>
      </w:pPr>
      <w:r>
        <w:rPr>
          <w:rFonts w:ascii="Liberation Sans" w:hAnsi="Liberation Sans" w:eastAsia="Liberation Sans"/>
          <w:b w:val="0"/>
          <w:i w:val="0"/>
          <w:color w:val="263342"/>
          <w:sz w:val="18"/>
        </w:rPr>
        <w:t>Children draw or write one response under each.</w:t>
      </w:r>
    </w:p>
    <w:p>
      <w:pPr>
        <w:pStyle w:val="ListBullet"/>
        <w:spacing w:before="0" w:after="40" w:line="250" w:lineRule="auto"/>
      </w:pPr>
      <w:r>
        <w:rPr>
          <w:rFonts w:ascii="Liberation Sans" w:hAnsi="Liberation Sans" w:eastAsia="Liberation Sans"/>
          <w:b w:val="0"/>
          <w:i w:val="0"/>
          <w:color w:val="263342"/>
          <w:sz w:val="18"/>
        </w:rPr>
        <w:t>Open one flap at a time for a guided prayer.</w:t>
      </w:r>
    </w:p>
    <w:p>
      <w:pPr>
        <w:spacing w:before="100" w:after="40"/>
        <w:keepNext/>
      </w:pPr>
      <w:r>
        <w:rPr>
          <w:rFonts w:ascii="Liberation Sans" w:hAnsi="Liberation Sans" w:eastAsia="Liberation Sans"/>
          <w:b/>
          <w:i w:val="0"/>
          <w:color w:val="E26A2C"/>
          <w:sz w:val="18"/>
        </w:rPr>
        <w:t>LAND THE TRUTH</w:t>
      </w:r>
    </w:p>
    <w:p>
      <w:pPr>
        <w:pStyle w:val="ListBullet"/>
        <w:spacing w:before="0" w:after="40" w:line="250" w:lineRule="auto"/>
      </w:pPr>
      <w:r>
        <w:rPr>
          <w:rFonts w:ascii="Liberation Sans" w:hAnsi="Liberation Sans" w:eastAsia="Liberation Sans"/>
          <w:b w:val="0"/>
          <w:i w:val="0"/>
          <w:color w:val="263342"/>
          <w:sz w:val="18"/>
        </w:rPr>
        <w:t>Choose one flap to pray now; the others can remain private.</w:t>
      </w:r>
    </w:p>
    <w:p>
      <w:pPr>
        <w:pStyle w:val="ListBullet"/>
        <w:spacing w:before="0" w:after="40" w:line="250" w:lineRule="auto"/>
      </w:pPr>
      <w:r>
        <w:rPr>
          <w:rFonts w:ascii="Liberation Sans" w:hAnsi="Liberation Sans" w:eastAsia="Liberation Sans"/>
          <w:b w:val="0"/>
          <w:i w:val="0"/>
          <w:color w:val="263342"/>
          <w:sz w:val="18"/>
        </w:rPr>
        <w:t>Close all flaps over the Remember This.</w:t>
      </w:r>
    </w:p>
    <w:p>
      <w:pPr>
        <w:spacing w:before="100" w:after="40"/>
        <w:keepNext/>
      </w:pPr>
      <w:r>
        <w:rPr>
          <w:rFonts w:ascii="Liberation Sans" w:hAnsi="Liberation Sans" w:eastAsia="Liberation Sans"/>
          <w:b/>
          <w:i w:val="0"/>
          <w:color w:val="E26A2C"/>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Offer picture prompts, a scribe, or speech-to-text.</w:t>
      </w:r>
    </w:p>
    <w:p>
      <w:pPr>
        <w:pStyle w:val="ListBullet"/>
        <w:spacing w:before="0" w:after="40" w:line="250" w:lineRule="auto"/>
      </w:pPr>
      <w:r>
        <w:rPr>
          <w:rFonts w:ascii="Liberation Sans" w:hAnsi="Liberation Sans" w:eastAsia="Liberation Sans"/>
          <w:b w:val="0"/>
          <w:i w:val="0"/>
          <w:color w:val="263342"/>
          <w:sz w:val="18"/>
        </w:rPr>
        <w:t>Do not require children to share private prayers.</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Families open one flap on four different days.</w:t>
            </w:r>
          </w:p>
        </w:tc>
      </w:tr>
    </w:tbl>
    <w:p>
      <w:r>
        <w:br w:type="page"/>
      </w:r>
    </w:p>
    <w:p>
      <w:pPr>
        <w:spacing w:after="20"/>
      </w:pPr>
      <w:r>
        <w:rPr>
          <w:rFonts w:ascii="Liberation Sans" w:hAnsi="Liberation Sans" w:eastAsia="Liberation Sans"/>
          <w:b/>
          <w:i w:val="0"/>
          <w:color w:val="E26A2C"/>
          <w:sz w:val="17"/>
        </w:rPr>
        <w:t>GROUPS: CRAFT</w:t>
      </w:r>
    </w:p>
    <w:p>
      <w:pPr>
        <w:spacing w:after="60"/>
      </w:pPr>
      <w:r>
        <w:rPr>
          <w:rFonts w:ascii="Liberation Sans" w:hAnsi="Liberation Sans" w:eastAsia="Liberation Sans"/>
          <w:b/>
          <w:i w:val="0"/>
          <w:color w:val="14243A"/>
          <w:sz w:val="40"/>
        </w:rPr>
        <w:t>Song Phrase Flipbook</w:t>
      </w:r>
    </w:p>
    <w:p>
      <w:pPr>
        <w:spacing w:after="140"/>
      </w:pPr>
      <w:r>
        <w:rPr>
          <w:rFonts w:ascii="Liberation Sans" w:hAnsi="Liberation Sans" w:eastAsia="Liberation Sans"/>
          <w:b/>
          <w:i w:val="0"/>
          <w:color w:val="526274"/>
          <w:sz w:val="18"/>
        </w:rPr>
        <w:t>ELEMENTARY  |  Craft — lyric to life</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A small flipbook moves from one approved song phrase to its Bible connection, real-life meaning, and weekly action.</w:t>
            </w:r>
          </w:p>
        </w:tc>
      </w:tr>
    </w:tbl>
    <w:p>
      <w:pPr>
        <w:spacing w:before="100" w:after="40"/>
        <w:keepNext/>
      </w:pPr>
      <w:r>
        <w:rPr>
          <w:rFonts w:ascii="Liberation Sans" w:hAnsi="Liberation Sans" w:eastAsia="Liberation Sans"/>
          <w:b/>
          <w:i w:val="0"/>
          <w:color w:val="E26A2C"/>
          <w:sz w:val="18"/>
        </w:rPr>
        <w:t>GATHER</w:t>
      </w:r>
    </w:p>
    <w:p>
      <w:pPr>
        <w:pStyle w:val="ListBullet"/>
        <w:spacing w:before="0" w:after="40" w:line="250" w:lineRule="auto"/>
      </w:pPr>
      <w:r>
        <w:rPr>
          <w:rFonts w:ascii="Liberation Sans" w:hAnsi="Liberation Sans" w:eastAsia="Liberation Sans"/>
          <w:b w:val="0"/>
          <w:i w:val="0"/>
          <w:color w:val="263342"/>
          <w:sz w:val="18"/>
        </w:rPr>
        <w:t>Four small cardstock pages</w:t>
      </w:r>
    </w:p>
    <w:p>
      <w:pPr>
        <w:pStyle w:val="ListBullet"/>
        <w:spacing w:before="0" w:after="40" w:line="250" w:lineRule="auto"/>
      </w:pPr>
      <w:r>
        <w:rPr>
          <w:rFonts w:ascii="Liberation Sans" w:hAnsi="Liberation Sans" w:eastAsia="Liberation Sans"/>
          <w:b w:val="0"/>
          <w:i w:val="0"/>
          <w:color w:val="263342"/>
          <w:sz w:val="18"/>
        </w:rPr>
        <w:t>Binder ring or ribbon</w:t>
      </w:r>
    </w:p>
    <w:p>
      <w:pPr>
        <w:pStyle w:val="ListBullet"/>
        <w:spacing w:before="0" w:after="40" w:line="250" w:lineRule="auto"/>
      </w:pPr>
      <w:r>
        <w:rPr>
          <w:rFonts w:ascii="Liberation Sans" w:hAnsi="Liberation Sans" w:eastAsia="Liberation Sans"/>
          <w:b w:val="0"/>
          <w:i w:val="0"/>
          <w:color w:val="263342"/>
          <w:sz w:val="18"/>
        </w:rPr>
        <w:t>Printed phrase and prompts</w:t>
      </w:r>
    </w:p>
    <w:p>
      <w:pPr>
        <w:pStyle w:val="ListBullet"/>
        <w:spacing w:before="0" w:after="40" w:line="250" w:lineRule="auto"/>
      </w:pPr>
      <w:r>
        <w:rPr>
          <w:rFonts w:ascii="Liberation Sans" w:hAnsi="Liberation Sans" w:eastAsia="Liberation Sans"/>
          <w:b w:val="0"/>
          <w:i w:val="0"/>
          <w:color w:val="263342"/>
          <w:sz w:val="18"/>
        </w:rPr>
        <w:t>Markers</w:t>
      </w:r>
    </w:p>
    <w:p>
      <w:pPr>
        <w:spacing w:before="100" w:after="40"/>
        <w:keepNext/>
      </w:pPr>
      <w:r>
        <w:rPr>
          <w:rFonts w:ascii="Liberation Sans" w:hAnsi="Liberation Sans" w:eastAsia="Liberation Sans"/>
          <w:b/>
          <w:i w:val="0"/>
          <w:color w:val="E26A2C"/>
          <w:sz w:val="18"/>
        </w:rPr>
        <w:t>SET UP</w:t>
      </w:r>
    </w:p>
    <w:p>
      <w:pPr>
        <w:pStyle w:val="ListBullet"/>
        <w:spacing w:before="0" w:after="40" w:line="250" w:lineRule="auto"/>
      </w:pPr>
      <w:r>
        <w:rPr>
          <w:rFonts w:ascii="Liberation Sans" w:hAnsi="Liberation Sans" w:eastAsia="Liberation Sans"/>
          <w:b w:val="0"/>
          <w:i w:val="0"/>
          <w:color w:val="263342"/>
          <w:sz w:val="18"/>
        </w:rPr>
        <w:t>Choose one phrase from the month’s song.</w:t>
      </w:r>
    </w:p>
    <w:p>
      <w:pPr>
        <w:pStyle w:val="ListBullet"/>
        <w:spacing w:before="0" w:after="40" w:line="250" w:lineRule="auto"/>
      </w:pPr>
      <w:r>
        <w:rPr>
          <w:rFonts w:ascii="Liberation Sans" w:hAnsi="Liberation Sans" w:eastAsia="Liberation Sans"/>
          <w:b w:val="0"/>
          <w:i w:val="0"/>
          <w:color w:val="263342"/>
          <w:sz w:val="18"/>
        </w:rPr>
        <w:t>Prepare pages: Hear It, Find It, Live It, Pray It.</w:t>
      </w:r>
    </w:p>
    <w:p>
      <w:pPr>
        <w:spacing w:before="100" w:after="40"/>
        <w:keepNext/>
      </w:pPr>
      <w:r>
        <w:rPr>
          <w:rFonts w:ascii="Liberation Sans" w:hAnsi="Liberation Sans" w:eastAsia="Liberation Sans"/>
          <w:b/>
          <w:i w:val="0"/>
          <w:color w:val="E26A2C"/>
          <w:sz w:val="18"/>
        </w:rPr>
        <w:t>LEAD IT</w:t>
      </w:r>
    </w:p>
    <w:p>
      <w:pPr>
        <w:pStyle w:val="ListBullet"/>
        <w:spacing w:before="0" w:after="40" w:line="250" w:lineRule="auto"/>
      </w:pPr>
      <w:r>
        <w:rPr>
          <w:rFonts w:ascii="Liberation Sans" w:hAnsi="Liberation Sans" w:eastAsia="Liberation Sans"/>
          <w:b w:val="0"/>
          <w:i w:val="0"/>
          <w:color w:val="263342"/>
          <w:sz w:val="18"/>
        </w:rPr>
        <w:t>Children place the phrase on Hear It.</w:t>
      </w:r>
    </w:p>
    <w:p>
      <w:pPr>
        <w:pStyle w:val="ListBullet"/>
        <w:spacing w:before="0" w:after="40" w:line="250" w:lineRule="auto"/>
      </w:pPr>
      <w:r>
        <w:rPr>
          <w:rFonts w:ascii="Liberation Sans" w:hAnsi="Liberation Sans" w:eastAsia="Liberation Sans"/>
          <w:b w:val="0"/>
          <w:i w:val="0"/>
          <w:color w:val="263342"/>
          <w:sz w:val="18"/>
        </w:rPr>
        <w:t>Add the verse reference on Find It, an example on Live It, and a prayer on Pray It.</w:t>
      </w:r>
    </w:p>
    <w:p>
      <w:pPr>
        <w:pStyle w:val="ListBullet"/>
        <w:spacing w:before="0" w:after="40" w:line="250" w:lineRule="auto"/>
      </w:pPr>
      <w:r>
        <w:rPr>
          <w:rFonts w:ascii="Liberation Sans" w:hAnsi="Liberation Sans" w:eastAsia="Liberation Sans"/>
          <w:b w:val="0"/>
          <w:i w:val="0"/>
          <w:color w:val="263342"/>
          <w:sz w:val="18"/>
        </w:rPr>
        <w:t>Flip through while the song phrase plays.</w:t>
      </w:r>
    </w:p>
    <w:p>
      <w:pPr>
        <w:spacing w:before="100" w:after="40"/>
        <w:keepNext/>
      </w:pPr>
      <w:r>
        <w:rPr>
          <w:rFonts w:ascii="Liberation Sans" w:hAnsi="Liberation Sans" w:eastAsia="Liberation Sans"/>
          <w:b/>
          <w:i w:val="0"/>
          <w:color w:val="E26A2C"/>
          <w:sz w:val="18"/>
        </w:rPr>
        <w:t>LAND THE TRUTH</w:t>
      </w:r>
    </w:p>
    <w:p>
      <w:pPr>
        <w:pStyle w:val="ListBullet"/>
        <w:spacing w:before="0" w:after="40" w:line="250" w:lineRule="auto"/>
      </w:pPr>
      <w:r>
        <w:rPr>
          <w:rFonts w:ascii="Liberation Sans" w:hAnsi="Liberation Sans" w:eastAsia="Liberation Sans"/>
          <w:b w:val="0"/>
          <w:i w:val="0"/>
          <w:color w:val="263342"/>
          <w:sz w:val="18"/>
        </w:rPr>
        <w:t>Ask which page is easiest and which needs practice.</w:t>
      </w:r>
    </w:p>
    <w:p>
      <w:pPr>
        <w:pStyle w:val="ListBullet"/>
        <w:spacing w:before="0" w:after="40" w:line="250" w:lineRule="auto"/>
      </w:pPr>
      <w:r>
        <w:rPr>
          <w:rFonts w:ascii="Liberation Sans" w:hAnsi="Liberation Sans" w:eastAsia="Liberation Sans"/>
          <w:b w:val="0"/>
          <w:i w:val="0"/>
          <w:color w:val="263342"/>
          <w:sz w:val="18"/>
        </w:rPr>
        <w:t>Close by repeating the Remember This.</w:t>
      </w:r>
    </w:p>
    <w:p>
      <w:pPr>
        <w:spacing w:before="100" w:after="40"/>
        <w:keepNext/>
      </w:pPr>
      <w:r>
        <w:rPr>
          <w:rFonts w:ascii="Liberation Sans" w:hAnsi="Liberation Sans" w:eastAsia="Liberation Sans"/>
          <w:b/>
          <w:i w:val="0"/>
          <w:color w:val="E26A2C"/>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Provide prewritten choices and larger pages.</w:t>
      </w:r>
    </w:p>
    <w:p>
      <w:pPr>
        <w:pStyle w:val="ListBullet"/>
        <w:spacing w:before="0" w:after="40" w:line="250" w:lineRule="auto"/>
      </w:pPr>
      <w:r>
        <w:rPr>
          <w:rFonts w:ascii="Liberation Sans" w:hAnsi="Liberation Sans" w:eastAsia="Liberation Sans"/>
          <w:b w:val="0"/>
          <w:i w:val="0"/>
          <w:color w:val="263342"/>
          <w:sz w:val="18"/>
        </w:rPr>
        <w:t>Allow an audio recording instead of written responses.</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Use one page each time the family hears the song.</w:t>
            </w:r>
          </w:p>
        </w:tc>
      </w:tr>
    </w:tbl>
    <w:p>
      <w:r>
        <w:br w:type="page"/>
      </w:r>
    </w:p>
    <w:p>
      <w:pPr>
        <w:spacing w:after="20"/>
      </w:pPr>
      <w:r>
        <w:rPr>
          <w:rFonts w:ascii="Liberation Sans" w:hAnsi="Liberation Sans" w:eastAsia="Liberation Sans"/>
          <w:b/>
          <w:i w:val="0"/>
          <w:color w:val="E26A2C"/>
          <w:sz w:val="17"/>
        </w:rPr>
        <w:t>GROUPS: CRAFT</w:t>
      </w:r>
    </w:p>
    <w:p>
      <w:pPr>
        <w:spacing w:after="60"/>
      </w:pPr>
      <w:r>
        <w:rPr>
          <w:rFonts w:ascii="Liberation Sans" w:hAnsi="Liberation Sans" w:eastAsia="Liberation Sans"/>
          <w:b/>
          <w:i w:val="0"/>
          <w:color w:val="14243A"/>
          <w:sz w:val="40"/>
        </w:rPr>
        <w:t>Serve-It Forward Holder</w:t>
      </w:r>
    </w:p>
    <w:p>
      <w:pPr>
        <w:spacing w:after="140"/>
      </w:pPr>
      <w:r>
        <w:rPr>
          <w:rFonts w:ascii="Liberation Sans" w:hAnsi="Liberation Sans" w:eastAsia="Liberation Sans"/>
          <w:b/>
          <w:i w:val="0"/>
          <w:color w:val="526274"/>
          <w:sz w:val="18"/>
        </w:rPr>
        <w:t>ELEMENTARY  |  Craft — visible mission</w:t>
      </w:r>
    </w:p>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Faith connection</w:t>
            </w:r>
          </w:p>
          <w:p>
            <w:pPr>
              <w:spacing w:after="0" w:line="252" w:lineRule="auto"/>
            </w:pPr>
            <w:r>
              <w:rPr>
                <w:rFonts w:ascii="Liberation Sans" w:hAnsi="Liberation Sans" w:eastAsia="Liberation Sans"/>
                <w:b w:val="0"/>
                <w:i w:val="0"/>
                <w:color w:val="263342"/>
                <w:sz w:val="18"/>
              </w:rPr>
              <w:t>A standing card holder keeps one child-sized service action visible until it is completed, then holds a gratitude note.</w:t>
            </w:r>
          </w:p>
        </w:tc>
      </w:tr>
    </w:tbl>
    <w:p>
      <w:pPr>
        <w:spacing w:before="100" w:after="40"/>
        <w:keepNext/>
      </w:pPr>
      <w:r>
        <w:rPr>
          <w:rFonts w:ascii="Liberation Sans" w:hAnsi="Liberation Sans" w:eastAsia="Liberation Sans"/>
          <w:b/>
          <w:i w:val="0"/>
          <w:color w:val="E26A2C"/>
          <w:sz w:val="18"/>
        </w:rPr>
        <w:t>GATHER</w:t>
      </w:r>
    </w:p>
    <w:p>
      <w:pPr>
        <w:pStyle w:val="ListBullet"/>
        <w:spacing w:before="0" w:after="40" w:line="250" w:lineRule="auto"/>
      </w:pPr>
      <w:r>
        <w:rPr>
          <w:rFonts w:ascii="Liberation Sans" w:hAnsi="Liberation Sans" w:eastAsia="Liberation Sans"/>
          <w:b w:val="0"/>
          <w:i w:val="0"/>
          <w:color w:val="263342"/>
          <w:sz w:val="18"/>
        </w:rPr>
        <w:t>Folded cardstock base</w:t>
      </w:r>
    </w:p>
    <w:p>
      <w:pPr>
        <w:pStyle w:val="ListBullet"/>
        <w:spacing w:before="0" w:after="40" w:line="250" w:lineRule="auto"/>
      </w:pPr>
      <w:r>
        <w:rPr>
          <w:rFonts w:ascii="Liberation Sans" w:hAnsi="Liberation Sans" w:eastAsia="Liberation Sans"/>
          <w:b w:val="0"/>
          <w:i w:val="0"/>
          <w:color w:val="263342"/>
          <w:sz w:val="18"/>
        </w:rPr>
        <w:t>Mission cards</w:t>
      </w:r>
    </w:p>
    <w:p>
      <w:pPr>
        <w:pStyle w:val="ListBullet"/>
        <w:spacing w:before="0" w:after="40" w:line="250" w:lineRule="auto"/>
      </w:pPr>
      <w:r>
        <w:rPr>
          <w:rFonts w:ascii="Liberation Sans" w:hAnsi="Liberation Sans" w:eastAsia="Liberation Sans"/>
          <w:b w:val="0"/>
          <w:i w:val="0"/>
          <w:color w:val="263342"/>
          <w:sz w:val="18"/>
        </w:rPr>
        <w:t>Gratitude cards</w:t>
      </w:r>
    </w:p>
    <w:p>
      <w:pPr>
        <w:pStyle w:val="ListBullet"/>
        <w:spacing w:before="0" w:after="40" w:line="250" w:lineRule="auto"/>
      </w:pPr>
      <w:r>
        <w:rPr>
          <w:rFonts w:ascii="Liberation Sans" w:hAnsi="Liberation Sans" w:eastAsia="Liberation Sans"/>
          <w:b w:val="0"/>
          <w:i w:val="0"/>
          <w:color w:val="263342"/>
          <w:sz w:val="18"/>
        </w:rPr>
        <w:t>Markers, tape</w:t>
      </w:r>
    </w:p>
    <w:p>
      <w:pPr>
        <w:spacing w:before="100" w:after="40"/>
        <w:keepNext/>
      </w:pPr>
      <w:r>
        <w:rPr>
          <w:rFonts w:ascii="Liberation Sans" w:hAnsi="Liberation Sans" w:eastAsia="Liberation Sans"/>
          <w:b/>
          <w:i w:val="0"/>
          <w:color w:val="E26A2C"/>
          <w:sz w:val="18"/>
        </w:rPr>
        <w:t>SET UP</w:t>
      </w:r>
    </w:p>
    <w:p>
      <w:pPr>
        <w:pStyle w:val="ListBullet"/>
        <w:spacing w:before="0" w:after="40" w:line="250" w:lineRule="auto"/>
      </w:pPr>
      <w:r>
        <w:rPr>
          <w:rFonts w:ascii="Liberation Sans" w:hAnsi="Liberation Sans" w:eastAsia="Liberation Sans"/>
          <w:b w:val="0"/>
          <w:i w:val="0"/>
          <w:color w:val="263342"/>
          <w:sz w:val="18"/>
        </w:rPr>
        <w:t>Pre-fold stable bases.</w:t>
      </w:r>
    </w:p>
    <w:p>
      <w:pPr>
        <w:pStyle w:val="ListBullet"/>
        <w:spacing w:before="0" w:after="40" w:line="250" w:lineRule="auto"/>
      </w:pPr>
      <w:r>
        <w:rPr>
          <w:rFonts w:ascii="Liberation Sans" w:hAnsi="Liberation Sans" w:eastAsia="Liberation Sans"/>
          <w:b w:val="0"/>
          <w:i w:val="0"/>
          <w:color w:val="263342"/>
          <w:sz w:val="18"/>
        </w:rPr>
        <w:t>Prepare safe mission choices connected to the month’s truth.</w:t>
      </w:r>
    </w:p>
    <w:p>
      <w:pPr>
        <w:spacing w:before="100" w:after="40"/>
        <w:keepNext/>
      </w:pPr>
      <w:r>
        <w:rPr>
          <w:rFonts w:ascii="Liberation Sans" w:hAnsi="Liberation Sans" w:eastAsia="Liberation Sans"/>
          <w:b/>
          <w:i w:val="0"/>
          <w:color w:val="E26A2C"/>
          <w:sz w:val="18"/>
        </w:rPr>
        <w:t>LEAD IT</w:t>
      </w:r>
    </w:p>
    <w:p>
      <w:pPr>
        <w:pStyle w:val="ListBullet"/>
        <w:spacing w:before="0" w:after="40" w:line="250" w:lineRule="auto"/>
      </w:pPr>
      <w:r>
        <w:rPr>
          <w:rFonts w:ascii="Liberation Sans" w:hAnsi="Liberation Sans" w:eastAsia="Liberation Sans"/>
          <w:b w:val="0"/>
          <w:i w:val="0"/>
          <w:color w:val="263342"/>
          <w:sz w:val="18"/>
        </w:rPr>
        <w:t>Children decorate the holder with the Remember This.</w:t>
      </w:r>
    </w:p>
    <w:p>
      <w:pPr>
        <w:pStyle w:val="ListBullet"/>
        <w:spacing w:before="0" w:after="40" w:line="250" w:lineRule="auto"/>
      </w:pPr>
      <w:r>
        <w:rPr>
          <w:rFonts w:ascii="Liberation Sans" w:hAnsi="Liberation Sans" w:eastAsia="Liberation Sans"/>
          <w:b w:val="0"/>
          <w:i w:val="0"/>
          <w:color w:val="263342"/>
          <w:sz w:val="18"/>
        </w:rPr>
        <w:t>Choose or write one service action and place it in front.</w:t>
      </w:r>
    </w:p>
    <w:p>
      <w:pPr>
        <w:pStyle w:val="ListBullet"/>
        <w:spacing w:before="0" w:after="40" w:line="250" w:lineRule="auto"/>
      </w:pPr>
      <w:r>
        <w:rPr>
          <w:rFonts w:ascii="Liberation Sans" w:hAnsi="Liberation Sans" w:eastAsia="Liberation Sans"/>
          <w:b w:val="0"/>
          <w:i w:val="0"/>
          <w:color w:val="263342"/>
          <w:sz w:val="18"/>
        </w:rPr>
        <w:t>After the action, move it behind and add a gratitude card.</w:t>
      </w:r>
    </w:p>
    <w:p>
      <w:pPr>
        <w:spacing w:before="100" w:after="40"/>
        <w:keepNext/>
      </w:pPr>
      <w:r>
        <w:rPr>
          <w:rFonts w:ascii="Liberation Sans" w:hAnsi="Liberation Sans" w:eastAsia="Liberation Sans"/>
          <w:b/>
          <w:i w:val="0"/>
          <w:color w:val="E26A2C"/>
          <w:sz w:val="18"/>
        </w:rPr>
        <w:t>LAND THE TRUTH</w:t>
      </w:r>
    </w:p>
    <w:p>
      <w:pPr>
        <w:pStyle w:val="ListBullet"/>
        <w:spacing w:before="0" w:after="40" w:line="250" w:lineRule="auto"/>
      </w:pPr>
      <w:r>
        <w:rPr>
          <w:rFonts w:ascii="Liberation Sans" w:hAnsi="Liberation Sans" w:eastAsia="Liberation Sans"/>
          <w:b w:val="0"/>
          <w:i w:val="0"/>
          <w:color w:val="263342"/>
          <w:sz w:val="18"/>
        </w:rPr>
        <w:t>Practice explaining how the action grows from God’s Word.</w:t>
      </w:r>
    </w:p>
    <w:p>
      <w:pPr>
        <w:pStyle w:val="ListBullet"/>
        <w:spacing w:before="0" w:after="40" w:line="250" w:lineRule="auto"/>
      </w:pPr>
      <w:r>
        <w:rPr>
          <w:rFonts w:ascii="Liberation Sans" w:hAnsi="Liberation Sans" w:eastAsia="Liberation Sans"/>
          <w:b w:val="0"/>
          <w:i w:val="0"/>
          <w:color w:val="263342"/>
          <w:sz w:val="18"/>
        </w:rPr>
        <w:t>Pray for the person who may be served.</w:t>
      </w:r>
    </w:p>
    <w:p>
      <w:pPr>
        <w:spacing w:before="100" w:after="40"/>
        <w:keepNext/>
      </w:pPr>
      <w:r>
        <w:rPr>
          <w:rFonts w:ascii="Liberation Sans" w:hAnsi="Liberation Sans" w:eastAsia="Liberation Sans"/>
          <w:b/>
          <w:i w:val="0"/>
          <w:color w:val="E26A2C"/>
          <w:sz w:val="18"/>
        </w:rPr>
        <w:t>MAKE IT WORK FOR EVERY CHILD</w:t>
      </w:r>
    </w:p>
    <w:p>
      <w:pPr>
        <w:pStyle w:val="ListBullet"/>
        <w:spacing w:before="0" w:after="40" w:line="250" w:lineRule="auto"/>
      </w:pPr>
      <w:r>
        <w:rPr>
          <w:rFonts w:ascii="Liberation Sans" w:hAnsi="Liberation Sans" w:eastAsia="Liberation Sans"/>
          <w:b w:val="0"/>
          <w:i w:val="0"/>
          <w:color w:val="263342"/>
          <w:sz w:val="18"/>
        </w:rPr>
        <w:t>Offer a digital photo of the card for children who cannot carry materials home.</w:t>
      </w:r>
    </w:p>
    <w:p>
      <w:pPr>
        <w:pStyle w:val="ListBullet"/>
        <w:spacing w:before="0" w:after="40" w:line="250" w:lineRule="auto"/>
      </w:pPr>
      <w:r>
        <w:rPr>
          <w:rFonts w:ascii="Liberation Sans" w:hAnsi="Liberation Sans" w:eastAsia="Liberation Sans"/>
          <w:b w:val="0"/>
          <w:i w:val="0"/>
          <w:color w:val="263342"/>
          <w:sz w:val="18"/>
        </w:rPr>
        <w:t>Let children choose a private family action.</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Home twin</w:t>
            </w:r>
          </w:p>
          <w:p>
            <w:pPr>
              <w:spacing w:after="0" w:line="252" w:lineRule="auto"/>
            </w:pPr>
            <w:r>
              <w:rPr>
                <w:rFonts w:ascii="Liberation Sans" w:hAnsi="Liberation Sans" w:eastAsia="Liberation Sans"/>
                <w:b w:val="0"/>
                <w:i w:val="0"/>
                <w:color w:val="263342"/>
                <w:sz w:val="18"/>
              </w:rPr>
              <w:t>Complete the action with caregiver support; no proof or public report is required.</w:t>
            </w:r>
          </w:p>
        </w:tc>
      </w:tr>
    </w:tbl>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Home follow-through should take one minute to understand</w:t>
      </w:r>
    </w:p>
    <w:p>
      <w:pPr>
        <w:spacing w:before="0" w:after="100" w:line="259" w:lineRule="auto"/>
      </w:pPr>
      <w:r>
        <w:rPr>
          <w:rFonts w:ascii="Liberation Sans" w:hAnsi="Liberation Sans" w:eastAsia="Liberation Sans"/>
          <w:b w:val="0"/>
          <w:i w:val="0"/>
          <w:color w:val="263342"/>
          <w:sz w:val="19"/>
        </w:rPr>
        <w:t>Home resources work best when they repeat something the child already handled in the room. Send one action, one sentence, and one song cue—not a second lesson.</w:t>
      </w:r>
    </w:p>
    <w:p>
      <w:pPr>
        <w:pStyle w:val="Heading2"/>
        <w:keepNext/>
        <w:spacing w:before="100" w:after="80"/>
      </w:pPr>
      <w:r>
        <w:rPr>
          <w:rFonts w:ascii="Liberation Sans" w:hAnsi="Liberation Sans" w:eastAsia="Liberation Sans"/>
          <w:b/>
          <w:i w:val="0"/>
          <w:color w:val="086862"/>
          <w:sz w:val="26"/>
        </w:rPr>
        <w:t>The home-twin formula</w:t>
      </w:r>
    </w:p>
    <w:p>
      <w:pPr>
        <w:pStyle w:val="ListBullet"/>
        <w:spacing w:before="0" w:after="40" w:line="250" w:lineRule="auto"/>
      </w:pPr>
      <w:r>
        <w:rPr>
          <w:rFonts w:ascii="Liberation Sans" w:hAnsi="Liberation Sans" w:eastAsia="Liberation Sans"/>
          <w:b w:val="0"/>
          <w:i w:val="0"/>
          <w:color w:val="263342"/>
          <w:sz w:val="18"/>
        </w:rPr>
        <w:t>NAME IT: “This month we are learning…” followed by the exact Remember This.</w:t>
      </w:r>
    </w:p>
    <w:p>
      <w:pPr>
        <w:pStyle w:val="ListBullet"/>
        <w:spacing w:before="0" w:after="40" w:line="250" w:lineRule="auto"/>
      </w:pPr>
      <w:r>
        <w:rPr>
          <w:rFonts w:ascii="Liberation Sans" w:hAnsi="Liberation Sans" w:eastAsia="Liberation Sans"/>
          <w:b w:val="0"/>
          <w:i w:val="0"/>
          <w:color w:val="263342"/>
          <w:sz w:val="18"/>
        </w:rPr>
        <w:t>DO IT: one action already practiced at church—turn, point, match, move, choose, pray, or serve.</w:t>
      </w:r>
    </w:p>
    <w:p>
      <w:pPr>
        <w:pStyle w:val="ListBullet"/>
        <w:spacing w:before="0" w:after="40" w:line="250" w:lineRule="auto"/>
      </w:pPr>
      <w:r>
        <w:rPr>
          <w:rFonts w:ascii="Liberation Sans" w:hAnsi="Liberation Sans" w:eastAsia="Liberation Sans"/>
          <w:b w:val="0"/>
          <w:i w:val="0"/>
          <w:color w:val="263342"/>
          <w:sz w:val="18"/>
        </w:rPr>
        <w:t>PLAY IT: one clear cue for when to use the month’s song.</w:t>
      </w:r>
    </w:p>
    <w:p>
      <w:pPr>
        <w:pStyle w:val="ListBullet"/>
        <w:spacing w:before="0" w:after="40" w:line="250" w:lineRule="auto"/>
      </w:pPr>
      <w:r>
        <w:rPr>
          <w:rFonts w:ascii="Liberation Sans" w:hAnsi="Liberation Sans" w:eastAsia="Liberation Sans"/>
          <w:b w:val="0"/>
          <w:i w:val="0"/>
          <w:color w:val="263342"/>
          <w:sz w:val="18"/>
        </w:rPr>
        <w:t>ASK IT: one open question that cannot be answered only yes or no.</w:t>
      </w:r>
    </w:p>
    <w:p>
      <w:pPr>
        <w:pStyle w:val="ListBullet"/>
        <w:spacing w:before="0" w:after="40" w:line="250" w:lineRule="auto"/>
      </w:pPr>
      <w:r>
        <w:rPr>
          <w:rFonts w:ascii="Liberation Sans" w:hAnsi="Liberation Sans" w:eastAsia="Liberation Sans"/>
          <w:b w:val="0"/>
          <w:i w:val="0"/>
          <w:color w:val="263342"/>
          <w:sz w:val="18"/>
        </w:rPr>
        <w:t>BLESS IT: one sentence a caregiver can pray over the child.</w:t>
      </w:r>
    </w:p>
    <w:tbl>
      <w:tblPr>
        <w:tblW w:type="auto" w:w="0"/>
        <w:jc w:val="center"/>
        <w:tblLayout w:type="autofit"/>
        <w:tblLook w:firstColumn="1" w:firstRow="1" w:lastColumn="0" w:lastRow="0" w:noHBand="0" w:noVBand="1" w:val="04A0"/>
      </w:tblPr>
      <w:tblGrid>
        <w:gridCol w:w="10282"/>
      </w:tblGrid>
      <w:tr>
        <w:tc>
          <w:tcPr>
            <w:tcW w:type="dxa" w:w="10282"/>
            <w:shd w:fill="DFF3F4"/>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Preschool example</w:t>
            </w:r>
          </w:p>
          <w:p>
            <w:pPr>
              <w:spacing w:after="0" w:line="252" w:lineRule="auto"/>
            </w:pPr>
            <w:r>
              <w:rPr>
                <w:rFonts w:ascii="Liberation Sans" w:hAnsi="Liberation Sans" w:eastAsia="Liberation Sans"/>
                <w:b w:val="0"/>
                <w:i w:val="0"/>
                <w:color w:val="263342"/>
                <w:sz w:val="18"/>
              </w:rPr>
              <w:t>Turn the Story-Step Foldout. Ask, “What happened next?” Play the month’s song and use one motion. Pray: “God, help us remember what Your Word says.”</w:t>
            </w:r>
          </w:p>
        </w:tc>
      </w:tr>
    </w:tbl>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E26A2C"/>
              <w:bottom w:val="nil"/>
              <w:right w:val="nil"/>
            </w:tcBorders>
          </w:tcPr>
          <w:p>
            <w:pPr>
              <w:spacing w:after="40"/>
            </w:pPr>
            <w:r>
              <w:rPr>
                <w:rFonts w:ascii="Liberation Sans" w:hAnsi="Liberation Sans" w:eastAsia="Liberation Sans"/>
                <w:b/>
                <w:i w:val="0"/>
                <w:color w:val="14243A"/>
                <w:sz w:val="20"/>
              </w:rPr>
              <w:t>Elementary example</w:t>
            </w:r>
          </w:p>
          <w:p>
            <w:pPr>
              <w:spacing w:after="0" w:line="252" w:lineRule="auto"/>
            </w:pPr>
            <w:r>
              <w:rPr>
                <w:rFonts w:ascii="Liberation Sans" w:hAnsi="Liberation Sans" w:eastAsia="Liberation Sans"/>
                <w:b w:val="0"/>
                <w:i w:val="0"/>
                <w:color w:val="263342"/>
                <w:sz w:val="18"/>
              </w:rPr>
              <w:t>Turn the Truth Dial. Choose one situation. Ask, “What response lines up with God’s Word?” Play the month’s song and pause at the chosen phrase for prayer.</w:t>
            </w:r>
          </w:p>
        </w:tc>
      </w:tr>
    </w:tbl>
    <w:p>
      <w:pPr>
        <w:pStyle w:val="Heading2"/>
        <w:keepNext/>
        <w:spacing w:before="100" w:after="80"/>
      </w:pPr>
      <w:r>
        <w:rPr>
          <w:rFonts w:ascii="Liberation Sans" w:hAnsi="Liberation Sans" w:eastAsia="Liberation Sans"/>
          <w:b/>
          <w:i w:val="0"/>
          <w:color w:val="E35D5B"/>
          <w:sz w:val="26"/>
        </w:rPr>
        <w:t>Keep home sharing safe</w:t>
      </w:r>
    </w:p>
    <w:p>
      <w:pPr>
        <w:pStyle w:val="ListBullet"/>
        <w:spacing w:before="0" w:after="40" w:line="250" w:lineRule="auto"/>
      </w:pPr>
      <w:r>
        <w:rPr>
          <w:rFonts w:ascii="Liberation Sans" w:hAnsi="Liberation Sans" w:eastAsia="Liberation Sans"/>
          <w:b w:val="0"/>
          <w:i w:val="0"/>
          <w:color w:val="263342"/>
          <w:sz w:val="18"/>
        </w:rPr>
        <w:t>Never require a child or family to post proof online.</w:t>
      </w:r>
    </w:p>
    <w:p>
      <w:pPr>
        <w:pStyle w:val="ListBullet"/>
        <w:spacing w:before="0" w:after="40" w:line="250" w:lineRule="auto"/>
      </w:pPr>
      <w:r>
        <w:rPr>
          <w:rFonts w:ascii="Liberation Sans" w:hAnsi="Liberation Sans" w:eastAsia="Liberation Sans"/>
          <w:b w:val="0"/>
          <w:i w:val="0"/>
          <w:color w:val="263342"/>
          <w:sz w:val="18"/>
        </w:rPr>
        <w:t>Do not request private prayer details.</w:t>
      </w:r>
    </w:p>
    <w:p>
      <w:pPr>
        <w:pStyle w:val="ListBullet"/>
        <w:spacing w:before="0" w:after="40" w:line="250" w:lineRule="auto"/>
      </w:pPr>
      <w:r>
        <w:rPr>
          <w:rFonts w:ascii="Liberation Sans" w:hAnsi="Liberation Sans" w:eastAsia="Liberation Sans"/>
          <w:b w:val="0"/>
          <w:i w:val="0"/>
          <w:color w:val="263342"/>
          <w:sz w:val="18"/>
        </w:rPr>
        <w:t>Offer a screen-free option for every digital cue.</w:t>
      </w:r>
    </w:p>
    <w:p>
      <w:pPr>
        <w:pStyle w:val="ListBullet"/>
        <w:spacing w:before="0" w:after="40" w:line="250" w:lineRule="auto"/>
      </w:pPr>
      <w:r>
        <w:rPr>
          <w:rFonts w:ascii="Liberation Sans" w:hAnsi="Liberation Sans" w:eastAsia="Liberation Sans"/>
          <w:b w:val="0"/>
          <w:i w:val="0"/>
          <w:color w:val="263342"/>
          <w:sz w:val="18"/>
        </w:rPr>
        <w:t>Use simple household materials or include what is needed.</w:t>
      </w:r>
    </w:p>
    <w:p>
      <w:pPr>
        <w:pStyle w:val="ListBullet"/>
        <w:spacing w:before="0" w:after="40" w:line="250" w:lineRule="auto"/>
      </w:pPr>
      <w:r>
        <w:rPr>
          <w:rFonts w:ascii="Liberation Sans" w:hAnsi="Liberation Sans" w:eastAsia="Liberation Sans"/>
          <w:b w:val="0"/>
          <w:i w:val="0"/>
          <w:color w:val="263342"/>
          <w:sz w:val="18"/>
        </w:rPr>
        <w:t>Write for caregivers who were not in the room.</w:t>
      </w:r>
    </w:p>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Leaders need one list and one message</w:t>
      </w:r>
    </w:p>
    <w:p>
      <w:pPr>
        <w:pStyle w:val="Heading2"/>
        <w:keepNext/>
        <w:spacing w:before="100" w:after="80"/>
      </w:pPr>
      <w:r>
        <w:rPr>
          <w:rFonts w:ascii="Liberation Sans" w:hAnsi="Liberation Sans" w:eastAsia="Liberation Sans"/>
          <w:b/>
          <w:i w:val="0"/>
          <w:color w:val="086862"/>
          <w:sz w:val="26"/>
        </w:rPr>
        <w:t>Monthly master supply list</w:t>
      </w:r>
    </w:p>
    <w:p>
      <w:pPr>
        <w:spacing w:before="0" w:after="100" w:line="259" w:lineRule="auto"/>
      </w:pPr>
      <w:r>
        <w:rPr>
          <w:rFonts w:ascii="Liberation Sans" w:hAnsi="Liberation Sans" w:eastAsia="Liberation Sans"/>
          <w:b w:val="0"/>
          <w:i w:val="0"/>
          <w:color w:val="263342"/>
          <w:sz w:val="19"/>
        </w:rPr>
        <w:t>Combine duplicates before purchasing. Add quantities only after room size and attendance are confirmed.</w:t>
      </w:r>
    </w:p>
    <w:tbl>
      <w:tblPr>
        <w:tblW w:type="auto" w:w="0"/>
        <w:jc w:val="center"/>
        <w:tblLayout w:type="fixed"/>
        <w:tblLook w:firstColumn="1" w:firstRow="1" w:lastColumn="0" w:lastRow="0" w:noHBand="0" w:noVBand="1" w:val="04A0"/>
      </w:tblPr>
      <w:tblGrid>
        <w:gridCol w:w="1800"/>
        <w:gridCol w:w="8496"/>
      </w:tblGrid>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PRINT</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Story pictures; verse cards; motion icons; scenario cards; home cards</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PAPER</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Cardstock; paper plates; strips; envelopes or pockets; blank cards</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CONNECT</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Tape; glue dots; paper fasteners; binder rings; reusable hook-and-loop dots</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CREATE</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Washable markers; crayons; approved texture pieces; stickers</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PLAY</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Floor markers; beanbags; safe sound makers; baskets; easy-grip tabs</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ACCESS</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Large-print set; picture choices; first-then card; headphones; tabletop version</w:t>
            </w:r>
          </w:p>
        </w:tc>
      </w:tr>
    </w:tbl>
    <w:p>
      <w:pPr>
        <w:pStyle w:val="Heading2"/>
        <w:keepNext/>
        <w:spacing w:before="100" w:after="80"/>
      </w:pPr>
      <w:r>
        <w:rPr>
          <w:rFonts w:ascii="Liberation Sans" w:hAnsi="Liberation Sans" w:eastAsia="Liberation Sans"/>
          <w:b/>
          <w:i w:val="0"/>
          <w:color w:val="086862"/>
          <w:sz w:val="26"/>
        </w:rPr>
        <w:t>Weekly leader message</w:t>
      </w:r>
    </w:p>
    <w:tbl>
      <w:tblPr>
        <w:tblW w:type="auto" w:w="0"/>
        <w:jc w:val="center"/>
        <w:tblLayout w:type="autofit"/>
        <w:tblLook w:firstColumn="1" w:firstRow="1" w:lastColumn="0" w:lastRow="0" w:noHBand="0" w:noVBand="1" w:val="04A0"/>
      </w:tblPr>
      <w:tblGrid>
        <w:gridCol w:w="10282"/>
      </w:tblGrid>
      <w:tr>
        <w:tc>
          <w:tcPr>
            <w:tcW w:type="dxa" w:w="10282"/>
            <w:shd w:fill="F4F7F9"/>
            <w:tcMar>
              <w:top w:w="120" w:type="dxa"/>
              <w:start w:w="160" w:type="dxa"/>
              <w:bottom w:w="120" w:type="dxa"/>
              <w:end w:w="160" w:type="dxa"/>
            </w:tcMar>
            <w:tcBorders>
              <w:top w:val="nil"/>
              <w:left w:val="single" w:sz="20" w:color="0B8F87"/>
              <w:bottom w:val="nil"/>
              <w:right w:val="nil"/>
            </w:tcBorders>
          </w:tcPr>
          <w:p>
            <w:pPr>
              <w:spacing w:after="40"/>
            </w:pPr>
            <w:r>
              <w:rPr>
                <w:rFonts w:ascii="Liberation Sans" w:hAnsi="Liberation Sans" w:eastAsia="Liberation Sans"/>
                <w:b/>
                <w:i w:val="0"/>
                <w:color w:val="14243A"/>
                <w:sz w:val="20"/>
              </w:rPr>
              <w:t>Subject</w:t>
            </w:r>
          </w:p>
          <w:p>
            <w:pPr>
              <w:spacing w:after="0" w:line="252" w:lineRule="auto"/>
            </w:pPr>
            <w:r>
              <w:rPr>
                <w:rFonts w:ascii="Liberation Sans" w:hAnsi="Liberation Sans" w:eastAsia="Liberation Sans"/>
                <w:b w:val="0"/>
                <w:i w:val="0"/>
                <w:color w:val="263342"/>
                <w:sz w:val="18"/>
              </w:rPr>
              <w:t>[Month / Week] — one truth, one song, one simple plan</w:t>
            </w:r>
          </w:p>
        </w:tc>
      </w:tr>
    </w:tbl>
    <w:p>
      <w:pPr>
        <w:pStyle w:val="ListBullet"/>
        <w:spacing w:before="0" w:after="40" w:line="250" w:lineRule="auto"/>
      </w:pPr>
      <w:r>
        <w:rPr>
          <w:rFonts w:ascii="Liberation Sans" w:hAnsi="Liberation Sans" w:eastAsia="Liberation Sans"/>
          <w:b w:val="0"/>
          <w:i w:val="0"/>
          <w:color w:val="263342"/>
          <w:sz w:val="18"/>
        </w:rPr>
        <w:t>This week’s Bible story: [reference and title]</w:t>
      </w:r>
    </w:p>
    <w:p>
      <w:pPr>
        <w:pStyle w:val="ListBullet"/>
        <w:spacing w:before="0" w:after="40" w:line="250" w:lineRule="auto"/>
      </w:pPr>
      <w:r>
        <w:rPr>
          <w:rFonts w:ascii="Liberation Sans" w:hAnsi="Liberation Sans" w:eastAsia="Liberation Sans"/>
          <w:b w:val="0"/>
          <w:i w:val="0"/>
          <w:color w:val="263342"/>
          <w:sz w:val="18"/>
        </w:rPr>
        <w:t>Remember This: [exact line]</w:t>
      </w:r>
    </w:p>
    <w:p>
      <w:pPr>
        <w:pStyle w:val="ListBullet"/>
        <w:spacing w:before="0" w:after="40" w:line="250" w:lineRule="auto"/>
      </w:pPr>
      <w:r>
        <w:rPr>
          <w:rFonts w:ascii="Liberation Sans" w:hAnsi="Liberation Sans" w:eastAsia="Liberation Sans"/>
          <w:b w:val="0"/>
          <w:i w:val="0"/>
          <w:color w:val="263342"/>
          <w:sz w:val="18"/>
        </w:rPr>
        <w:t>Song cue: [song title and phrase or movement]</w:t>
      </w:r>
    </w:p>
    <w:p>
      <w:pPr>
        <w:pStyle w:val="ListBullet"/>
        <w:spacing w:before="0" w:after="40" w:line="250" w:lineRule="auto"/>
      </w:pPr>
      <w:r>
        <w:rPr>
          <w:rFonts w:ascii="Liberation Sans" w:hAnsi="Liberation Sans" w:eastAsia="Liberation Sans"/>
          <w:b w:val="0"/>
          <w:i w:val="0"/>
          <w:color w:val="263342"/>
          <w:sz w:val="18"/>
        </w:rPr>
        <w:t>Before children arrive: [three setup bullets]</w:t>
      </w:r>
    </w:p>
    <w:p>
      <w:pPr>
        <w:pStyle w:val="ListBullet"/>
        <w:spacing w:before="0" w:after="40" w:line="250" w:lineRule="auto"/>
      </w:pPr>
      <w:r>
        <w:rPr>
          <w:rFonts w:ascii="Liberation Sans" w:hAnsi="Liberation Sans" w:eastAsia="Liberation Sans"/>
          <w:b w:val="0"/>
          <w:i w:val="0"/>
          <w:color w:val="263342"/>
          <w:sz w:val="18"/>
        </w:rPr>
        <w:t>During the activity: [three lead bullets]</w:t>
      </w:r>
    </w:p>
    <w:p>
      <w:pPr>
        <w:pStyle w:val="ListBullet"/>
        <w:spacing w:before="0" w:after="40" w:line="250" w:lineRule="auto"/>
      </w:pPr>
      <w:r>
        <w:rPr>
          <w:rFonts w:ascii="Liberation Sans" w:hAnsi="Liberation Sans" w:eastAsia="Liberation Sans"/>
          <w:b w:val="0"/>
          <w:i w:val="0"/>
          <w:color w:val="263342"/>
          <w:sz w:val="18"/>
        </w:rPr>
        <w:t>Land it with: [one question + one sentence]</w:t>
      </w:r>
    </w:p>
    <w:p>
      <w:pPr>
        <w:pStyle w:val="ListBullet"/>
        <w:spacing w:before="0" w:after="40" w:line="250" w:lineRule="auto"/>
      </w:pPr>
      <w:r>
        <w:rPr>
          <w:rFonts w:ascii="Liberation Sans" w:hAnsi="Liberation Sans" w:eastAsia="Liberation Sans"/>
          <w:b w:val="0"/>
          <w:i w:val="0"/>
          <w:color w:val="263342"/>
          <w:sz w:val="18"/>
        </w:rPr>
        <w:t>Every-child options: [chosen switches]</w:t>
      </w:r>
    </w:p>
    <w:p>
      <w:pPr>
        <w:pStyle w:val="ListBullet"/>
        <w:spacing w:before="0" w:after="40" w:line="250" w:lineRule="auto"/>
      </w:pPr>
      <w:r>
        <w:rPr>
          <w:rFonts w:ascii="Liberation Sans" w:hAnsi="Liberation Sans" w:eastAsia="Liberation Sans"/>
          <w:b w:val="0"/>
          <w:i w:val="0"/>
          <w:color w:val="263342"/>
          <w:sz w:val="18"/>
        </w:rPr>
        <w:t>Home twin: [one action]</w:t>
      </w:r>
    </w:p>
    <w:p>
      <w:pPr>
        <w:spacing w:before="100" w:after="100" w:line="259" w:lineRule="auto"/>
      </w:pPr>
      <w:r>
        <w:rPr>
          <w:rFonts w:ascii="Liberation Sans" w:hAnsi="Liberation Sans" w:eastAsia="Liberation Sans"/>
          <w:b w:val="0"/>
          <w:i/>
          <w:color w:val="526274"/>
          <w:sz w:val="19"/>
        </w:rPr>
        <w:t>Thank you for helping children experience Jesus and His Word with clarity, joy, and care.</w:t>
      </w:r>
    </w:p>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Monthly planning page</w:t>
      </w:r>
    </w:p>
    <w:p>
      <w:pPr>
        <w:spacing w:before="140" w:after="40"/>
      </w:pPr>
      <w:r>
        <w:rPr>
          <w:rFonts w:ascii="Liberation Sans" w:hAnsi="Liberation Sans" w:eastAsia="Liberation Sans"/>
          <w:b/>
          <w:i w:val="0"/>
          <w:color w:val="086862"/>
          <w:sz w:val="17"/>
        </w:rPr>
        <w:t>MONTH AND THEME</w:t>
      </w:r>
    </w:p>
    <w:p>
      <w:pPr>
        <w:spacing w:before="0" w:after="40" w:line="259" w:lineRule="auto"/>
      </w:pPr>
      <w:r>
        <w:rPr>
          <w:rFonts w:ascii="Liberation Sans" w:hAnsi="Liberation Sans" w:eastAsia="Liberation Sans"/>
          <w:b w:val="0"/>
          <w:i/>
          <w:color w:val="526274"/>
          <w:sz w:val="17"/>
        </w:rPr>
        <w:t>Name the calendar month and the plain-language faith theme.</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BIBLE TRUTH</w:t>
      </w:r>
    </w:p>
    <w:p>
      <w:pPr>
        <w:spacing w:before="0" w:after="40" w:line="259" w:lineRule="auto"/>
      </w:pPr>
      <w:r>
        <w:rPr>
          <w:rFonts w:ascii="Liberation Sans" w:hAnsi="Liberation Sans" w:eastAsia="Liberation Sans"/>
          <w:b w:val="0"/>
          <w:i/>
          <w:color w:val="526274"/>
          <w:sz w:val="17"/>
        </w:rPr>
        <w:t>Write the central truth this month will teach.</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REMEMBER THIS</w:t>
      </w:r>
    </w:p>
    <w:p>
      <w:pPr>
        <w:spacing w:before="0" w:after="40" w:line="259" w:lineRule="auto"/>
      </w:pPr>
      <w:r>
        <w:rPr>
          <w:rFonts w:ascii="Liberation Sans" w:hAnsi="Liberation Sans" w:eastAsia="Liberation Sans"/>
          <w:b w:val="0"/>
          <w:i/>
          <w:color w:val="526274"/>
          <w:sz w:val="17"/>
        </w:rPr>
        <w:t>Use one short, memorable sentence all month.</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BIBLE VERSE</w:t>
      </w:r>
    </w:p>
    <w:p>
      <w:pPr>
        <w:spacing w:before="0" w:after="40" w:line="259" w:lineRule="auto"/>
      </w:pPr>
      <w:r>
        <w:rPr>
          <w:rFonts w:ascii="Liberation Sans" w:hAnsi="Liberation Sans" w:eastAsia="Liberation Sans"/>
          <w:b w:val="0"/>
          <w:i/>
          <w:color w:val="526274"/>
          <w:sz w:val="17"/>
        </w:rPr>
        <w:t>Write the approved reference and version.</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MONTH’S SONG</w:t>
      </w:r>
    </w:p>
    <w:p>
      <w:pPr>
        <w:spacing w:before="0" w:after="40" w:line="259" w:lineRule="auto"/>
      </w:pPr>
      <w:r>
        <w:rPr>
          <w:rFonts w:ascii="Liberation Sans" w:hAnsi="Liberation Sans" w:eastAsia="Liberation Sans"/>
          <w:b w:val="0"/>
          <w:i/>
          <w:color w:val="526274"/>
          <w:sz w:val="17"/>
        </w:rPr>
        <w:t>Write the title and the lyric idea that reinforces the truth.</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BIBLE STORIES</w:t>
      </w:r>
    </w:p>
    <w:p>
      <w:pPr>
        <w:spacing w:before="0" w:after="40" w:line="259" w:lineRule="auto"/>
      </w:pPr>
      <w:r>
        <w:rPr>
          <w:rFonts w:ascii="Liberation Sans" w:hAnsi="Liberation Sans" w:eastAsia="Liberation Sans"/>
          <w:b w:val="0"/>
          <w:i/>
          <w:color w:val="526274"/>
          <w:sz w:val="17"/>
        </w:rPr>
        <w:t>List each week’s passage and one-sentence teaching focus.</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HOME GOAL</w:t>
      </w:r>
    </w:p>
    <w:p>
      <w:pPr>
        <w:spacing w:before="0" w:after="40" w:line="259" w:lineRule="auto"/>
      </w:pPr>
      <w:r>
        <w:rPr>
          <w:rFonts w:ascii="Liberation Sans" w:hAnsi="Liberation Sans" w:eastAsia="Liberation Sans"/>
          <w:b w:val="0"/>
          <w:i/>
          <w:color w:val="526274"/>
          <w:sz w:val="17"/>
        </w:rPr>
        <w:t>Name the one behavior or conversation families can repeat.</w:t>
      </w:r>
    </w:p>
    <w:p>
      <w:pPr>
        <w:spacing w:after="60"/>
        <w:pBdr>
          <w:bottom w:val="single" w:sz="4" w:space="4" w:color="CBD5DE"/>
        </w:pBdr>
      </w:pPr>
    </w:p>
    <w:p>
      <w:pPr>
        <w:spacing w:after="60"/>
        <w:pBdr>
          <w:bottom w:val="single" w:sz="4" w:space="4" w:color="CBD5DE"/>
        </w:pBdr>
      </w:pPr>
    </w:p>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Four-week activity map</w:t>
      </w:r>
    </w:p>
    <w:tbl>
      <w:tblPr>
        <w:tblStyle w:val="TableGrid"/>
        <w:tblW w:type="auto" w:w="0"/>
        <w:jc w:val="center"/>
        <w:tblLook w:firstColumn="1" w:firstRow="1" w:lastColumn="0" w:lastRow="0" w:noHBand="0" w:noVBand="1" w:val="04A0"/>
      </w:tblPr>
      <w:tblGrid>
        <w:gridCol w:w="2570"/>
        <w:gridCol w:w="2570"/>
        <w:gridCol w:w="2570"/>
        <w:gridCol w:w="2570"/>
      </w:tblGrid>
      <w:tr>
        <w:tc>
          <w:tcPr>
            <w:tcW w:type="dxa" w:w="2570"/>
            <w:shd w:fill="14243A"/>
          </w:tcPr>
          <w:p>
            <w:r>
              <w:rPr>
                <w:rFonts w:ascii="Liberation Sans" w:hAnsi="Liberation Sans" w:eastAsia="Liberation Sans"/>
                <w:b/>
                <w:i w:val="0"/>
                <w:color w:val="FFFFFF"/>
                <w:sz w:val="16"/>
              </w:rPr>
              <w:t>Week</w:t>
            </w:r>
          </w:p>
        </w:tc>
        <w:tc>
          <w:tcPr>
            <w:tcW w:type="dxa" w:w="2570"/>
            <w:shd w:fill="14243A"/>
          </w:tcPr>
          <w:p>
            <w:r>
              <w:rPr>
                <w:rFonts w:ascii="Liberation Sans" w:hAnsi="Liberation Sans" w:eastAsia="Liberation Sans"/>
                <w:b/>
                <w:i w:val="0"/>
                <w:color w:val="FFFFFF"/>
                <w:sz w:val="16"/>
              </w:rPr>
              <w:t>Arrival / Social</w:t>
            </w:r>
          </w:p>
        </w:tc>
        <w:tc>
          <w:tcPr>
            <w:tcW w:type="dxa" w:w="2570"/>
            <w:shd w:fill="14243A"/>
          </w:tcPr>
          <w:p>
            <w:r>
              <w:rPr>
                <w:rFonts w:ascii="Liberation Sans" w:hAnsi="Liberation Sans" w:eastAsia="Liberation Sans"/>
                <w:b/>
                <w:i w:val="0"/>
                <w:color w:val="FFFFFF"/>
                <w:sz w:val="16"/>
              </w:rPr>
              <w:t>Groups</w:t>
            </w:r>
          </w:p>
        </w:tc>
        <w:tc>
          <w:tcPr>
            <w:tcW w:type="dxa" w:w="2570"/>
            <w:shd w:fill="14243A"/>
          </w:tcPr>
          <w:p>
            <w:r>
              <w:rPr>
                <w:rFonts w:ascii="Liberation Sans" w:hAnsi="Liberation Sans" w:eastAsia="Liberation Sans"/>
                <w:b/>
                <w:i w:val="0"/>
                <w:color w:val="FFFFFF"/>
                <w:sz w:val="16"/>
              </w:rPr>
              <w:t>Home twin</w:t>
            </w:r>
          </w:p>
        </w:tc>
      </w:tr>
      <w:tr>
        <w:tc>
          <w:tcPr>
            <w:tcW w:type="dxa" w:w="2570"/>
            <w:shd w:fill="FFF7E8"/>
          </w:tcPr>
          <w:p>
            <w:r>
              <w:rPr>
                <w:rFonts w:ascii="Liberation Sans" w:hAnsi="Liberation Sans" w:eastAsia="Liberation Sans"/>
                <w:b/>
                <w:i w:val="0"/>
                <w:color w:val="14243A"/>
                <w:sz w:val="16"/>
              </w:rPr>
              <w:t>1 Discover</w:t>
              <w:br/>
              <w:t>Meet the story</w:t>
            </w:r>
          </w:p>
        </w:tc>
        <w:tc>
          <w:tcPr>
            <w:tcW w:type="dxa" w:w="2570"/>
            <w:tcMar>
              <w:top w:w="120" w:type="dxa"/>
              <w:start w:w="90" w:type="dxa"/>
              <w:bottom w:w="330" w:type="dxa"/>
              <w:end w:w="90" w:type="dxa"/>
            </w:tcMar>
          </w:tcPr>
          <w:p>
            <w:r>
              <w:rPr>
                <w:rFonts w:ascii="Liberation Sans" w:hAnsi="Liberation Sans" w:eastAsia="Liberation Sans"/>
                <w:b w:val="0"/>
                <w:i w:val="0"/>
                <w:color w:val="526274"/>
                <w:sz w:val="16"/>
              </w:rPr>
              <w:t>Activity:</w:t>
              <w:br/>
              <w:t>Purpose:</w:t>
              <w:br/>
              <w:t>Materials:</w:t>
            </w:r>
          </w:p>
        </w:tc>
        <w:tc>
          <w:tcPr>
            <w:tcW w:type="dxa" w:w="2570"/>
            <w:tcMar>
              <w:top w:w="120" w:type="dxa"/>
              <w:start w:w="90" w:type="dxa"/>
              <w:bottom w:w="330" w:type="dxa"/>
              <w:end w:w="90" w:type="dxa"/>
            </w:tcMar>
          </w:tcPr>
          <w:p>
            <w:r>
              <w:rPr>
                <w:rFonts w:ascii="Liberation Sans" w:hAnsi="Liberation Sans" w:eastAsia="Liberation Sans"/>
                <w:b w:val="0"/>
                <w:i w:val="0"/>
                <w:color w:val="526274"/>
                <w:sz w:val="16"/>
              </w:rPr>
              <w:t>Activity:</w:t>
              <w:br/>
              <w:t>Purpose:</w:t>
              <w:br/>
              <w:t>Materials:</w:t>
            </w:r>
          </w:p>
        </w:tc>
        <w:tc>
          <w:tcPr>
            <w:tcW w:type="dxa" w:w="2570"/>
            <w:tcMar>
              <w:top w:w="120" w:type="dxa"/>
              <w:start w:w="90" w:type="dxa"/>
              <w:bottom w:w="330" w:type="dxa"/>
              <w:end w:w="90" w:type="dxa"/>
            </w:tcMar>
          </w:tcPr>
          <w:p>
            <w:r>
              <w:rPr>
                <w:rFonts w:ascii="Liberation Sans" w:hAnsi="Liberation Sans" w:eastAsia="Liberation Sans"/>
                <w:b w:val="0"/>
                <w:i w:val="0"/>
                <w:color w:val="526274"/>
                <w:sz w:val="16"/>
              </w:rPr>
              <w:t>Activity:</w:t>
              <w:br/>
              <w:t>Purpose:</w:t>
              <w:br/>
              <w:t>Materials:</w:t>
            </w:r>
          </w:p>
        </w:tc>
      </w:tr>
      <w:tr>
        <w:tc>
          <w:tcPr>
            <w:tcW w:type="dxa" w:w="2570"/>
            <w:shd w:fill="FFF7E8"/>
          </w:tcPr>
          <w:p>
            <w:r>
              <w:rPr>
                <w:rFonts w:ascii="Liberation Sans" w:hAnsi="Liberation Sans" w:eastAsia="Liberation Sans"/>
                <w:b/>
                <w:i w:val="0"/>
                <w:color w:val="14243A"/>
                <w:sz w:val="16"/>
              </w:rPr>
              <w:t>2 Practice</w:t>
              <w:br/>
              <w:t>Use verse + song</w:t>
            </w:r>
          </w:p>
        </w:tc>
        <w:tc>
          <w:tcPr>
            <w:tcW w:type="dxa" w:w="2570"/>
            <w:tcMar>
              <w:top w:w="120" w:type="dxa"/>
              <w:start w:w="90" w:type="dxa"/>
              <w:bottom w:w="330" w:type="dxa"/>
              <w:end w:w="90" w:type="dxa"/>
            </w:tcMar>
          </w:tcPr>
          <w:p>
            <w:r>
              <w:rPr>
                <w:rFonts w:ascii="Liberation Sans" w:hAnsi="Liberation Sans" w:eastAsia="Liberation Sans"/>
                <w:b w:val="0"/>
                <w:i w:val="0"/>
                <w:color w:val="526274"/>
                <w:sz w:val="16"/>
              </w:rPr>
              <w:t>Activity:</w:t>
              <w:br/>
              <w:t>Purpose:</w:t>
              <w:br/>
              <w:t>Materials:</w:t>
            </w:r>
          </w:p>
        </w:tc>
        <w:tc>
          <w:tcPr>
            <w:tcW w:type="dxa" w:w="2570"/>
            <w:tcMar>
              <w:top w:w="120" w:type="dxa"/>
              <w:start w:w="90" w:type="dxa"/>
              <w:bottom w:w="330" w:type="dxa"/>
              <w:end w:w="90" w:type="dxa"/>
            </w:tcMar>
          </w:tcPr>
          <w:p>
            <w:r>
              <w:rPr>
                <w:rFonts w:ascii="Liberation Sans" w:hAnsi="Liberation Sans" w:eastAsia="Liberation Sans"/>
                <w:b w:val="0"/>
                <w:i w:val="0"/>
                <w:color w:val="526274"/>
                <w:sz w:val="16"/>
              </w:rPr>
              <w:t>Activity:</w:t>
              <w:br/>
              <w:t>Purpose:</w:t>
              <w:br/>
              <w:t>Materials:</w:t>
            </w:r>
          </w:p>
        </w:tc>
        <w:tc>
          <w:tcPr>
            <w:tcW w:type="dxa" w:w="2570"/>
            <w:tcMar>
              <w:top w:w="120" w:type="dxa"/>
              <w:start w:w="90" w:type="dxa"/>
              <w:bottom w:w="330" w:type="dxa"/>
              <w:end w:w="90" w:type="dxa"/>
            </w:tcMar>
          </w:tcPr>
          <w:p>
            <w:r>
              <w:rPr>
                <w:rFonts w:ascii="Liberation Sans" w:hAnsi="Liberation Sans" w:eastAsia="Liberation Sans"/>
                <w:b w:val="0"/>
                <w:i w:val="0"/>
                <w:color w:val="526274"/>
                <w:sz w:val="16"/>
              </w:rPr>
              <w:t>Activity:</w:t>
              <w:br/>
              <w:t>Purpose:</w:t>
              <w:br/>
              <w:t>Materials:</w:t>
            </w:r>
          </w:p>
        </w:tc>
      </w:tr>
      <w:tr>
        <w:tc>
          <w:tcPr>
            <w:tcW w:type="dxa" w:w="2570"/>
            <w:shd w:fill="FFF7E8"/>
          </w:tcPr>
          <w:p>
            <w:r>
              <w:rPr>
                <w:rFonts w:ascii="Liberation Sans" w:hAnsi="Liberation Sans" w:eastAsia="Liberation Sans"/>
                <w:b/>
                <w:i w:val="0"/>
                <w:color w:val="14243A"/>
                <w:sz w:val="16"/>
              </w:rPr>
              <w:t>3 Connect</w:t>
              <w:br/>
              <w:t>Apply the truth</w:t>
            </w:r>
          </w:p>
        </w:tc>
        <w:tc>
          <w:tcPr>
            <w:tcW w:type="dxa" w:w="2570"/>
            <w:tcMar>
              <w:top w:w="120" w:type="dxa"/>
              <w:start w:w="90" w:type="dxa"/>
              <w:bottom w:w="330" w:type="dxa"/>
              <w:end w:w="90" w:type="dxa"/>
            </w:tcMar>
          </w:tcPr>
          <w:p>
            <w:r>
              <w:rPr>
                <w:rFonts w:ascii="Liberation Sans" w:hAnsi="Liberation Sans" w:eastAsia="Liberation Sans"/>
                <w:b w:val="0"/>
                <w:i w:val="0"/>
                <w:color w:val="526274"/>
                <w:sz w:val="16"/>
              </w:rPr>
              <w:t>Activity:</w:t>
              <w:br/>
              <w:t>Purpose:</w:t>
              <w:br/>
              <w:t>Materials:</w:t>
            </w:r>
          </w:p>
        </w:tc>
        <w:tc>
          <w:tcPr>
            <w:tcW w:type="dxa" w:w="2570"/>
            <w:tcMar>
              <w:top w:w="120" w:type="dxa"/>
              <w:start w:w="90" w:type="dxa"/>
              <w:bottom w:w="330" w:type="dxa"/>
              <w:end w:w="90" w:type="dxa"/>
            </w:tcMar>
          </w:tcPr>
          <w:p>
            <w:r>
              <w:rPr>
                <w:rFonts w:ascii="Liberation Sans" w:hAnsi="Liberation Sans" w:eastAsia="Liberation Sans"/>
                <w:b w:val="0"/>
                <w:i w:val="0"/>
                <w:color w:val="526274"/>
                <w:sz w:val="16"/>
              </w:rPr>
              <w:t>Activity:</w:t>
              <w:br/>
              <w:t>Purpose:</w:t>
              <w:br/>
              <w:t>Materials:</w:t>
            </w:r>
          </w:p>
        </w:tc>
        <w:tc>
          <w:tcPr>
            <w:tcW w:type="dxa" w:w="2570"/>
            <w:tcMar>
              <w:top w:w="120" w:type="dxa"/>
              <w:start w:w="90" w:type="dxa"/>
              <w:bottom w:w="330" w:type="dxa"/>
              <w:end w:w="90" w:type="dxa"/>
            </w:tcMar>
          </w:tcPr>
          <w:p>
            <w:r>
              <w:rPr>
                <w:rFonts w:ascii="Liberation Sans" w:hAnsi="Liberation Sans" w:eastAsia="Liberation Sans"/>
                <w:b w:val="0"/>
                <w:i w:val="0"/>
                <w:color w:val="526274"/>
                <w:sz w:val="16"/>
              </w:rPr>
              <w:t>Activity:</w:t>
              <w:br/>
              <w:t>Purpose:</w:t>
              <w:br/>
              <w:t>Materials:</w:t>
            </w:r>
          </w:p>
        </w:tc>
      </w:tr>
      <w:tr>
        <w:tc>
          <w:tcPr>
            <w:tcW w:type="dxa" w:w="2570"/>
            <w:shd w:fill="FFF7E8"/>
          </w:tcPr>
          <w:p>
            <w:r>
              <w:rPr>
                <w:rFonts w:ascii="Liberation Sans" w:hAnsi="Liberation Sans" w:eastAsia="Liberation Sans"/>
                <w:b/>
                <w:i w:val="0"/>
                <w:color w:val="14243A"/>
                <w:sz w:val="16"/>
              </w:rPr>
              <w:t>4 Celebrate</w:t>
              <w:br/>
              <w:t>Retell + share</w:t>
            </w:r>
          </w:p>
        </w:tc>
        <w:tc>
          <w:tcPr>
            <w:tcW w:type="dxa" w:w="2570"/>
            <w:tcMar>
              <w:top w:w="120" w:type="dxa"/>
              <w:start w:w="90" w:type="dxa"/>
              <w:bottom w:w="330" w:type="dxa"/>
              <w:end w:w="90" w:type="dxa"/>
            </w:tcMar>
          </w:tcPr>
          <w:p>
            <w:r>
              <w:rPr>
                <w:rFonts w:ascii="Liberation Sans" w:hAnsi="Liberation Sans" w:eastAsia="Liberation Sans"/>
                <w:b w:val="0"/>
                <w:i w:val="0"/>
                <w:color w:val="526274"/>
                <w:sz w:val="16"/>
              </w:rPr>
              <w:t>Activity:</w:t>
              <w:br/>
              <w:t>Purpose:</w:t>
              <w:br/>
              <w:t>Materials:</w:t>
            </w:r>
          </w:p>
        </w:tc>
        <w:tc>
          <w:tcPr>
            <w:tcW w:type="dxa" w:w="2570"/>
            <w:tcMar>
              <w:top w:w="120" w:type="dxa"/>
              <w:start w:w="90" w:type="dxa"/>
              <w:bottom w:w="330" w:type="dxa"/>
              <w:end w:w="90" w:type="dxa"/>
            </w:tcMar>
          </w:tcPr>
          <w:p>
            <w:r>
              <w:rPr>
                <w:rFonts w:ascii="Liberation Sans" w:hAnsi="Liberation Sans" w:eastAsia="Liberation Sans"/>
                <w:b w:val="0"/>
                <w:i w:val="0"/>
                <w:color w:val="526274"/>
                <w:sz w:val="16"/>
              </w:rPr>
              <w:t>Activity:</w:t>
              <w:br/>
              <w:t>Purpose:</w:t>
              <w:br/>
              <w:t>Materials:</w:t>
            </w:r>
          </w:p>
        </w:tc>
        <w:tc>
          <w:tcPr>
            <w:tcW w:type="dxa" w:w="2570"/>
            <w:tcMar>
              <w:top w:w="120" w:type="dxa"/>
              <w:start w:w="90" w:type="dxa"/>
              <w:bottom w:w="330" w:type="dxa"/>
              <w:end w:w="90" w:type="dxa"/>
            </w:tcMar>
          </w:tcPr>
          <w:p>
            <w:r>
              <w:rPr>
                <w:rFonts w:ascii="Liberation Sans" w:hAnsi="Liberation Sans" w:eastAsia="Liberation Sans"/>
                <w:b w:val="0"/>
                <w:i w:val="0"/>
                <w:color w:val="526274"/>
                <w:sz w:val="16"/>
              </w:rPr>
              <w:t>Activity:</w:t>
              <w:br/>
              <w:t>Purpose:</w:t>
              <w:br/>
              <w:t>Materials:</w:t>
            </w:r>
          </w:p>
        </w:tc>
      </w:tr>
      <w:tr>
        <w:tc>
          <w:tcPr>
            <w:tcW w:type="dxa" w:w="2570"/>
            <w:shd w:fill="FFF7E8"/>
          </w:tcPr>
          <w:p>
            <w:r>
              <w:rPr>
                <w:rFonts w:ascii="Liberation Sans" w:hAnsi="Liberation Sans" w:eastAsia="Liberation Sans"/>
                <w:b/>
                <w:i w:val="0"/>
                <w:color w:val="14243A"/>
                <w:sz w:val="16"/>
              </w:rPr>
              <w:t>5 Extend</w:t>
              <w:br/>
              <w:t>Optional replay</w:t>
            </w:r>
          </w:p>
        </w:tc>
        <w:tc>
          <w:tcPr>
            <w:tcW w:type="dxa" w:w="2570"/>
            <w:tcMar>
              <w:top w:w="120" w:type="dxa"/>
              <w:start w:w="90" w:type="dxa"/>
              <w:bottom w:w="330" w:type="dxa"/>
              <w:end w:w="90" w:type="dxa"/>
            </w:tcMar>
          </w:tcPr>
          <w:p>
            <w:r>
              <w:rPr>
                <w:rFonts w:ascii="Liberation Sans" w:hAnsi="Liberation Sans" w:eastAsia="Liberation Sans"/>
                <w:b w:val="0"/>
                <w:i w:val="0"/>
                <w:color w:val="526274"/>
                <w:sz w:val="16"/>
              </w:rPr>
              <w:t>Activity:</w:t>
              <w:br/>
              <w:t>Purpose:</w:t>
              <w:br/>
              <w:t>Materials:</w:t>
            </w:r>
          </w:p>
        </w:tc>
        <w:tc>
          <w:tcPr>
            <w:tcW w:type="dxa" w:w="2570"/>
            <w:tcMar>
              <w:top w:w="120" w:type="dxa"/>
              <w:start w:w="90" w:type="dxa"/>
              <w:bottom w:w="330" w:type="dxa"/>
              <w:end w:w="90" w:type="dxa"/>
            </w:tcMar>
          </w:tcPr>
          <w:p>
            <w:r>
              <w:rPr>
                <w:rFonts w:ascii="Liberation Sans" w:hAnsi="Liberation Sans" w:eastAsia="Liberation Sans"/>
                <w:b w:val="0"/>
                <w:i w:val="0"/>
                <w:color w:val="526274"/>
                <w:sz w:val="16"/>
              </w:rPr>
              <w:t>Activity:</w:t>
              <w:br/>
              <w:t>Purpose:</w:t>
              <w:br/>
              <w:t>Materials:</w:t>
            </w:r>
          </w:p>
        </w:tc>
        <w:tc>
          <w:tcPr>
            <w:tcW w:type="dxa" w:w="2570"/>
            <w:tcMar>
              <w:top w:w="120" w:type="dxa"/>
              <w:start w:w="90" w:type="dxa"/>
              <w:bottom w:w="330" w:type="dxa"/>
              <w:end w:w="90" w:type="dxa"/>
            </w:tcMar>
          </w:tcPr>
          <w:p>
            <w:r>
              <w:rPr>
                <w:rFonts w:ascii="Liberation Sans" w:hAnsi="Liberation Sans" w:eastAsia="Liberation Sans"/>
                <w:b w:val="0"/>
                <w:i w:val="0"/>
                <w:color w:val="526274"/>
                <w:sz w:val="16"/>
              </w:rPr>
              <w:t>Activity:</w:t>
              <w:br/>
              <w:t>Purpose:</w:t>
              <w:br/>
              <w:t>Materials:</w:t>
            </w:r>
          </w:p>
        </w:tc>
      </w:tr>
    </w:tbl>
    <w:p>
      <w:pPr>
        <w:spacing w:before="160" w:after="100" w:line="259" w:lineRule="auto"/>
      </w:pPr>
      <w:r>
        <w:rPr>
          <w:rFonts w:ascii="Liberation Sans" w:hAnsi="Liberation Sans" w:eastAsia="Liberation Sans"/>
          <w:b w:val="0"/>
          <w:i/>
          <w:color w:val="526274"/>
          <w:sz w:val="17"/>
        </w:rPr>
        <w:t>Tip: reuse one mechanism with new story content. Familiarity lowers prep and helps children focus on the truth.</w:t>
      </w:r>
    </w:p>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Weekly activity card</w:t>
      </w:r>
    </w:p>
    <w:p>
      <w:pPr>
        <w:spacing w:before="140" w:after="40"/>
      </w:pPr>
      <w:r>
        <w:rPr>
          <w:rFonts w:ascii="Liberation Sans" w:hAnsi="Liberation Sans" w:eastAsia="Liberation Sans"/>
          <w:b/>
          <w:i w:val="0"/>
          <w:color w:val="086862"/>
          <w:sz w:val="17"/>
        </w:rPr>
        <w:t>AGE GROUP AND STAGE</w:t>
      </w:r>
    </w:p>
    <w:p>
      <w:pPr>
        <w:spacing w:before="0" w:after="40" w:line="259" w:lineRule="auto"/>
      </w:pPr>
      <w:r>
        <w:rPr>
          <w:rFonts w:ascii="Liberation Sans" w:hAnsi="Liberation Sans" w:eastAsia="Liberation Sans"/>
          <w:b w:val="0"/>
          <w:i/>
          <w:color w:val="526274"/>
          <w:sz w:val="17"/>
        </w:rPr>
        <w:t>Preschool or elementary; Social, Groups, Transition, or Home.</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ACTIVITY NAME</w:t>
      </w:r>
    </w:p>
    <w:p>
      <w:pPr>
        <w:spacing w:before="0" w:after="40" w:line="259" w:lineRule="auto"/>
      </w:pPr>
      <w:r>
        <w:rPr>
          <w:rFonts w:ascii="Liberation Sans" w:hAnsi="Liberation Sans" w:eastAsia="Liberation Sans"/>
          <w:b w:val="0"/>
          <w:i/>
          <w:color w:val="526274"/>
          <w:sz w:val="17"/>
        </w:rPr>
        <w:t>Use a clear original name.</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FAITH CONNECTION</w:t>
      </w:r>
    </w:p>
    <w:p>
      <w:pPr>
        <w:spacing w:before="0" w:after="40" w:line="259" w:lineRule="auto"/>
      </w:pPr>
      <w:r>
        <w:rPr>
          <w:rFonts w:ascii="Liberation Sans" w:hAnsi="Liberation Sans" w:eastAsia="Liberation Sans"/>
          <w:b w:val="0"/>
          <w:i/>
          <w:color w:val="526274"/>
          <w:sz w:val="17"/>
        </w:rPr>
        <w:t>Complete: “Children will experience ___ so they can understand/practice ___.”</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GATHER</w:t>
      </w:r>
    </w:p>
    <w:p>
      <w:pPr>
        <w:spacing w:before="0" w:after="40" w:line="259" w:lineRule="auto"/>
      </w:pPr>
      <w:r>
        <w:rPr>
          <w:rFonts w:ascii="Liberation Sans" w:hAnsi="Liberation Sans" w:eastAsia="Liberation Sans"/>
          <w:b w:val="0"/>
          <w:i/>
          <w:color w:val="526274"/>
          <w:sz w:val="17"/>
        </w:rPr>
        <w:t>List every supply in one place.</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SET UP</w:t>
      </w:r>
    </w:p>
    <w:p>
      <w:pPr>
        <w:spacing w:before="0" w:after="40" w:line="259" w:lineRule="auto"/>
      </w:pPr>
      <w:r>
        <w:rPr>
          <w:rFonts w:ascii="Liberation Sans" w:hAnsi="Liberation Sans" w:eastAsia="Liberation Sans"/>
          <w:b w:val="0"/>
          <w:i/>
          <w:color w:val="526274"/>
          <w:sz w:val="17"/>
        </w:rPr>
        <w:t>Write only what must happen before children enter.</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LEAD IT</w:t>
      </w:r>
    </w:p>
    <w:p>
      <w:pPr>
        <w:spacing w:before="0" w:after="40" w:line="259" w:lineRule="auto"/>
      </w:pPr>
      <w:r>
        <w:rPr>
          <w:rFonts w:ascii="Liberation Sans" w:hAnsi="Liberation Sans" w:eastAsia="Liberation Sans"/>
          <w:b w:val="0"/>
          <w:i/>
          <w:color w:val="526274"/>
          <w:sz w:val="17"/>
        </w:rPr>
        <w:t>Use short numbered actions and demonstrate before starting.</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LAND THE TRUTH</w:t>
      </w:r>
    </w:p>
    <w:p>
      <w:pPr>
        <w:spacing w:before="0" w:after="40" w:line="259" w:lineRule="auto"/>
      </w:pPr>
      <w:r>
        <w:rPr>
          <w:rFonts w:ascii="Liberation Sans" w:hAnsi="Liberation Sans" w:eastAsia="Liberation Sans"/>
          <w:b w:val="0"/>
          <w:i/>
          <w:color w:val="526274"/>
          <w:sz w:val="17"/>
        </w:rPr>
        <w:t>Write one question and one sentence tied to the Remember This.</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EVERY-CHILD SWITCHES</w:t>
      </w:r>
    </w:p>
    <w:p>
      <w:pPr>
        <w:spacing w:before="0" w:after="40" w:line="259" w:lineRule="auto"/>
      </w:pPr>
      <w:r>
        <w:rPr>
          <w:rFonts w:ascii="Liberation Sans" w:hAnsi="Liberation Sans" w:eastAsia="Liberation Sans"/>
          <w:b w:val="0"/>
          <w:i/>
          <w:color w:val="526274"/>
          <w:sz w:val="17"/>
        </w:rPr>
        <w:t>Choose sensory, movement, communication, processing, reading, or challenge options.</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HOME TWIN</w:t>
      </w:r>
    </w:p>
    <w:p>
      <w:pPr>
        <w:spacing w:before="0" w:after="40" w:line="259" w:lineRule="auto"/>
      </w:pPr>
      <w:r>
        <w:rPr>
          <w:rFonts w:ascii="Liberation Sans" w:hAnsi="Liberation Sans" w:eastAsia="Liberation Sans"/>
          <w:b w:val="0"/>
          <w:i/>
          <w:color w:val="526274"/>
          <w:sz w:val="17"/>
        </w:rPr>
        <w:t>Give families one repeatable action.</w:t>
      </w:r>
    </w:p>
    <w:p>
      <w:pPr>
        <w:spacing w:after="60"/>
        <w:pBdr>
          <w:bottom w:val="single" w:sz="4" w:space="4" w:color="CBD5DE"/>
        </w:pBdr>
      </w:pPr>
    </w:p>
    <w:p>
      <w:pPr>
        <w:spacing w:after="60"/>
        <w:pBdr>
          <w:bottom w:val="single" w:sz="4" w:space="4" w:color="CBD5DE"/>
        </w:pBdr>
      </w:pPr>
    </w:p>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Craft build card</w:t>
      </w:r>
    </w:p>
    <w:p>
      <w:pPr>
        <w:spacing w:before="140" w:after="40"/>
      </w:pPr>
      <w:r>
        <w:rPr>
          <w:rFonts w:ascii="Liberation Sans" w:hAnsi="Liberation Sans" w:eastAsia="Liberation Sans"/>
          <w:b/>
          <w:i w:val="0"/>
          <w:color w:val="086862"/>
          <w:sz w:val="17"/>
        </w:rPr>
        <w:t>CRAFT NAME</w:t>
      </w:r>
    </w:p>
    <w:p>
      <w:pPr>
        <w:spacing w:before="0" w:after="40" w:line="259" w:lineRule="auto"/>
      </w:pPr>
      <w:r>
        <w:rPr>
          <w:rFonts w:ascii="Liberation Sans" w:hAnsi="Liberation Sans" w:eastAsia="Liberation Sans"/>
          <w:b w:val="0"/>
          <w:i/>
          <w:color w:val="526274"/>
          <w:sz w:val="17"/>
        </w:rPr>
        <w:t>Use an original, descriptive name.</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TEACHING JOB</w:t>
      </w:r>
    </w:p>
    <w:p>
      <w:pPr>
        <w:spacing w:before="0" w:after="40" w:line="259" w:lineRule="auto"/>
      </w:pPr>
      <w:r>
        <w:rPr>
          <w:rFonts w:ascii="Liberation Sans" w:hAnsi="Liberation Sans" w:eastAsia="Liberation Sans"/>
          <w:b w:val="0"/>
          <w:i/>
          <w:color w:val="526274"/>
          <w:sz w:val="17"/>
        </w:rPr>
        <w:t>Retell, reveal, choose, move, pray, serve, or remember.</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ONE MECHANISM</w:t>
      </w:r>
    </w:p>
    <w:p>
      <w:pPr>
        <w:spacing w:before="0" w:after="40" w:line="259" w:lineRule="auto"/>
      </w:pPr>
      <w:r>
        <w:rPr>
          <w:rFonts w:ascii="Liberation Sans" w:hAnsi="Liberation Sans" w:eastAsia="Liberation Sans"/>
          <w:b w:val="0"/>
          <w:i/>
          <w:color w:val="526274"/>
          <w:sz w:val="17"/>
        </w:rPr>
        <w:t>Fold, spin, slide, open, link, texture, or hold.</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FINISHED USE</w:t>
      </w:r>
    </w:p>
    <w:p>
      <w:pPr>
        <w:spacing w:before="0" w:after="40" w:line="259" w:lineRule="auto"/>
      </w:pPr>
      <w:r>
        <w:rPr>
          <w:rFonts w:ascii="Liberation Sans" w:hAnsi="Liberation Sans" w:eastAsia="Liberation Sans"/>
          <w:b w:val="0"/>
          <w:i/>
          <w:color w:val="526274"/>
          <w:sz w:val="17"/>
        </w:rPr>
        <w:t>Explain what the child can do with it after creating.</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PIECES TO PREPARE</w:t>
      </w:r>
    </w:p>
    <w:p>
      <w:pPr>
        <w:spacing w:before="0" w:after="40" w:line="259" w:lineRule="auto"/>
      </w:pPr>
      <w:r>
        <w:rPr>
          <w:rFonts w:ascii="Liberation Sans" w:hAnsi="Liberation Sans" w:eastAsia="Liberation Sans"/>
          <w:b w:val="0"/>
          <w:i/>
          <w:color w:val="526274"/>
          <w:sz w:val="17"/>
        </w:rPr>
        <w:t>List templates, cuts, holes, tabs, labels, and samples.</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CHILD CHOICES</w:t>
      </w:r>
    </w:p>
    <w:p>
      <w:pPr>
        <w:spacing w:before="0" w:after="40" w:line="259" w:lineRule="auto"/>
      </w:pPr>
      <w:r>
        <w:rPr>
          <w:rFonts w:ascii="Liberation Sans" w:hAnsi="Liberation Sans" w:eastAsia="Liberation Sans"/>
          <w:b w:val="0"/>
          <w:i/>
          <w:color w:val="526274"/>
          <w:sz w:val="17"/>
        </w:rPr>
        <w:t>Name at least two real design or response choices.</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LEADER WORDS</w:t>
      </w:r>
    </w:p>
    <w:p>
      <w:pPr>
        <w:spacing w:before="0" w:after="40" w:line="259" w:lineRule="auto"/>
      </w:pPr>
      <w:r>
        <w:rPr>
          <w:rFonts w:ascii="Liberation Sans" w:hAnsi="Liberation Sans" w:eastAsia="Liberation Sans"/>
          <w:b w:val="0"/>
          <w:i/>
          <w:color w:val="526274"/>
          <w:sz w:val="17"/>
        </w:rPr>
        <w:t>Write one sentence to connect the making to God’s Word.</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HOME USE</w:t>
      </w:r>
    </w:p>
    <w:p>
      <w:pPr>
        <w:spacing w:before="0" w:after="40" w:line="259" w:lineRule="auto"/>
      </w:pPr>
      <w:r>
        <w:rPr>
          <w:rFonts w:ascii="Liberation Sans" w:hAnsi="Liberation Sans" w:eastAsia="Liberation Sans"/>
          <w:b w:val="0"/>
          <w:i/>
          <w:color w:val="526274"/>
          <w:sz w:val="17"/>
        </w:rPr>
        <w:t>Write the caregiver prompt that travels with the craft.</w:t>
      </w:r>
    </w:p>
    <w:p>
      <w:pPr>
        <w:spacing w:after="60"/>
        <w:pBdr>
          <w:bottom w:val="single" w:sz="4" w:space="4" w:color="CBD5DE"/>
        </w:pBdr>
      </w:pPr>
    </w:p>
    <w:p>
      <w:pPr>
        <w:spacing w:after="60"/>
        <w:pBdr>
          <w:bottom w:val="single" w:sz="4" w:space="4" w:color="CBD5DE"/>
        </w:pBdr>
      </w:pPr>
    </w:p>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Game build card</w:t>
      </w:r>
    </w:p>
    <w:p>
      <w:pPr>
        <w:spacing w:before="140" w:after="40"/>
      </w:pPr>
      <w:r>
        <w:rPr>
          <w:rFonts w:ascii="Liberation Sans" w:hAnsi="Liberation Sans" w:eastAsia="Liberation Sans"/>
          <w:b/>
          <w:i w:val="0"/>
          <w:color w:val="086862"/>
          <w:sz w:val="17"/>
        </w:rPr>
        <w:t>GAME NAME</w:t>
      </w:r>
    </w:p>
    <w:p>
      <w:pPr>
        <w:spacing w:before="0" w:after="40" w:line="259" w:lineRule="auto"/>
      </w:pPr>
      <w:r>
        <w:rPr>
          <w:rFonts w:ascii="Liberation Sans" w:hAnsi="Liberation Sans" w:eastAsia="Liberation Sans"/>
          <w:b w:val="0"/>
          <w:i/>
          <w:color w:val="526274"/>
          <w:sz w:val="17"/>
        </w:rPr>
        <w:t>Use an original, easy-to-say name.</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TEACHING JOB</w:t>
      </w:r>
    </w:p>
    <w:p>
      <w:pPr>
        <w:spacing w:before="0" w:after="40" w:line="259" w:lineRule="auto"/>
      </w:pPr>
      <w:r>
        <w:rPr>
          <w:rFonts w:ascii="Liberation Sans" w:hAnsi="Liberation Sans" w:eastAsia="Liberation Sans"/>
          <w:b w:val="0"/>
          <w:i/>
          <w:color w:val="526274"/>
          <w:sz w:val="17"/>
        </w:rPr>
        <w:t>Prime vocabulary, retell, review, apply, move, pray, or celebrate.</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SHARED GOAL</w:t>
      </w:r>
    </w:p>
    <w:p>
      <w:pPr>
        <w:spacing w:before="0" w:after="40" w:line="259" w:lineRule="auto"/>
      </w:pPr>
      <w:r>
        <w:rPr>
          <w:rFonts w:ascii="Liberation Sans" w:hAnsi="Liberation Sans" w:eastAsia="Liberation Sans"/>
          <w:b w:val="0"/>
          <w:i/>
          <w:color w:val="526274"/>
          <w:sz w:val="17"/>
        </w:rPr>
        <w:t>Describe what the whole group completes together.</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RULES</w:t>
      </w:r>
    </w:p>
    <w:p>
      <w:pPr>
        <w:spacing w:before="0" w:after="40" w:line="259" w:lineRule="auto"/>
      </w:pPr>
      <w:r>
        <w:rPr>
          <w:rFonts w:ascii="Liberation Sans" w:hAnsi="Liberation Sans" w:eastAsia="Liberation Sans"/>
          <w:b w:val="0"/>
          <w:i/>
          <w:color w:val="526274"/>
          <w:sz w:val="17"/>
        </w:rPr>
        <w:t>Write the fewest rules needed for safe, meaningful play.</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ROLES</w:t>
      </w:r>
    </w:p>
    <w:p>
      <w:pPr>
        <w:spacing w:before="0" w:after="40" w:line="259" w:lineRule="auto"/>
      </w:pPr>
      <w:r>
        <w:rPr>
          <w:rFonts w:ascii="Liberation Sans" w:hAnsi="Liberation Sans" w:eastAsia="Liberation Sans"/>
          <w:b w:val="0"/>
          <w:i/>
          <w:color w:val="526274"/>
          <w:sz w:val="17"/>
        </w:rPr>
        <w:t>Offer ways to read, move, match, explain, encourage, or observe.</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RESET</w:t>
      </w:r>
    </w:p>
    <w:p>
      <w:pPr>
        <w:spacing w:before="0" w:after="40" w:line="259" w:lineRule="auto"/>
      </w:pPr>
      <w:r>
        <w:rPr>
          <w:rFonts w:ascii="Liberation Sans" w:hAnsi="Liberation Sans" w:eastAsia="Liberation Sans"/>
          <w:b w:val="0"/>
          <w:i/>
          <w:color w:val="526274"/>
          <w:sz w:val="17"/>
        </w:rPr>
        <w:t>Explain how to replay with a new story prompt or response.</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DEBRIEF</w:t>
      </w:r>
    </w:p>
    <w:p>
      <w:pPr>
        <w:spacing w:before="0" w:after="40" w:line="259" w:lineRule="auto"/>
      </w:pPr>
      <w:r>
        <w:rPr>
          <w:rFonts w:ascii="Liberation Sans" w:hAnsi="Liberation Sans" w:eastAsia="Liberation Sans"/>
          <w:b w:val="0"/>
          <w:i/>
          <w:color w:val="526274"/>
          <w:sz w:val="17"/>
        </w:rPr>
        <w:t>Ask what happened, what it showed, and how it connects.</w:t>
      </w:r>
    </w:p>
    <w:p>
      <w:pPr>
        <w:spacing w:after="60"/>
        <w:pBdr>
          <w:bottom w:val="single" w:sz="4" w:space="4" w:color="CBD5DE"/>
        </w:pBdr>
      </w:pPr>
    </w:p>
    <w:p>
      <w:pPr>
        <w:spacing w:after="60"/>
        <w:pBdr>
          <w:bottom w:val="single" w:sz="4" w:space="4" w:color="CBD5DE"/>
        </w:pBdr>
      </w:pPr>
    </w:p>
    <w:p>
      <w:pPr>
        <w:spacing w:before="140" w:after="40"/>
      </w:pPr>
      <w:r>
        <w:rPr>
          <w:rFonts w:ascii="Liberation Sans" w:hAnsi="Liberation Sans" w:eastAsia="Liberation Sans"/>
          <w:b/>
          <w:i w:val="0"/>
          <w:color w:val="086862"/>
          <w:sz w:val="17"/>
        </w:rPr>
        <w:t>HOME VERSION</w:t>
      </w:r>
    </w:p>
    <w:p>
      <w:pPr>
        <w:spacing w:before="0" w:after="40" w:line="259" w:lineRule="auto"/>
      </w:pPr>
      <w:r>
        <w:rPr>
          <w:rFonts w:ascii="Liberation Sans" w:hAnsi="Liberation Sans" w:eastAsia="Liberation Sans"/>
          <w:b w:val="0"/>
          <w:i/>
          <w:color w:val="526274"/>
          <w:sz w:val="17"/>
        </w:rPr>
        <w:t>Shrink the idea to household materials and one step.</w:t>
      </w:r>
    </w:p>
    <w:p>
      <w:pPr>
        <w:spacing w:after="60"/>
        <w:pBdr>
          <w:bottom w:val="single" w:sz="4" w:space="4" w:color="CBD5DE"/>
        </w:pBdr>
      </w:pPr>
    </w:p>
    <w:p>
      <w:pPr>
        <w:spacing w:after="60"/>
        <w:pBdr>
          <w:bottom w:val="single" w:sz="4" w:space="4" w:color="CBD5DE"/>
        </w:pBdr>
      </w:pPr>
    </w:p>
    <w:p>
      <w:r>
        <w:br w:type="page"/>
      </w:r>
    </w:p>
    <w:p>
      <w:pPr>
        <w:pStyle w:val="Heading1"/>
        <w:keepNext/>
        <w:spacing w:before="160" w:after="80"/>
        <w:pBdr>
          <w:bottom w:val="single" w:sz="14" w:space="4" w:color="F2B544"/>
        </w:pBdr>
      </w:pPr>
      <w:r>
        <w:rPr>
          <w:rFonts w:ascii="Liberation Sans" w:hAnsi="Liberation Sans" w:eastAsia="Liberation Sans"/>
          <w:b/>
          <w:i w:val="0"/>
          <w:color w:val="14243A"/>
          <w:sz w:val="44"/>
        </w:rPr>
        <w:t>Final quality check</w:t>
      </w:r>
    </w:p>
    <w:tbl>
      <w:tblPr>
        <w:tblW w:type="auto" w:w="0"/>
        <w:jc w:val="center"/>
        <w:tblLayout w:type="fixed"/>
        <w:tblLook w:firstColumn="1" w:firstRow="1" w:lastColumn="0" w:lastRow="0" w:noHBand="0" w:noVBand="1" w:val="04A0"/>
      </w:tblPr>
      <w:tblGrid>
        <w:gridCol w:w="1800"/>
        <w:gridCol w:w="8496"/>
      </w:tblGrid>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BIBLE</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The story details and verse reference match the approved curriculum.</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REMEMBER THIS</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The exact monthly takeaway appears in the landing moment.</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SONG</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The song connection is natural, not pasted on.</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ORIGINAL</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The name, rules, wording, sequence, and visuals were built fresh for this curriculum.</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AGE FIT</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Preschool uses choice and concrete play; elementary uses purposeful challenge and reflection.</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SIMPLE</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One document, one weekly page, one supply list, no folder maze.</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INCLUSIVE</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Children can watch, try, or lead through multiple response pathways.</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SAFE</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Materials, movement, sharing, and supervision fit church policy.</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HOME READY</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A caregiver can understand the follow-through in one minute.</w:t>
            </w:r>
          </w:p>
        </w:tc>
      </w:tr>
      <w:tr>
        <w:tc>
          <w:tcPr>
            <w:tcW w:type="dxa" w:w="1800"/>
            <w:shd w:fill="0B8F87"/>
            <w:tcMar>
              <w:top w:w="90" w:type="dxa"/>
              <w:start w:w="110" w:type="dxa"/>
              <w:bottom w:w="90" w:type="dxa"/>
              <w:end w:w="110" w:type="dxa"/>
            </w:tcMar>
          </w:tcPr>
          <w:p>
            <w:r>
              <w:rPr>
                <w:rFonts w:ascii="Liberation Sans" w:hAnsi="Liberation Sans" w:eastAsia="Liberation Sans"/>
                <w:b/>
                <w:i w:val="0"/>
                <w:color w:val="FFFFFF"/>
                <w:sz w:val="16"/>
              </w:rPr>
              <w:t>BRANDED</w:t>
            </w:r>
          </w:p>
        </w:tc>
        <w:tc>
          <w:tcPr>
            <w:tcW w:type="dxa" w:w="8496"/>
            <w:shd w:fill="F4F7F9"/>
            <w:tcMar>
              <w:top w:w="90" w:type="dxa"/>
              <w:start w:w="110" w:type="dxa"/>
              <w:bottom w:w="90" w:type="dxa"/>
              <w:end w:w="110" w:type="dxa"/>
            </w:tcMar>
          </w:tcPr>
          <w:p>
            <w:r>
              <w:rPr>
                <w:rFonts w:ascii="Liberation Sans" w:hAnsi="Liberation Sans" w:eastAsia="Liberation Sans"/>
                <w:b w:val="0"/>
                <w:i w:val="0"/>
                <w:color w:val="263342"/>
                <w:sz w:val="18"/>
              </w:rPr>
              <w:t>Only KidMin Records featuring The KidMin Sound Group appears.</w:t>
            </w:r>
          </w:p>
        </w:tc>
      </w:tr>
    </w:tbl>
    <w:tbl>
      <w:tblPr>
        <w:tblW w:type="auto" w:w="0"/>
        <w:jc w:val="center"/>
        <w:tblLayout w:type="autofit"/>
        <w:tblLook w:firstColumn="1" w:firstRow="1" w:lastColumn="0" w:lastRow="0" w:noHBand="0" w:noVBand="1" w:val="04A0"/>
      </w:tblPr>
      <w:tblGrid>
        <w:gridCol w:w="10282"/>
      </w:tblGrid>
      <w:tr>
        <w:tc>
          <w:tcPr>
            <w:tcW w:type="dxa" w:w="10282"/>
            <w:shd w:fill="FFF7E8"/>
            <w:tcMar>
              <w:top w:w="120" w:type="dxa"/>
              <w:start w:w="160" w:type="dxa"/>
              <w:bottom w:w="120" w:type="dxa"/>
              <w:end w:w="160" w:type="dxa"/>
            </w:tcMar>
            <w:tcBorders>
              <w:top w:val="nil"/>
              <w:left w:val="single" w:sz="20" w:color="F2B544"/>
              <w:bottom w:val="nil"/>
              <w:right w:val="nil"/>
            </w:tcBorders>
          </w:tcPr>
          <w:p>
            <w:pPr>
              <w:spacing w:after="40"/>
            </w:pPr>
            <w:r>
              <w:rPr>
                <w:rFonts w:ascii="Liberation Sans" w:hAnsi="Liberation Sans" w:eastAsia="Liberation Sans"/>
                <w:b/>
                <w:i w:val="0"/>
                <w:color w:val="14243A"/>
                <w:sz w:val="20"/>
              </w:rPr>
              <w:t>Green-light question</w:t>
            </w:r>
          </w:p>
          <w:p>
            <w:pPr>
              <w:spacing w:after="0" w:line="252" w:lineRule="auto"/>
            </w:pPr>
            <w:r>
              <w:rPr>
                <w:rFonts w:ascii="Liberation Sans" w:hAnsi="Liberation Sans" w:eastAsia="Liberation Sans"/>
                <w:b w:val="0"/>
                <w:i w:val="0"/>
                <w:color w:val="263342"/>
                <w:sz w:val="18"/>
              </w:rPr>
              <w:t>If a child remembers only one thing after the activity, will it be the Bible truth—or merely the game?</w:t>
            </w:r>
          </w:p>
        </w:tc>
      </w:tr>
    </w:tbl>
    <w:p>
      <w:pPr>
        <w:spacing w:before="320" w:after="100" w:line="259" w:lineRule="auto"/>
        <w:jc w:val="center"/>
      </w:pPr>
      <w:r>
        <w:rPr>
          <w:rFonts w:ascii="Liberation Sans" w:hAnsi="Liberation Sans" w:eastAsia="Liberation Sans"/>
          <w:b/>
          <w:i w:val="0"/>
          <w:color w:val="14243A"/>
          <w:sz w:val="20"/>
        </w:rPr>
        <w:t>KidMin Records featuring The KidMin Sound Group</w:t>
      </w:r>
    </w:p>
    <w:p>
      <w:pPr>
        <w:spacing w:before="0" w:after="100" w:line="259" w:lineRule="auto"/>
        <w:jc w:val="center"/>
      </w:pPr>
      <w:r>
        <w:rPr>
          <w:rFonts w:ascii="Liberation Sans" w:hAnsi="Liberation Sans" w:eastAsia="Liberation Sans"/>
          <w:b/>
          <w:i w:val="0"/>
          <w:color w:val="086862"/>
          <w:sz w:val="24"/>
        </w:rPr>
        <w:t>Big Faith. Big Beats.</w:t>
      </w:r>
    </w:p>
    <w:sectPr w:rsidR="00FC693F" w:rsidRPr="0006063C" w:rsidSect="00034616">
      <w:footerReference w:type="default" r:id="rId9"/>
      <w:pgSz w:w="12240" w:h="15840"/>
      <w:pgMar w:top="835" w:right="979" w:bottom="792"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eastAsia="Liberation Sans"/>
        <w:b/>
        <w:i w:val="0"/>
        <w:color w:val="526274"/>
        <w:sz w:val="15"/>
      </w:rPr>
      <w:t xml:space="preserve">KIDMIN RECORDS featuring THE KIDMIN SOUND GROUP   |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Liberation Sans" w:hAnsi="Liberation Sans"/>
      <w:color w:val="2633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b/>
      <w:bCs/>
      <w:color w:val="14243A"/>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26334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iberation Sans" w:hAnsi="Liberation Sans"/>
      <w:b/>
      <w:bCs/>
      <w:color w:val="086862"/>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b/>
      <w:color w:val="14243A"/>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Liberation Sans" w:hAnsi="Liberation Sans"/>
      <w:sz w:val="18"/>
    </w:rPr>
  </w:style>
  <w:style w:type="paragraph" w:styleId="ListBullet2">
    <w:name w:val="List Bullet 2"/>
    <w:basedOn w:val="Normal"/>
    <w:uiPriority w:val="99"/>
    <w:unhideWhenUsed/>
    <w:rsid w:val="00326F90"/>
    <w:pPr>
      <w:numPr>
        <w:numId w:val="2"/>
      </w:numPr>
      <w:contextualSpacing/>
    </w:pPr>
    <w:rPr>
      <w:rFonts w:ascii="Liberation Sans" w:hAnsi="Liberation Sans"/>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Jesus and His Word Games and Crafts Playbook</dc:title>
  <dc:subject>Original games and crafts for preschool and elementary ministry</dc:subject>
  <dc:creator>KidMin Records featuring The KidMin Sound Group</dc:creator>
  <cp:keywords/>
  <dc:description>generated by python-docx</dc:description>
  <cp:lastModifiedBy/>
  <cp:revision>1</cp:revision>
  <dcterms:created xsi:type="dcterms:W3CDTF">2013-12-23T23:15:00Z</dcterms:created>
  <dcterms:modified xsi:type="dcterms:W3CDTF">2013-12-23T23:15:00Z</dcterms:modified>
  <cp:category/>
</cp:coreProperties>
</file>